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6"/>
        </w:rPr>
        <w:t>ROMÂNIA</w:t>
        <w:br/>
        <w:t>JUDEȚUL MEHEDINȚI</w:t>
        <w:br/>
        <w:t>COMUNA BĂLĂCIȚA</w:t>
      </w:r>
    </w:p>
    <w:p>
      <w:pPr>
        <w:jc w:val="center"/>
      </w:pPr>
      <w:r>
        <w:rPr>
          <w:rFonts w:ascii="Arial" w:hAnsi="Arial"/>
          <w:b/>
          <w:sz w:val="40"/>
        </w:rPr>
        <w:br/>
        <w:t>FORMULARE ȘI MODELE DE DOCUMENTE</w:t>
        <w:br/>
        <w:t>PENTRU ÎNTOCMIREA OFERTEI</w:t>
      </w:r>
    </w:p>
    <w:p>
      <w:pPr>
        <w:jc w:val="center"/>
      </w:pPr>
      <w:r>
        <w:rPr>
          <w:rFonts w:ascii="Arial" w:hAnsi="Arial"/>
          <w:b/>
          <w:sz w:val="26"/>
        </w:rPr>
        <w:br/>
        <w:t>Servicii de catering pentru asigurarea suportului alimentar – masă caldă – pentru elevii Școlii Gimnaziale Bălăcița, județul Mehedinți, în cadrul Programului național „Masă sănătoasă” 2026</w:t>
      </w:r>
    </w:p>
    <w:p>
      <w:pPr>
        <w:jc w:val="center"/>
      </w:pPr>
      <w:r>
        <w:rPr>
          <w:b/>
        </w:rPr>
        <w:br/>
        <w:t>CPV 55524000-9 – Servicii de catering pentru școli (Rev. 2)</w:t>
        <w:br/>
      </w:r>
      <w:r>
        <w:t>Cantitate maximă estimată: 12.351 porții</w:t>
        <w:br/>
        <w:t>Număr maxim beneficiari: 179 elevi</w:t>
        <w:br/>
        <w:t>Perioada contractuală: 07.09.2026–31.12.2026</w:t>
        <w:br/>
        <w:t>Plafon maxim: 16,50 lei/beneficiar/zi, inclusiv TVA</w:t>
        <w:br/>
        <w:t>Criteriu: cel mai bun raport calitate-preț – 20% preț / 80% pondere materie primă</w:t>
      </w:r>
    </w:p>
    <w:p>
      <w:r>
        <w:rPr>
          <w:b/>
          <w:sz w:val="18"/>
        </w:rPr>
        <w:t>NOTĂ: Formularele se completează de ofertant, se semnează de reprezentantul legal/împuternicit și se depun împreună cu documentele suport solicitate. Unde o situație nu este aplicabilă, se va menționa expres „NU ESTE CAZUL”.</w:t>
      </w:r>
    </w:p>
    <w:p>
      <w:pPr>
        <w:pStyle w:val="Heading1"/>
        <w:keepNext/>
      </w:pPr>
      <w:r>
        <w:rPr>
          <w:b/>
        </w:rPr>
        <w:t>OPISUL FORMULARELOR</w:t>
      </w:r>
    </w:p>
    <w:tbl>
      <w:tblPr>
        <w:tblStyle w:val="TableGrid"/>
        <w:tblW w:type="auto" w:w="0"/>
        <w:jc w:val="center"/>
        <w:tblLook w:firstColumn="1" w:firstRow="1" w:lastColumn="0" w:lastRow="0" w:noHBand="0" w:noVBand="1" w:val="04A0"/>
      </w:tblPr>
      <w:tblGrid>
        <w:gridCol w:w="3400"/>
        <w:gridCol w:w="3400"/>
        <w:gridCol w:w="3400"/>
      </w:tblGrid>
      <w:tr>
        <w:trPr>
          <w:tblHeader w:val="true"/>
        </w:trPr>
        <w:tc>
          <w:tcPr>
            <w:tcW w:type="dxa" w:w="3400"/>
            <w:vAlign w:val="center"/>
            <w:tcMar>
              <w:top w:w="80" w:type="dxa"/>
              <w:start w:w="80" w:type="dxa"/>
              <w:bottom w:w="80" w:type="dxa"/>
              <w:end w:w="80" w:type="dxa"/>
            </w:tcMar>
            <w:shd w:fill="D9EAF7"/>
          </w:tcPr>
          <w:p>
            <w:pPr>
              <w:spacing w:after="0" w:before="0"/>
            </w:pPr>
            <w:r>
              <w:rPr>
                <w:rFonts w:ascii="Arial" w:hAnsi="Arial"/>
                <w:b/>
                <w:sz w:val="18"/>
              </w:rPr>
              <w:t>Nr.</w:t>
            </w:r>
          </w:p>
        </w:tc>
        <w:tc>
          <w:tcPr>
            <w:tcW w:type="dxa" w:w="3400"/>
            <w:vAlign w:val="center"/>
            <w:tcMar>
              <w:top w:w="80" w:type="dxa"/>
              <w:start w:w="80" w:type="dxa"/>
              <w:bottom w:w="80" w:type="dxa"/>
              <w:end w:w="80" w:type="dxa"/>
            </w:tcMar>
            <w:shd w:fill="D9EAF7"/>
          </w:tcPr>
          <w:p>
            <w:pPr>
              <w:spacing w:after="0" w:before="0"/>
            </w:pPr>
            <w:r>
              <w:rPr>
                <w:rFonts w:ascii="Arial" w:hAnsi="Arial"/>
                <w:b/>
                <w:sz w:val="18"/>
              </w:rPr>
              <w:t>Formular</w:t>
            </w:r>
          </w:p>
        </w:tc>
        <w:tc>
          <w:tcPr>
            <w:tcW w:type="dxa" w:w="3400"/>
            <w:vAlign w:val="center"/>
            <w:tcMar>
              <w:top w:w="80" w:type="dxa"/>
              <w:start w:w="80" w:type="dxa"/>
              <w:bottom w:w="80" w:type="dxa"/>
              <w:end w:w="80" w:type="dxa"/>
            </w:tcMar>
            <w:shd w:fill="D9EAF7"/>
          </w:tcPr>
          <w:p>
            <w:pPr>
              <w:spacing w:after="0" w:before="0"/>
            </w:pPr>
            <w:r>
              <w:rPr>
                <w:rFonts w:ascii="Arial" w:hAnsi="Arial"/>
                <w:b/>
                <w:sz w:val="18"/>
              </w:rPr>
              <w:t>Denumire</w:t>
            </w:r>
          </w:p>
        </w:tc>
      </w:tr>
      <w:tr>
        <w:tc>
          <w:tcPr>
            <w:tcW w:type="dxa" w:w="3400"/>
            <w:vAlign w:val="center"/>
            <w:tcMar>
              <w:top w:w="80" w:type="dxa"/>
              <w:start w:w="80" w:type="dxa"/>
              <w:bottom w:w="80" w:type="dxa"/>
              <w:end w:w="80" w:type="dxa"/>
            </w:tcMar>
          </w:tcPr>
          <w:p>
            <w:pPr>
              <w:spacing w:after="0" w:before="0"/>
            </w:pPr>
            <w:r>
              <w:rPr>
                <w:rFonts w:ascii="Arial" w:hAnsi="Arial"/>
                <w:sz w:val="18"/>
              </w:rPr>
              <w:t>1</w:t>
            </w:r>
          </w:p>
        </w:tc>
        <w:tc>
          <w:tcPr>
            <w:tcW w:type="dxa" w:w="3400"/>
            <w:vAlign w:val="center"/>
            <w:tcMar>
              <w:top w:w="80" w:type="dxa"/>
              <w:start w:w="80" w:type="dxa"/>
              <w:bottom w:w="80" w:type="dxa"/>
              <w:end w:w="80" w:type="dxa"/>
            </w:tcMar>
          </w:tcPr>
          <w:p>
            <w:pPr>
              <w:spacing w:after="0" w:before="0"/>
            </w:pPr>
            <w:r>
              <w:rPr>
                <w:rFonts w:ascii="Arial" w:hAnsi="Arial"/>
                <w:sz w:val="18"/>
              </w:rPr>
              <w:t>F1</w:t>
            </w:r>
          </w:p>
        </w:tc>
        <w:tc>
          <w:tcPr>
            <w:tcW w:type="dxa" w:w="3400"/>
            <w:vAlign w:val="center"/>
            <w:tcMar>
              <w:top w:w="80" w:type="dxa"/>
              <w:start w:w="80" w:type="dxa"/>
              <w:bottom w:w="80" w:type="dxa"/>
              <w:end w:w="80" w:type="dxa"/>
            </w:tcMar>
          </w:tcPr>
          <w:p>
            <w:pPr>
              <w:spacing w:after="0" w:before="0"/>
            </w:pPr>
            <w:r>
              <w:rPr>
                <w:rFonts w:ascii="Arial" w:hAnsi="Arial"/>
                <w:sz w:val="18"/>
              </w:rPr>
              <w:t>Scrisoare de înaintare și opisul ofertei</w:t>
            </w:r>
          </w:p>
        </w:tc>
      </w:tr>
      <w:tr>
        <w:tc>
          <w:tcPr>
            <w:tcW w:type="dxa" w:w="3400"/>
            <w:vAlign w:val="center"/>
            <w:tcMar>
              <w:top w:w="80" w:type="dxa"/>
              <w:start w:w="80" w:type="dxa"/>
              <w:bottom w:w="80" w:type="dxa"/>
              <w:end w:w="80" w:type="dxa"/>
            </w:tcMar>
          </w:tcPr>
          <w:p>
            <w:pPr>
              <w:spacing w:after="0" w:before="0"/>
            </w:pPr>
            <w:r>
              <w:rPr>
                <w:rFonts w:ascii="Arial" w:hAnsi="Arial"/>
                <w:sz w:val="18"/>
              </w:rPr>
              <w:t>2</w:t>
            </w:r>
          </w:p>
        </w:tc>
        <w:tc>
          <w:tcPr>
            <w:tcW w:type="dxa" w:w="3400"/>
            <w:vAlign w:val="center"/>
            <w:tcMar>
              <w:top w:w="80" w:type="dxa"/>
              <w:start w:w="80" w:type="dxa"/>
              <w:bottom w:w="80" w:type="dxa"/>
              <w:end w:w="80" w:type="dxa"/>
            </w:tcMar>
          </w:tcPr>
          <w:p>
            <w:pPr>
              <w:spacing w:after="0" w:before="0"/>
            </w:pPr>
            <w:r>
              <w:rPr>
                <w:rFonts w:ascii="Arial" w:hAnsi="Arial"/>
                <w:sz w:val="18"/>
              </w:rPr>
              <w:t>F2</w:t>
            </w:r>
          </w:p>
        </w:tc>
        <w:tc>
          <w:tcPr>
            <w:tcW w:type="dxa" w:w="3400"/>
            <w:vAlign w:val="center"/>
            <w:tcMar>
              <w:top w:w="80" w:type="dxa"/>
              <w:start w:w="80" w:type="dxa"/>
              <w:bottom w:w="80" w:type="dxa"/>
              <w:end w:w="80" w:type="dxa"/>
            </w:tcMar>
          </w:tcPr>
          <w:p>
            <w:pPr>
              <w:spacing w:after="0" w:before="0"/>
            </w:pPr>
            <w:r>
              <w:rPr>
                <w:rFonts w:ascii="Arial" w:hAnsi="Arial"/>
                <w:sz w:val="18"/>
              </w:rPr>
              <w:t>Fișa de informații generale a ofertantului</w:t>
            </w:r>
          </w:p>
        </w:tc>
      </w:tr>
      <w:tr>
        <w:tc>
          <w:tcPr>
            <w:tcW w:type="dxa" w:w="3400"/>
            <w:vAlign w:val="center"/>
            <w:tcMar>
              <w:top w:w="80" w:type="dxa"/>
              <w:start w:w="80" w:type="dxa"/>
              <w:bottom w:w="80" w:type="dxa"/>
              <w:end w:w="80" w:type="dxa"/>
            </w:tcMar>
          </w:tcPr>
          <w:p>
            <w:pPr>
              <w:spacing w:after="0" w:before="0"/>
            </w:pPr>
            <w:r>
              <w:rPr>
                <w:rFonts w:ascii="Arial" w:hAnsi="Arial"/>
                <w:sz w:val="18"/>
              </w:rPr>
              <w:t>3</w:t>
            </w:r>
          </w:p>
        </w:tc>
        <w:tc>
          <w:tcPr>
            <w:tcW w:type="dxa" w:w="3400"/>
            <w:vAlign w:val="center"/>
            <w:tcMar>
              <w:top w:w="80" w:type="dxa"/>
              <w:start w:w="80" w:type="dxa"/>
              <w:bottom w:w="80" w:type="dxa"/>
              <w:end w:w="80" w:type="dxa"/>
            </w:tcMar>
          </w:tcPr>
          <w:p>
            <w:pPr>
              <w:spacing w:after="0" w:before="0"/>
            </w:pPr>
            <w:r>
              <w:rPr>
                <w:rFonts w:ascii="Arial" w:hAnsi="Arial"/>
                <w:sz w:val="18"/>
              </w:rPr>
              <w:t>F3</w:t>
            </w:r>
          </w:p>
        </w:tc>
        <w:tc>
          <w:tcPr>
            <w:tcW w:type="dxa" w:w="3400"/>
            <w:vAlign w:val="center"/>
            <w:tcMar>
              <w:top w:w="80" w:type="dxa"/>
              <w:start w:w="80" w:type="dxa"/>
              <w:bottom w:w="80" w:type="dxa"/>
              <w:end w:w="80" w:type="dxa"/>
            </w:tcMar>
          </w:tcPr>
          <w:p>
            <w:pPr>
              <w:spacing w:after="0" w:before="0"/>
            </w:pPr>
            <w:r>
              <w:rPr>
                <w:rFonts w:ascii="Arial" w:hAnsi="Arial"/>
                <w:sz w:val="18"/>
              </w:rPr>
              <w:t>Împuternicire pentru semnarea/depunerea ofertei</w:t>
            </w:r>
          </w:p>
        </w:tc>
      </w:tr>
      <w:tr>
        <w:tc>
          <w:tcPr>
            <w:tcW w:type="dxa" w:w="3400"/>
            <w:vAlign w:val="center"/>
            <w:tcMar>
              <w:top w:w="80" w:type="dxa"/>
              <w:start w:w="80" w:type="dxa"/>
              <w:bottom w:w="80" w:type="dxa"/>
              <w:end w:w="80" w:type="dxa"/>
            </w:tcMar>
          </w:tcPr>
          <w:p>
            <w:pPr>
              <w:spacing w:after="0" w:before="0"/>
            </w:pPr>
            <w:r>
              <w:rPr>
                <w:rFonts w:ascii="Arial" w:hAnsi="Arial"/>
                <w:sz w:val="18"/>
              </w:rPr>
              <w:t>4</w:t>
            </w:r>
          </w:p>
        </w:tc>
        <w:tc>
          <w:tcPr>
            <w:tcW w:type="dxa" w:w="3400"/>
            <w:vAlign w:val="center"/>
            <w:tcMar>
              <w:top w:w="80" w:type="dxa"/>
              <w:start w:w="80" w:type="dxa"/>
              <w:bottom w:w="80" w:type="dxa"/>
              <w:end w:w="80" w:type="dxa"/>
            </w:tcMar>
          </w:tcPr>
          <w:p>
            <w:pPr>
              <w:spacing w:after="0" w:before="0"/>
            </w:pPr>
            <w:r>
              <w:rPr>
                <w:rFonts w:ascii="Arial" w:hAnsi="Arial"/>
                <w:sz w:val="18"/>
              </w:rPr>
              <w:t>F4</w:t>
            </w:r>
          </w:p>
        </w:tc>
        <w:tc>
          <w:tcPr>
            <w:tcW w:type="dxa" w:w="3400"/>
            <w:vAlign w:val="center"/>
            <w:tcMar>
              <w:top w:w="80" w:type="dxa"/>
              <w:start w:w="80" w:type="dxa"/>
              <w:bottom w:w="80" w:type="dxa"/>
              <w:end w:w="80" w:type="dxa"/>
            </w:tcMar>
          </w:tcPr>
          <w:p>
            <w:pPr>
              <w:spacing w:after="0" w:before="0"/>
            </w:pPr>
            <w:r>
              <w:rPr>
                <w:rFonts w:ascii="Arial" w:hAnsi="Arial"/>
                <w:sz w:val="18"/>
              </w:rPr>
              <w:t>Declarație privind neîncadrarea în motive de excludere</w:t>
            </w:r>
          </w:p>
        </w:tc>
      </w:tr>
      <w:tr>
        <w:tc>
          <w:tcPr>
            <w:tcW w:type="dxa" w:w="3400"/>
            <w:vAlign w:val="center"/>
            <w:tcMar>
              <w:top w:w="80" w:type="dxa"/>
              <w:start w:w="80" w:type="dxa"/>
              <w:bottom w:w="80" w:type="dxa"/>
              <w:end w:w="80" w:type="dxa"/>
            </w:tcMar>
          </w:tcPr>
          <w:p>
            <w:pPr>
              <w:spacing w:after="0" w:before="0"/>
            </w:pPr>
            <w:r>
              <w:rPr>
                <w:rFonts w:ascii="Arial" w:hAnsi="Arial"/>
                <w:sz w:val="18"/>
              </w:rPr>
              <w:t>5</w:t>
            </w:r>
          </w:p>
        </w:tc>
        <w:tc>
          <w:tcPr>
            <w:tcW w:type="dxa" w:w="3400"/>
            <w:vAlign w:val="center"/>
            <w:tcMar>
              <w:top w:w="80" w:type="dxa"/>
              <w:start w:w="80" w:type="dxa"/>
              <w:bottom w:w="80" w:type="dxa"/>
              <w:end w:w="80" w:type="dxa"/>
            </w:tcMar>
          </w:tcPr>
          <w:p>
            <w:pPr>
              <w:spacing w:after="0" w:before="0"/>
            </w:pPr>
            <w:r>
              <w:rPr>
                <w:rFonts w:ascii="Arial" w:hAnsi="Arial"/>
                <w:sz w:val="18"/>
              </w:rPr>
              <w:t>F5</w:t>
            </w:r>
          </w:p>
        </w:tc>
        <w:tc>
          <w:tcPr>
            <w:tcW w:type="dxa" w:w="3400"/>
            <w:vAlign w:val="center"/>
            <w:tcMar>
              <w:top w:w="80" w:type="dxa"/>
              <w:start w:w="80" w:type="dxa"/>
              <w:bottom w:w="80" w:type="dxa"/>
              <w:end w:w="80" w:type="dxa"/>
            </w:tcMar>
          </w:tcPr>
          <w:p>
            <w:pPr>
              <w:spacing w:after="0" w:before="0"/>
            </w:pPr>
            <w:r>
              <w:rPr>
                <w:rFonts w:ascii="Arial" w:hAnsi="Arial"/>
                <w:sz w:val="18"/>
              </w:rPr>
              <w:t>Declarație privind conflictul de interese</w:t>
            </w:r>
          </w:p>
        </w:tc>
      </w:tr>
      <w:tr>
        <w:tc>
          <w:tcPr>
            <w:tcW w:type="dxa" w:w="3400"/>
            <w:vAlign w:val="center"/>
            <w:tcMar>
              <w:top w:w="80" w:type="dxa"/>
              <w:start w:w="80" w:type="dxa"/>
              <w:bottom w:w="80" w:type="dxa"/>
              <w:end w:w="80" w:type="dxa"/>
            </w:tcMar>
          </w:tcPr>
          <w:p>
            <w:pPr>
              <w:spacing w:after="0" w:before="0"/>
            </w:pPr>
            <w:r>
              <w:rPr>
                <w:rFonts w:ascii="Arial" w:hAnsi="Arial"/>
                <w:sz w:val="18"/>
              </w:rPr>
              <w:t>6</w:t>
            </w:r>
          </w:p>
        </w:tc>
        <w:tc>
          <w:tcPr>
            <w:tcW w:type="dxa" w:w="3400"/>
            <w:vAlign w:val="center"/>
            <w:tcMar>
              <w:top w:w="80" w:type="dxa"/>
              <w:start w:w="80" w:type="dxa"/>
              <w:bottom w:w="80" w:type="dxa"/>
              <w:end w:w="80" w:type="dxa"/>
            </w:tcMar>
          </w:tcPr>
          <w:p>
            <w:pPr>
              <w:spacing w:after="0" w:before="0"/>
            </w:pPr>
            <w:r>
              <w:rPr>
                <w:rFonts w:ascii="Arial" w:hAnsi="Arial"/>
                <w:sz w:val="18"/>
              </w:rPr>
              <w:t>F6</w:t>
            </w:r>
          </w:p>
        </w:tc>
        <w:tc>
          <w:tcPr>
            <w:tcW w:type="dxa" w:w="3400"/>
            <w:vAlign w:val="center"/>
            <w:tcMar>
              <w:top w:w="80" w:type="dxa"/>
              <w:start w:w="80" w:type="dxa"/>
              <w:bottom w:w="80" w:type="dxa"/>
              <w:end w:w="80" w:type="dxa"/>
            </w:tcMar>
          </w:tcPr>
          <w:p>
            <w:pPr>
              <w:spacing w:after="0" w:before="0"/>
            </w:pPr>
            <w:r>
              <w:rPr>
                <w:rFonts w:ascii="Arial" w:hAnsi="Arial"/>
                <w:sz w:val="18"/>
              </w:rPr>
              <w:t>Declarație de respectare a legislației PNMS, sanitar-veterinare și de igienă</w:t>
            </w:r>
          </w:p>
        </w:tc>
      </w:tr>
      <w:tr>
        <w:tc>
          <w:tcPr>
            <w:tcW w:type="dxa" w:w="3400"/>
            <w:vAlign w:val="center"/>
            <w:tcMar>
              <w:top w:w="80" w:type="dxa"/>
              <w:start w:w="80" w:type="dxa"/>
              <w:bottom w:w="80" w:type="dxa"/>
              <w:end w:w="80" w:type="dxa"/>
            </w:tcMar>
          </w:tcPr>
          <w:p>
            <w:pPr>
              <w:spacing w:after="0" w:before="0"/>
            </w:pPr>
            <w:r>
              <w:rPr>
                <w:rFonts w:ascii="Arial" w:hAnsi="Arial"/>
                <w:sz w:val="18"/>
              </w:rPr>
              <w:t>7</w:t>
            </w:r>
          </w:p>
        </w:tc>
        <w:tc>
          <w:tcPr>
            <w:tcW w:type="dxa" w:w="3400"/>
            <w:vAlign w:val="center"/>
            <w:tcMar>
              <w:top w:w="80" w:type="dxa"/>
              <w:start w:w="80" w:type="dxa"/>
              <w:bottom w:w="80" w:type="dxa"/>
              <w:end w:w="80" w:type="dxa"/>
            </w:tcMar>
          </w:tcPr>
          <w:p>
            <w:pPr>
              <w:spacing w:after="0" w:before="0"/>
            </w:pPr>
            <w:r>
              <w:rPr>
                <w:rFonts w:ascii="Arial" w:hAnsi="Arial"/>
                <w:sz w:val="18"/>
              </w:rPr>
              <w:t>F7</w:t>
            </w:r>
          </w:p>
        </w:tc>
        <w:tc>
          <w:tcPr>
            <w:tcW w:type="dxa" w:w="3400"/>
            <w:vAlign w:val="center"/>
            <w:tcMar>
              <w:top w:w="80" w:type="dxa"/>
              <w:start w:w="80" w:type="dxa"/>
              <w:bottom w:w="80" w:type="dxa"/>
              <w:end w:w="80" w:type="dxa"/>
            </w:tcMar>
          </w:tcPr>
          <w:p>
            <w:pPr>
              <w:spacing w:after="0" w:before="0"/>
            </w:pPr>
            <w:r>
              <w:rPr>
                <w:rFonts w:ascii="Arial" w:hAnsi="Arial"/>
                <w:sz w:val="18"/>
              </w:rPr>
              <w:t>Declarație privind autorizarea unității de preparare și a mijloacelor de transport</w:t>
            </w:r>
          </w:p>
        </w:tc>
      </w:tr>
      <w:tr>
        <w:tc>
          <w:tcPr>
            <w:tcW w:type="dxa" w:w="3400"/>
            <w:vAlign w:val="center"/>
            <w:tcMar>
              <w:top w:w="80" w:type="dxa"/>
              <w:start w:w="80" w:type="dxa"/>
              <w:bottom w:w="80" w:type="dxa"/>
              <w:end w:w="80" w:type="dxa"/>
            </w:tcMar>
          </w:tcPr>
          <w:p>
            <w:pPr>
              <w:spacing w:after="0" w:before="0"/>
            </w:pPr>
            <w:r>
              <w:rPr>
                <w:rFonts w:ascii="Arial" w:hAnsi="Arial"/>
                <w:sz w:val="18"/>
              </w:rPr>
              <w:t>8</w:t>
            </w:r>
          </w:p>
        </w:tc>
        <w:tc>
          <w:tcPr>
            <w:tcW w:type="dxa" w:w="3400"/>
            <w:vAlign w:val="center"/>
            <w:tcMar>
              <w:top w:w="80" w:type="dxa"/>
              <w:start w:w="80" w:type="dxa"/>
              <w:bottom w:w="80" w:type="dxa"/>
              <w:end w:w="80" w:type="dxa"/>
            </w:tcMar>
          </w:tcPr>
          <w:p>
            <w:pPr>
              <w:spacing w:after="0" w:before="0"/>
            </w:pPr>
            <w:r>
              <w:rPr>
                <w:rFonts w:ascii="Arial" w:hAnsi="Arial"/>
                <w:sz w:val="18"/>
              </w:rPr>
              <w:t>F8</w:t>
            </w:r>
          </w:p>
        </w:tc>
        <w:tc>
          <w:tcPr>
            <w:tcW w:type="dxa" w:w="3400"/>
            <w:vAlign w:val="center"/>
            <w:tcMar>
              <w:top w:w="80" w:type="dxa"/>
              <w:start w:w="80" w:type="dxa"/>
              <w:bottom w:w="80" w:type="dxa"/>
              <w:end w:w="80" w:type="dxa"/>
            </w:tcMar>
          </w:tcPr>
          <w:p>
            <w:pPr>
              <w:spacing w:after="0" w:before="0"/>
            </w:pPr>
            <w:r>
              <w:rPr>
                <w:rFonts w:ascii="Arial" w:hAnsi="Arial"/>
                <w:sz w:val="18"/>
              </w:rPr>
              <w:t>Declarație privind personalul, instruirea de igienă și aptitudinea medicală</w:t>
            </w:r>
          </w:p>
        </w:tc>
      </w:tr>
      <w:tr>
        <w:tc>
          <w:tcPr>
            <w:tcW w:type="dxa" w:w="3400"/>
            <w:vAlign w:val="center"/>
            <w:tcMar>
              <w:top w:w="80" w:type="dxa"/>
              <w:start w:w="80" w:type="dxa"/>
              <w:bottom w:w="80" w:type="dxa"/>
              <w:end w:w="80" w:type="dxa"/>
            </w:tcMar>
          </w:tcPr>
          <w:p>
            <w:pPr>
              <w:spacing w:after="0" w:before="0"/>
            </w:pPr>
            <w:r>
              <w:rPr>
                <w:rFonts w:ascii="Arial" w:hAnsi="Arial"/>
                <w:sz w:val="18"/>
              </w:rPr>
              <w:t>9</w:t>
            </w:r>
          </w:p>
        </w:tc>
        <w:tc>
          <w:tcPr>
            <w:tcW w:type="dxa" w:w="3400"/>
            <w:vAlign w:val="center"/>
            <w:tcMar>
              <w:top w:w="80" w:type="dxa"/>
              <w:start w:w="80" w:type="dxa"/>
              <w:bottom w:w="80" w:type="dxa"/>
              <w:end w:w="80" w:type="dxa"/>
            </w:tcMar>
          </w:tcPr>
          <w:p>
            <w:pPr>
              <w:spacing w:after="0" w:before="0"/>
            </w:pPr>
            <w:r>
              <w:rPr>
                <w:rFonts w:ascii="Arial" w:hAnsi="Arial"/>
                <w:sz w:val="18"/>
              </w:rPr>
              <w:t>F9</w:t>
            </w:r>
          </w:p>
        </w:tc>
        <w:tc>
          <w:tcPr>
            <w:tcW w:type="dxa" w:w="3400"/>
            <w:vAlign w:val="center"/>
            <w:tcMar>
              <w:top w:w="80" w:type="dxa"/>
              <w:start w:w="80" w:type="dxa"/>
              <w:bottom w:w="80" w:type="dxa"/>
              <w:end w:w="80" w:type="dxa"/>
            </w:tcMar>
          </w:tcPr>
          <w:p>
            <w:pPr>
              <w:spacing w:after="0" w:before="0"/>
            </w:pPr>
            <w:r>
              <w:rPr>
                <w:rFonts w:ascii="Arial" w:hAnsi="Arial"/>
                <w:sz w:val="18"/>
              </w:rPr>
              <w:t>Propunere tehnică – matrice detaliată de conformitate</w:t>
            </w:r>
          </w:p>
        </w:tc>
      </w:tr>
      <w:tr>
        <w:tc>
          <w:tcPr>
            <w:tcW w:type="dxa" w:w="3400"/>
            <w:vAlign w:val="center"/>
            <w:tcMar>
              <w:top w:w="80" w:type="dxa"/>
              <w:start w:w="80" w:type="dxa"/>
              <w:bottom w:w="80" w:type="dxa"/>
              <w:end w:w="80" w:type="dxa"/>
            </w:tcMar>
          </w:tcPr>
          <w:p>
            <w:pPr>
              <w:spacing w:after="0" w:before="0"/>
            </w:pPr>
            <w:r>
              <w:rPr>
                <w:rFonts w:ascii="Arial" w:hAnsi="Arial"/>
                <w:sz w:val="18"/>
              </w:rPr>
              <w:t>10</w:t>
            </w:r>
          </w:p>
        </w:tc>
        <w:tc>
          <w:tcPr>
            <w:tcW w:type="dxa" w:w="3400"/>
            <w:vAlign w:val="center"/>
            <w:tcMar>
              <w:top w:w="80" w:type="dxa"/>
              <w:start w:w="80" w:type="dxa"/>
              <w:bottom w:w="80" w:type="dxa"/>
              <w:end w:w="80" w:type="dxa"/>
            </w:tcMar>
          </w:tcPr>
          <w:p>
            <w:pPr>
              <w:spacing w:after="0" w:before="0"/>
            </w:pPr>
            <w:r>
              <w:rPr>
                <w:rFonts w:ascii="Arial" w:hAnsi="Arial"/>
                <w:sz w:val="18"/>
              </w:rPr>
              <w:t>F10</w:t>
            </w:r>
          </w:p>
        </w:tc>
        <w:tc>
          <w:tcPr>
            <w:tcW w:type="dxa" w:w="3400"/>
            <w:vAlign w:val="center"/>
            <w:tcMar>
              <w:top w:w="80" w:type="dxa"/>
              <w:start w:w="80" w:type="dxa"/>
              <w:bottom w:w="80" w:type="dxa"/>
              <w:end w:w="80" w:type="dxa"/>
            </w:tcMar>
          </w:tcPr>
          <w:p>
            <w:pPr>
              <w:spacing w:after="0" w:before="0"/>
            </w:pPr>
            <w:r>
              <w:rPr>
                <w:rFonts w:ascii="Arial" w:hAnsi="Arial"/>
                <w:sz w:val="18"/>
              </w:rPr>
              <w:t>Plan de lucru și organizarea prestării zilnice</w:t>
            </w:r>
          </w:p>
        </w:tc>
      </w:tr>
      <w:tr>
        <w:tc>
          <w:tcPr>
            <w:tcW w:type="dxa" w:w="3400"/>
            <w:vAlign w:val="center"/>
            <w:tcMar>
              <w:top w:w="80" w:type="dxa"/>
              <w:start w:w="80" w:type="dxa"/>
              <w:bottom w:w="80" w:type="dxa"/>
              <w:end w:w="80" w:type="dxa"/>
            </w:tcMar>
          </w:tcPr>
          <w:p>
            <w:pPr>
              <w:spacing w:after="0" w:before="0"/>
            </w:pPr>
            <w:r>
              <w:rPr>
                <w:rFonts w:ascii="Arial" w:hAnsi="Arial"/>
                <w:sz w:val="18"/>
              </w:rPr>
              <w:t>11</w:t>
            </w:r>
          </w:p>
        </w:tc>
        <w:tc>
          <w:tcPr>
            <w:tcW w:type="dxa" w:w="3400"/>
            <w:vAlign w:val="center"/>
            <w:tcMar>
              <w:top w:w="80" w:type="dxa"/>
              <w:start w:w="80" w:type="dxa"/>
              <w:bottom w:w="80" w:type="dxa"/>
              <w:end w:w="80" w:type="dxa"/>
            </w:tcMar>
          </w:tcPr>
          <w:p>
            <w:pPr>
              <w:spacing w:after="0" w:before="0"/>
            </w:pPr>
            <w:r>
              <w:rPr>
                <w:rFonts w:ascii="Arial" w:hAnsi="Arial"/>
                <w:sz w:val="18"/>
              </w:rPr>
              <w:t>F11</w:t>
            </w:r>
          </w:p>
        </w:tc>
        <w:tc>
          <w:tcPr>
            <w:tcW w:type="dxa" w:w="3400"/>
            <w:vAlign w:val="center"/>
            <w:tcMar>
              <w:top w:w="80" w:type="dxa"/>
              <w:start w:w="80" w:type="dxa"/>
              <w:bottom w:w="80" w:type="dxa"/>
              <w:end w:w="80" w:type="dxa"/>
            </w:tcMar>
          </w:tcPr>
          <w:p>
            <w:pPr>
              <w:spacing w:after="0" w:before="0"/>
            </w:pPr>
            <w:r>
              <w:rPr>
                <w:rFonts w:ascii="Arial" w:hAnsi="Arial"/>
                <w:sz w:val="18"/>
              </w:rPr>
              <w:t>Fișa unității de preparare și a capacității operaționale</w:t>
            </w:r>
          </w:p>
        </w:tc>
      </w:tr>
      <w:tr>
        <w:tc>
          <w:tcPr>
            <w:tcW w:type="dxa" w:w="3400"/>
            <w:vAlign w:val="center"/>
            <w:tcMar>
              <w:top w:w="80" w:type="dxa"/>
              <w:start w:w="80" w:type="dxa"/>
              <w:bottom w:w="80" w:type="dxa"/>
              <w:end w:w="80" w:type="dxa"/>
            </w:tcMar>
          </w:tcPr>
          <w:p>
            <w:pPr>
              <w:spacing w:after="0" w:before="0"/>
            </w:pPr>
            <w:r>
              <w:rPr>
                <w:rFonts w:ascii="Arial" w:hAnsi="Arial"/>
                <w:sz w:val="18"/>
              </w:rPr>
              <w:t>12</w:t>
            </w:r>
          </w:p>
        </w:tc>
        <w:tc>
          <w:tcPr>
            <w:tcW w:type="dxa" w:w="3400"/>
            <w:vAlign w:val="center"/>
            <w:tcMar>
              <w:top w:w="80" w:type="dxa"/>
              <w:start w:w="80" w:type="dxa"/>
              <w:bottom w:w="80" w:type="dxa"/>
              <w:end w:w="80" w:type="dxa"/>
            </w:tcMar>
          </w:tcPr>
          <w:p>
            <w:pPr>
              <w:spacing w:after="0" w:before="0"/>
            </w:pPr>
            <w:r>
              <w:rPr>
                <w:rFonts w:ascii="Arial" w:hAnsi="Arial"/>
                <w:sz w:val="18"/>
              </w:rPr>
              <w:t>F12</w:t>
            </w:r>
          </w:p>
        </w:tc>
        <w:tc>
          <w:tcPr>
            <w:tcW w:type="dxa" w:w="3400"/>
            <w:vAlign w:val="center"/>
            <w:tcMar>
              <w:top w:w="80" w:type="dxa"/>
              <w:start w:w="80" w:type="dxa"/>
              <w:bottom w:w="80" w:type="dxa"/>
              <w:end w:w="80" w:type="dxa"/>
            </w:tcMar>
          </w:tcPr>
          <w:p>
            <w:pPr>
              <w:spacing w:after="0" w:before="0"/>
            </w:pPr>
            <w:r>
              <w:rPr>
                <w:rFonts w:ascii="Arial" w:hAnsi="Arial"/>
                <w:sz w:val="18"/>
              </w:rPr>
              <w:t>Fișa mijloacelor de transport și a lanțului termic</w:t>
            </w:r>
          </w:p>
        </w:tc>
      </w:tr>
      <w:tr>
        <w:tc>
          <w:tcPr>
            <w:tcW w:type="dxa" w:w="3400"/>
            <w:vAlign w:val="center"/>
            <w:tcMar>
              <w:top w:w="80" w:type="dxa"/>
              <w:start w:w="80" w:type="dxa"/>
              <w:bottom w:w="80" w:type="dxa"/>
              <w:end w:w="80" w:type="dxa"/>
            </w:tcMar>
          </w:tcPr>
          <w:p>
            <w:pPr>
              <w:spacing w:after="0" w:before="0"/>
            </w:pPr>
            <w:r>
              <w:rPr>
                <w:rFonts w:ascii="Arial" w:hAnsi="Arial"/>
                <w:sz w:val="18"/>
              </w:rPr>
              <w:t>13</w:t>
            </w:r>
          </w:p>
        </w:tc>
        <w:tc>
          <w:tcPr>
            <w:tcW w:type="dxa" w:w="3400"/>
            <w:vAlign w:val="center"/>
            <w:tcMar>
              <w:top w:w="80" w:type="dxa"/>
              <w:start w:w="80" w:type="dxa"/>
              <w:bottom w:w="80" w:type="dxa"/>
              <w:end w:w="80" w:type="dxa"/>
            </w:tcMar>
          </w:tcPr>
          <w:p>
            <w:pPr>
              <w:spacing w:after="0" w:before="0"/>
            </w:pPr>
            <w:r>
              <w:rPr>
                <w:rFonts w:ascii="Arial" w:hAnsi="Arial"/>
                <w:sz w:val="18"/>
              </w:rPr>
              <w:t>F13</w:t>
            </w:r>
          </w:p>
        </w:tc>
        <w:tc>
          <w:tcPr>
            <w:tcW w:type="dxa" w:w="3400"/>
            <w:vAlign w:val="center"/>
            <w:tcMar>
              <w:top w:w="80" w:type="dxa"/>
              <w:start w:w="80" w:type="dxa"/>
              <w:bottom w:w="80" w:type="dxa"/>
              <w:end w:w="80" w:type="dxa"/>
            </w:tcMar>
          </w:tcPr>
          <w:p>
            <w:pPr>
              <w:spacing w:after="0" w:before="0"/>
            </w:pPr>
            <w:r>
              <w:rPr>
                <w:rFonts w:ascii="Arial" w:hAnsi="Arial"/>
                <w:sz w:val="18"/>
              </w:rPr>
              <w:t>Meniu orientativ pentru minimum 10 zile consecutive</w:t>
            </w:r>
          </w:p>
        </w:tc>
      </w:tr>
      <w:tr>
        <w:tc>
          <w:tcPr>
            <w:tcW w:type="dxa" w:w="3400"/>
            <w:vAlign w:val="center"/>
            <w:tcMar>
              <w:top w:w="80" w:type="dxa"/>
              <w:start w:w="80" w:type="dxa"/>
              <w:bottom w:w="80" w:type="dxa"/>
              <w:end w:w="80" w:type="dxa"/>
            </w:tcMar>
          </w:tcPr>
          <w:p>
            <w:pPr>
              <w:spacing w:after="0" w:before="0"/>
            </w:pPr>
            <w:r>
              <w:rPr>
                <w:rFonts w:ascii="Arial" w:hAnsi="Arial"/>
                <w:sz w:val="18"/>
              </w:rPr>
              <w:t>14</w:t>
            </w:r>
          </w:p>
        </w:tc>
        <w:tc>
          <w:tcPr>
            <w:tcW w:type="dxa" w:w="3400"/>
            <w:vAlign w:val="center"/>
            <w:tcMar>
              <w:top w:w="80" w:type="dxa"/>
              <w:start w:w="80" w:type="dxa"/>
              <w:bottom w:w="80" w:type="dxa"/>
              <w:end w:w="80" w:type="dxa"/>
            </w:tcMar>
          </w:tcPr>
          <w:p>
            <w:pPr>
              <w:spacing w:after="0" w:before="0"/>
            </w:pPr>
            <w:r>
              <w:rPr>
                <w:rFonts w:ascii="Arial" w:hAnsi="Arial"/>
                <w:sz w:val="18"/>
              </w:rPr>
              <w:t>F14</w:t>
            </w:r>
          </w:p>
        </w:tc>
        <w:tc>
          <w:tcPr>
            <w:tcW w:type="dxa" w:w="3400"/>
            <w:vAlign w:val="center"/>
            <w:tcMar>
              <w:top w:w="80" w:type="dxa"/>
              <w:start w:w="80" w:type="dxa"/>
              <w:bottom w:w="80" w:type="dxa"/>
              <w:end w:w="80" w:type="dxa"/>
            </w:tcMar>
          </w:tcPr>
          <w:p>
            <w:pPr>
              <w:spacing w:after="0" w:before="0"/>
            </w:pPr>
            <w:r>
              <w:rPr>
                <w:rFonts w:ascii="Arial" w:hAnsi="Arial"/>
                <w:sz w:val="18"/>
              </w:rPr>
              <w:t>Fișa detaliată de rețetar/ingrediente/gramaje/valori nutriționale/alergeni</w:t>
            </w:r>
          </w:p>
        </w:tc>
      </w:tr>
      <w:tr>
        <w:tc>
          <w:tcPr>
            <w:tcW w:type="dxa" w:w="3400"/>
            <w:vAlign w:val="center"/>
            <w:tcMar>
              <w:top w:w="80" w:type="dxa"/>
              <w:start w:w="80" w:type="dxa"/>
              <w:bottom w:w="80" w:type="dxa"/>
              <w:end w:w="80" w:type="dxa"/>
            </w:tcMar>
          </w:tcPr>
          <w:p>
            <w:pPr>
              <w:spacing w:after="0" w:before="0"/>
            </w:pPr>
            <w:r>
              <w:rPr>
                <w:rFonts w:ascii="Arial" w:hAnsi="Arial"/>
                <w:sz w:val="18"/>
              </w:rPr>
              <w:t>15</w:t>
            </w:r>
          </w:p>
        </w:tc>
        <w:tc>
          <w:tcPr>
            <w:tcW w:type="dxa" w:w="3400"/>
            <w:vAlign w:val="center"/>
            <w:tcMar>
              <w:top w:w="80" w:type="dxa"/>
              <w:start w:w="80" w:type="dxa"/>
              <w:bottom w:w="80" w:type="dxa"/>
              <w:end w:w="80" w:type="dxa"/>
            </w:tcMar>
          </w:tcPr>
          <w:p>
            <w:pPr>
              <w:spacing w:after="0" w:before="0"/>
            </w:pPr>
            <w:r>
              <w:rPr>
                <w:rFonts w:ascii="Arial" w:hAnsi="Arial"/>
                <w:sz w:val="18"/>
              </w:rPr>
              <w:t>F15</w:t>
            </w:r>
          </w:p>
        </w:tc>
        <w:tc>
          <w:tcPr>
            <w:tcW w:type="dxa" w:w="3400"/>
            <w:vAlign w:val="center"/>
            <w:tcMar>
              <w:top w:w="80" w:type="dxa"/>
              <w:start w:w="80" w:type="dxa"/>
              <w:bottom w:w="80" w:type="dxa"/>
              <w:end w:w="80" w:type="dxa"/>
            </w:tcMar>
          </w:tcPr>
          <w:p>
            <w:pPr>
              <w:spacing w:after="0" w:before="0"/>
            </w:pPr>
            <w:r>
              <w:rPr>
                <w:rFonts w:ascii="Arial" w:hAnsi="Arial"/>
                <w:sz w:val="18"/>
              </w:rPr>
              <w:t>Formular de ofertă financiară</w:t>
            </w:r>
          </w:p>
        </w:tc>
      </w:tr>
      <w:tr>
        <w:tc>
          <w:tcPr>
            <w:tcW w:type="dxa" w:w="3400"/>
            <w:vAlign w:val="center"/>
            <w:tcMar>
              <w:top w:w="80" w:type="dxa"/>
              <w:start w:w="80" w:type="dxa"/>
              <w:bottom w:w="80" w:type="dxa"/>
              <w:end w:w="80" w:type="dxa"/>
            </w:tcMar>
          </w:tcPr>
          <w:p>
            <w:pPr>
              <w:spacing w:after="0" w:before="0"/>
            </w:pPr>
            <w:r>
              <w:rPr>
                <w:rFonts w:ascii="Arial" w:hAnsi="Arial"/>
                <w:sz w:val="18"/>
              </w:rPr>
              <w:t>16</w:t>
            </w:r>
          </w:p>
        </w:tc>
        <w:tc>
          <w:tcPr>
            <w:tcW w:type="dxa" w:w="3400"/>
            <w:vAlign w:val="center"/>
            <w:tcMar>
              <w:top w:w="80" w:type="dxa"/>
              <w:start w:w="80" w:type="dxa"/>
              <w:bottom w:w="80" w:type="dxa"/>
              <w:end w:w="80" w:type="dxa"/>
            </w:tcMar>
          </w:tcPr>
          <w:p>
            <w:pPr>
              <w:spacing w:after="0" w:before="0"/>
            </w:pPr>
            <w:r>
              <w:rPr>
                <w:rFonts w:ascii="Arial" w:hAnsi="Arial"/>
                <w:sz w:val="18"/>
              </w:rPr>
              <w:t>F16</w:t>
            </w:r>
          </w:p>
        </w:tc>
        <w:tc>
          <w:tcPr>
            <w:tcW w:type="dxa" w:w="3400"/>
            <w:vAlign w:val="center"/>
            <w:tcMar>
              <w:top w:w="80" w:type="dxa"/>
              <w:start w:w="80" w:type="dxa"/>
              <w:bottom w:w="80" w:type="dxa"/>
              <w:end w:w="80" w:type="dxa"/>
            </w:tcMar>
          </w:tcPr>
          <w:p>
            <w:pPr>
              <w:spacing w:after="0" w:before="0"/>
            </w:pPr>
            <w:r>
              <w:rPr>
                <w:rFonts w:ascii="Arial" w:hAnsi="Arial"/>
                <w:sz w:val="18"/>
              </w:rPr>
              <w:t>Defalcarea costului unitar/porție și calculul ponderii materiei prime</w:t>
            </w:r>
          </w:p>
        </w:tc>
      </w:tr>
      <w:tr>
        <w:tc>
          <w:tcPr>
            <w:tcW w:type="dxa" w:w="3400"/>
            <w:vAlign w:val="center"/>
            <w:tcMar>
              <w:top w:w="80" w:type="dxa"/>
              <w:start w:w="80" w:type="dxa"/>
              <w:bottom w:w="80" w:type="dxa"/>
              <w:end w:w="80" w:type="dxa"/>
            </w:tcMar>
          </w:tcPr>
          <w:p>
            <w:pPr>
              <w:spacing w:after="0" w:before="0"/>
            </w:pPr>
            <w:r>
              <w:rPr>
                <w:rFonts w:ascii="Arial" w:hAnsi="Arial"/>
                <w:sz w:val="18"/>
              </w:rPr>
              <w:t>17</w:t>
            </w:r>
          </w:p>
        </w:tc>
        <w:tc>
          <w:tcPr>
            <w:tcW w:type="dxa" w:w="3400"/>
            <w:vAlign w:val="center"/>
            <w:tcMar>
              <w:top w:w="80" w:type="dxa"/>
              <w:start w:w="80" w:type="dxa"/>
              <w:bottom w:w="80" w:type="dxa"/>
              <w:end w:w="80" w:type="dxa"/>
            </w:tcMar>
          </w:tcPr>
          <w:p>
            <w:pPr>
              <w:spacing w:after="0" w:before="0"/>
            </w:pPr>
            <w:r>
              <w:rPr>
                <w:rFonts w:ascii="Arial" w:hAnsi="Arial"/>
                <w:sz w:val="18"/>
              </w:rPr>
              <w:t>F17</w:t>
            </w:r>
          </w:p>
        </w:tc>
        <w:tc>
          <w:tcPr>
            <w:tcW w:type="dxa" w:w="3400"/>
            <w:vAlign w:val="center"/>
            <w:tcMar>
              <w:top w:w="80" w:type="dxa"/>
              <w:start w:w="80" w:type="dxa"/>
              <w:bottom w:w="80" w:type="dxa"/>
              <w:end w:w="80" w:type="dxa"/>
            </w:tcMar>
          </w:tcPr>
          <w:p>
            <w:pPr>
              <w:spacing w:after="0" w:before="0"/>
            </w:pPr>
            <w:r>
              <w:rPr>
                <w:rFonts w:ascii="Arial" w:hAnsi="Arial"/>
                <w:sz w:val="18"/>
              </w:rPr>
              <w:t>Centralizator justificativ al costului materiilor prime</w:t>
            </w:r>
          </w:p>
        </w:tc>
      </w:tr>
      <w:tr>
        <w:tc>
          <w:tcPr>
            <w:tcW w:type="dxa" w:w="3400"/>
            <w:vAlign w:val="center"/>
            <w:tcMar>
              <w:top w:w="80" w:type="dxa"/>
              <w:start w:w="80" w:type="dxa"/>
              <w:bottom w:w="80" w:type="dxa"/>
              <w:end w:w="80" w:type="dxa"/>
            </w:tcMar>
          </w:tcPr>
          <w:p>
            <w:pPr>
              <w:spacing w:after="0" w:before="0"/>
            </w:pPr>
            <w:r>
              <w:rPr>
                <w:rFonts w:ascii="Arial" w:hAnsi="Arial"/>
                <w:sz w:val="18"/>
              </w:rPr>
              <w:t>18</w:t>
            </w:r>
          </w:p>
        </w:tc>
        <w:tc>
          <w:tcPr>
            <w:tcW w:type="dxa" w:w="3400"/>
            <w:vAlign w:val="center"/>
            <w:tcMar>
              <w:top w:w="80" w:type="dxa"/>
              <w:start w:w="80" w:type="dxa"/>
              <w:bottom w:w="80" w:type="dxa"/>
              <w:end w:w="80" w:type="dxa"/>
            </w:tcMar>
          </w:tcPr>
          <w:p>
            <w:pPr>
              <w:spacing w:after="0" w:before="0"/>
            </w:pPr>
            <w:r>
              <w:rPr>
                <w:rFonts w:ascii="Arial" w:hAnsi="Arial"/>
                <w:sz w:val="18"/>
              </w:rPr>
              <w:t>F18</w:t>
            </w:r>
          </w:p>
        </w:tc>
        <w:tc>
          <w:tcPr>
            <w:tcW w:type="dxa" w:w="3400"/>
            <w:vAlign w:val="center"/>
            <w:tcMar>
              <w:top w:w="80" w:type="dxa"/>
              <w:start w:w="80" w:type="dxa"/>
              <w:bottom w:w="80" w:type="dxa"/>
              <w:end w:w="80" w:type="dxa"/>
            </w:tcMar>
          </w:tcPr>
          <w:p>
            <w:pPr>
              <w:spacing w:after="0" w:before="0"/>
            </w:pPr>
            <w:r>
              <w:rPr>
                <w:rFonts w:ascii="Arial" w:hAnsi="Arial"/>
                <w:sz w:val="18"/>
              </w:rPr>
              <w:t>Angajament privind ponderea materiei prime – factor de evaluare</w:t>
            </w:r>
          </w:p>
        </w:tc>
      </w:tr>
      <w:tr>
        <w:tc>
          <w:tcPr>
            <w:tcW w:type="dxa" w:w="3400"/>
            <w:vAlign w:val="center"/>
            <w:tcMar>
              <w:top w:w="80" w:type="dxa"/>
              <w:start w:w="80" w:type="dxa"/>
              <w:bottom w:w="80" w:type="dxa"/>
              <w:end w:w="80" w:type="dxa"/>
            </w:tcMar>
          </w:tcPr>
          <w:p>
            <w:pPr>
              <w:spacing w:after="0" w:before="0"/>
            </w:pPr>
            <w:r>
              <w:rPr>
                <w:rFonts w:ascii="Arial" w:hAnsi="Arial"/>
                <w:sz w:val="18"/>
              </w:rPr>
              <w:t>19</w:t>
            </w:r>
          </w:p>
        </w:tc>
        <w:tc>
          <w:tcPr>
            <w:tcW w:type="dxa" w:w="3400"/>
            <w:vAlign w:val="center"/>
            <w:tcMar>
              <w:top w:w="80" w:type="dxa"/>
              <w:start w:w="80" w:type="dxa"/>
              <w:bottom w:w="80" w:type="dxa"/>
              <w:end w:w="80" w:type="dxa"/>
            </w:tcMar>
          </w:tcPr>
          <w:p>
            <w:pPr>
              <w:spacing w:after="0" w:before="0"/>
            </w:pPr>
            <w:r>
              <w:rPr>
                <w:rFonts w:ascii="Arial" w:hAnsi="Arial"/>
                <w:sz w:val="18"/>
              </w:rPr>
              <w:t>F19</w:t>
            </w:r>
          </w:p>
        </w:tc>
        <w:tc>
          <w:tcPr>
            <w:tcW w:type="dxa" w:w="3400"/>
            <w:vAlign w:val="center"/>
            <w:tcMar>
              <w:top w:w="80" w:type="dxa"/>
              <w:start w:w="80" w:type="dxa"/>
              <w:bottom w:w="80" w:type="dxa"/>
              <w:end w:w="80" w:type="dxa"/>
            </w:tcMar>
          </w:tcPr>
          <w:p>
            <w:pPr>
              <w:spacing w:after="0" w:before="0"/>
            </w:pPr>
            <w:r>
              <w:rPr>
                <w:rFonts w:ascii="Arial" w:hAnsi="Arial"/>
                <w:sz w:val="18"/>
              </w:rPr>
              <w:t>Declarație privind includerea tuturor costurilor în preț</w:t>
            </w:r>
          </w:p>
        </w:tc>
      </w:tr>
      <w:tr>
        <w:tc>
          <w:tcPr>
            <w:tcW w:type="dxa" w:w="3400"/>
            <w:vAlign w:val="center"/>
            <w:tcMar>
              <w:top w:w="80" w:type="dxa"/>
              <w:start w:w="80" w:type="dxa"/>
              <w:bottom w:w="80" w:type="dxa"/>
              <w:end w:w="80" w:type="dxa"/>
            </w:tcMar>
          </w:tcPr>
          <w:p>
            <w:pPr>
              <w:spacing w:after="0" w:before="0"/>
            </w:pPr>
            <w:r>
              <w:rPr>
                <w:rFonts w:ascii="Arial" w:hAnsi="Arial"/>
                <w:sz w:val="18"/>
              </w:rPr>
              <w:t>20</w:t>
            </w:r>
          </w:p>
        </w:tc>
        <w:tc>
          <w:tcPr>
            <w:tcW w:type="dxa" w:w="3400"/>
            <w:vAlign w:val="center"/>
            <w:tcMar>
              <w:top w:w="80" w:type="dxa"/>
              <w:start w:w="80" w:type="dxa"/>
              <w:bottom w:w="80" w:type="dxa"/>
              <w:end w:w="80" w:type="dxa"/>
            </w:tcMar>
          </w:tcPr>
          <w:p>
            <w:pPr>
              <w:spacing w:after="0" w:before="0"/>
            </w:pPr>
            <w:r>
              <w:rPr>
                <w:rFonts w:ascii="Arial" w:hAnsi="Arial"/>
                <w:sz w:val="18"/>
              </w:rPr>
              <w:t>F20</w:t>
            </w:r>
          </w:p>
        </w:tc>
        <w:tc>
          <w:tcPr>
            <w:tcW w:type="dxa" w:w="3400"/>
            <w:vAlign w:val="center"/>
            <w:tcMar>
              <w:top w:w="80" w:type="dxa"/>
              <w:start w:w="80" w:type="dxa"/>
              <w:bottom w:w="80" w:type="dxa"/>
              <w:end w:w="80" w:type="dxa"/>
            </w:tcMar>
          </w:tcPr>
          <w:p>
            <w:pPr>
              <w:spacing w:after="0" w:before="0"/>
            </w:pPr>
            <w:r>
              <w:rPr>
                <w:rFonts w:ascii="Arial" w:hAnsi="Arial"/>
                <w:sz w:val="18"/>
              </w:rPr>
              <w:t>Declarație privind valabilitatea ofertei și acceptarea condițiilor</w:t>
            </w:r>
          </w:p>
        </w:tc>
      </w:tr>
      <w:tr>
        <w:tc>
          <w:tcPr>
            <w:tcW w:type="dxa" w:w="3400"/>
            <w:vAlign w:val="center"/>
            <w:tcMar>
              <w:top w:w="80" w:type="dxa"/>
              <w:start w:w="80" w:type="dxa"/>
              <w:bottom w:w="80" w:type="dxa"/>
              <w:end w:w="80" w:type="dxa"/>
            </w:tcMar>
          </w:tcPr>
          <w:p>
            <w:pPr>
              <w:spacing w:after="0" w:before="0"/>
            </w:pPr>
            <w:r>
              <w:rPr>
                <w:rFonts w:ascii="Arial" w:hAnsi="Arial"/>
                <w:sz w:val="18"/>
              </w:rPr>
              <w:t>21</w:t>
            </w:r>
          </w:p>
        </w:tc>
        <w:tc>
          <w:tcPr>
            <w:tcW w:type="dxa" w:w="3400"/>
            <w:vAlign w:val="center"/>
            <w:tcMar>
              <w:top w:w="80" w:type="dxa"/>
              <w:start w:w="80" w:type="dxa"/>
              <w:bottom w:w="80" w:type="dxa"/>
              <w:end w:w="80" w:type="dxa"/>
            </w:tcMar>
          </w:tcPr>
          <w:p>
            <w:pPr>
              <w:spacing w:after="0" w:before="0"/>
            </w:pPr>
            <w:r>
              <w:rPr>
                <w:rFonts w:ascii="Arial" w:hAnsi="Arial"/>
                <w:sz w:val="18"/>
              </w:rPr>
              <w:t>F21</w:t>
            </w:r>
          </w:p>
        </w:tc>
        <w:tc>
          <w:tcPr>
            <w:tcW w:type="dxa" w:w="3400"/>
            <w:vAlign w:val="center"/>
            <w:tcMar>
              <w:top w:w="80" w:type="dxa"/>
              <w:start w:w="80" w:type="dxa"/>
              <w:bottom w:w="80" w:type="dxa"/>
              <w:end w:w="80" w:type="dxa"/>
            </w:tcMar>
          </w:tcPr>
          <w:p>
            <w:pPr>
              <w:spacing w:after="0" w:before="0"/>
            </w:pPr>
            <w:r>
              <w:rPr>
                <w:rFonts w:ascii="Arial" w:hAnsi="Arial"/>
                <w:sz w:val="18"/>
              </w:rPr>
              <w:t>Declarație privind asociații/subcontractanții/terții – dacă este cazul</w:t>
            </w:r>
          </w:p>
        </w:tc>
      </w:tr>
      <w:tr>
        <w:tc>
          <w:tcPr>
            <w:tcW w:type="dxa" w:w="3400"/>
            <w:vAlign w:val="center"/>
            <w:tcMar>
              <w:top w:w="80" w:type="dxa"/>
              <w:start w:w="80" w:type="dxa"/>
              <w:bottom w:w="80" w:type="dxa"/>
              <w:end w:w="80" w:type="dxa"/>
            </w:tcMar>
          </w:tcPr>
          <w:p>
            <w:pPr>
              <w:spacing w:after="0" w:before="0"/>
            </w:pPr>
            <w:r>
              <w:rPr>
                <w:rFonts w:ascii="Arial" w:hAnsi="Arial"/>
                <w:sz w:val="18"/>
              </w:rPr>
              <w:t>22</w:t>
            </w:r>
          </w:p>
        </w:tc>
        <w:tc>
          <w:tcPr>
            <w:tcW w:type="dxa" w:w="3400"/>
            <w:vAlign w:val="center"/>
            <w:tcMar>
              <w:top w:w="80" w:type="dxa"/>
              <w:start w:w="80" w:type="dxa"/>
              <w:bottom w:w="80" w:type="dxa"/>
              <w:end w:w="80" w:type="dxa"/>
            </w:tcMar>
          </w:tcPr>
          <w:p>
            <w:pPr>
              <w:spacing w:after="0" w:before="0"/>
            </w:pPr>
            <w:r>
              <w:rPr>
                <w:rFonts w:ascii="Arial" w:hAnsi="Arial"/>
                <w:sz w:val="18"/>
              </w:rPr>
              <w:t>F22</w:t>
            </w:r>
          </w:p>
        </w:tc>
        <w:tc>
          <w:tcPr>
            <w:tcW w:type="dxa" w:w="3400"/>
            <w:vAlign w:val="center"/>
            <w:tcMar>
              <w:top w:w="80" w:type="dxa"/>
              <w:start w:w="80" w:type="dxa"/>
              <w:bottom w:w="80" w:type="dxa"/>
              <w:end w:w="80" w:type="dxa"/>
            </w:tcMar>
          </w:tcPr>
          <w:p>
            <w:pPr>
              <w:spacing w:after="0" w:before="0"/>
            </w:pPr>
            <w:r>
              <w:rPr>
                <w:rFonts w:ascii="Arial" w:hAnsi="Arial"/>
                <w:sz w:val="18"/>
              </w:rPr>
              <w:t>Declarație de confidențialitate a informațiilor din ofertă</w:t>
            </w:r>
          </w:p>
        </w:tc>
      </w:tr>
      <w:tr>
        <w:tc>
          <w:tcPr>
            <w:tcW w:type="dxa" w:w="3400"/>
            <w:vAlign w:val="center"/>
            <w:tcMar>
              <w:top w:w="80" w:type="dxa"/>
              <w:start w:w="80" w:type="dxa"/>
              <w:bottom w:w="80" w:type="dxa"/>
              <w:end w:w="80" w:type="dxa"/>
            </w:tcMar>
          </w:tcPr>
          <w:p>
            <w:pPr>
              <w:spacing w:after="0" w:before="0"/>
            </w:pPr>
            <w:r>
              <w:rPr>
                <w:rFonts w:ascii="Arial" w:hAnsi="Arial"/>
                <w:sz w:val="18"/>
              </w:rPr>
              <w:t>23</w:t>
            </w:r>
          </w:p>
        </w:tc>
        <w:tc>
          <w:tcPr>
            <w:tcW w:type="dxa" w:w="3400"/>
            <w:vAlign w:val="center"/>
            <w:tcMar>
              <w:top w:w="80" w:type="dxa"/>
              <w:start w:w="80" w:type="dxa"/>
              <w:bottom w:w="80" w:type="dxa"/>
              <w:end w:w="80" w:type="dxa"/>
            </w:tcMar>
          </w:tcPr>
          <w:p>
            <w:pPr>
              <w:spacing w:after="0" w:before="0"/>
            </w:pPr>
            <w:r>
              <w:rPr>
                <w:rFonts w:ascii="Arial" w:hAnsi="Arial"/>
                <w:sz w:val="18"/>
              </w:rPr>
              <w:t>F23</w:t>
            </w:r>
          </w:p>
        </w:tc>
        <w:tc>
          <w:tcPr>
            <w:tcW w:type="dxa" w:w="3400"/>
            <w:vAlign w:val="center"/>
            <w:tcMar>
              <w:top w:w="80" w:type="dxa"/>
              <w:start w:w="80" w:type="dxa"/>
              <w:bottom w:w="80" w:type="dxa"/>
              <w:end w:w="80" w:type="dxa"/>
            </w:tcMar>
          </w:tcPr>
          <w:p>
            <w:pPr>
              <w:spacing w:after="0" w:before="0"/>
            </w:pPr>
            <w:r>
              <w:rPr>
                <w:rFonts w:ascii="Arial" w:hAnsi="Arial"/>
                <w:sz w:val="18"/>
              </w:rPr>
              <w:t>Lista documentelor suport anexate</w:t>
            </w:r>
          </w:p>
        </w:tc>
      </w:tr>
    </w:tbl>
    <w:p>
      <w:pPr>
        <w:pageBreakBefore/>
        <w:jc w:val="center"/>
      </w:pPr>
      <w:r>
        <w:rPr>
          <w:rFonts w:ascii="Arial" w:hAnsi="Arial"/>
          <w:b/>
          <w:sz w:val="28"/>
        </w:rPr>
        <w:t>FORMULARUL F1</w:t>
        <w:br/>
        <w:t>SCRISOARE DE ÎNAINTARE ȘI OPISUL OFERTEI</w:t>
      </w:r>
    </w:p>
    <w:p>
      <w:pPr>
        <w:jc w:val="center"/>
      </w:pPr>
      <w:r>
        <w:rPr>
          <w:rFonts w:ascii="Arial" w:hAnsi="Arial"/>
          <w:i/>
          <w:sz w:val="18"/>
        </w:rPr>
        <w:t>Achiziție: Servicii de catering pentru asigurarea suportului alimentar – masă caldă – pentru elevii Școlii Gimnaziale Bălăcița, în cadrul PNMS 2026</w:t>
      </w:r>
    </w:p>
    <w:p>
      <w:r>
        <w:t>Către: UAT COMUNA BĂLĂCIȚA, județul Mehedinți</w:t>
      </w:r>
    </w:p>
    <w:p>
      <w:r>
        <w:t>Subsemnatul(a) ________________________________, în calitate de __________________ al operatorului economic ________________________________, vă transmit oferta pentru contractul menționat mai sus.</w:t>
      </w:r>
    </w:p>
    <w:p>
      <w:r>
        <w:t>Prin depunerea ofertei confirmăm că am analizat integral anunțul publicitar, caietul de sarcini, formularele și eventualele clarificări publicate și ne asumăm respectarea tuturor cerințelor obligatorii.</w:t>
      </w:r>
    </w:p>
    <w:tbl>
      <w:tblPr>
        <w:tblStyle w:val="TableGrid"/>
        <w:tblW w:type="auto" w:w="0"/>
        <w:jc w:val="center"/>
        <w:tblLook w:firstColumn="1" w:firstRow="1" w:lastColumn="0" w:lastRow="0" w:noHBand="0" w:noVBand="1" w:val="04A0"/>
      </w:tblPr>
      <w:tblGrid>
        <w:gridCol w:w="2550"/>
        <w:gridCol w:w="2550"/>
        <w:gridCol w:w="2550"/>
        <w:gridCol w:w="2550"/>
      </w:tblGrid>
      <w:tr>
        <w:trPr>
          <w:tblHeader w:val="true"/>
        </w:trPr>
        <w:tc>
          <w:tcPr>
            <w:tcW w:type="dxa" w:w="2550"/>
            <w:vAlign w:val="center"/>
            <w:tcMar>
              <w:top w:w="80" w:type="dxa"/>
              <w:start w:w="80" w:type="dxa"/>
              <w:bottom w:w="80" w:type="dxa"/>
              <w:end w:w="80" w:type="dxa"/>
            </w:tcMar>
            <w:shd w:fill="D9EAF7"/>
          </w:tcPr>
          <w:p>
            <w:pPr>
              <w:spacing w:after="0" w:before="0"/>
            </w:pPr>
            <w:r>
              <w:rPr>
                <w:rFonts w:ascii="Arial" w:hAnsi="Arial"/>
                <w:b/>
                <w:sz w:val="17"/>
              </w:rPr>
              <w:t>Nr. crt.</w:t>
            </w:r>
          </w:p>
        </w:tc>
        <w:tc>
          <w:tcPr>
            <w:tcW w:type="dxa" w:w="2550"/>
            <w:vAlign w:val="center"/>
            <w:tcMar>
              <w:top w:w="80" w:type="dxa"/>
              <w:start w:w="80" w:type="dxa"/>
              <w:bottom w:w="80" w:type="dxa"/>
              <w:end w:w="80" w:type="dxa"/>
            </w:tcMar>
            <w:shd w:fill="D9EAF7"/>
          </w:tcPr>
          <w:p>
            <w:pPr>
              <w:spacing w:after="0" w:before="0"/>
            </w:pPr>
            <w:r>
              <w:rPr>
                <w:rFonts w:ascii="Arial" w:hAnsi="Arial"/>
                <w:b/>
                <w:sz w:val="17"/>
              </w:rPr>
              <w:t>Document depus</w:t>
            </w:r>
          </w:p>
        </w:tc>
        <w:tc>
          <w:tcPr>
            <w:tcW w:type="dxa" w:w="2550"/>
            <w:vAlign w:val="center"/>
            <w:tcMar>
              <w:top w:w="80" w:type="dxa"/>
              <w:start w:w="80" w:type="dxa"/>
              <w:bottom w:w="80" w:type="dxa"/>
              <w:end w:w="80" w:type="dxa"/>
            </w:tcMar>
            <w:shd w:fill="D9EAF7"/>
          </w:tcPr>
          <w:p>
            <w:pPr>
              <w:spacing w:after="0" w:before="0"/>
            </w:pPr>
            <w:r>
              <w:rPr>
                <w:rFonts w:ascii="Arial" w:hAnsi="Arial"/>
                <w:b/>
                <w:sz w:val="17"/>
              </w:rPr>
              <w:t>Nr. pagini</w:t>
            </w:r>
          </w:p>
        </w:tc>
        <w:tc>
          <w:tcPr>
            <w:tcW w:type="dxa" w:w="2550"/>
            <w:vAlign w:val="center"/>
            <w:tcMar>
              <w:top w:w="80" w:type="dxa"/>
              <w:start w:w="80" w:type="dxa"/>
              <w:bottom w:w="80" w:type="dxa"/>
              <w:end w:w="80" w:type="dxa"/>
            </w:tcMar>
            <w:shd w:fill="D9EAF7"/>
          </w:tcPr>
          <w:p>
            <w:pPr>
              <w:spacing w:after="0" w:before="0"/>
            </w:pPr>
            <w:r>
              <w:rPr>
                <w:rFonts w:ascii="Arial" w:hAnsi="Arial"/>
                <w:b/>
                <w:sz w:val="17"/>
              </w:rPr>
              <w:t>Observații</w:t>
            </w:r>
          </w:p>
        </w:tc>
      </w:tr>
      <w:tr>
        <w:tc>
          <w:tcPr>
            <w:tcW w:type="dxa" w:w="2550"/>
            <w:vAlign w:val="center"/>
            <w:tcMar>
              <w:top w:w="80" w:type="dxa"/>
              <w:start w:w="80" w:type="dxa"/>
              <w:bottom w:w="80" w:type="dxa"/>
              <w:end w:w="80" w:type="dxa"/>
            </w:tcMar>
          </w:tcPr>
          <w:p>
            <w:pPr>
              <w:spacing w:after="0" w:before="0"/>
            </w:pPr>
            <w:r>
              <w:rPr>
                <w:rFonts w:ascii="Arial" w:hAnsi="Arial"/>
                <w:sz w:val="17"/>
              </w:rPr>
              <w:t>1</w:t>
            </w:r>
          </w:p>
        </w:tc>
        <w:tc>
          <w:tcPr>
            <w:tcW w:type="dxa" w:w="2550"/>
            <w:vAlign w:val="center"/>
            <w:tcMar>
              <w:top w:w="80" w:type="dxa"/>
              <w:start w:w="80" w:type="dxa"/>
              <w:bottom w:w="80" w:type="dxa"/>
              <w:end w:w="80" w:type="dxa"/>
            </w:tcMar>
          </w:tcPr>
          <w:p>
            <w:pPr>
              <w:spacing w:after="0" w:before="0"/>
            </w:pPr>
            <w:r>
              <w:rPr>
                <w:rFonts w:ascii="Arial" w:hAnsi="Arial"/>
                <w:sz w:val="17"/>
              </w:rPr>
            </w:r>
          </w:p>
        </w:tc>
        <w:tc>
          <w:tcPr>
            <w:tcW w:type="dxa" w:w="2550"/>
            <w:vAlign w:val="center"/>
            <w:tcMar>
              <w:top w:w="80" w:type="dxa"/>
              <w:start w:w="80" w:type="dxa"/>
              <w:bottom w:w="80" w:type="dxa"/>
              <w:end w:w="80" w:type="dxa"/>
            </w:tcMar>
          </w:tcPr>
          <w:p>
            <w:pPr>
              <w:spacing w:after="0" w:before="0"/>
            </w:pPr>
            <w:r>
              <w:rPr>
                <w:rFonts w:ascii="Arial" w:hAnsi="Arial"/>
                <w:sz w:val="17"/>
              </w:rPr>
            </w:r>
          </w:p>
        </w:tc>
        <w:tc>
          <w:tcPr>
            <w:tcW w:type="dxa" w:w="2550"/>
            <w:vAlign w:val="center"/>
            <w:tcMar>
              <w:top w:w="80" w:type="dxa"/>
              <w:start w:w="80" w:type="dxa"/>
              <w:bottom w:w="80" w:type="dxa"/>
              <w:end w:w="80" w:type="dxa"/>
            </w:tcMar>
          </w:tcPr>
          <w:p>
            <w:pPr>
              <w:spacing w:after="0" w:before="0"/>
            </w:pPr>
            <w:r>
              <w:rPr>
                <w:rFonts w:ascii="Arial" w:hAnsi="Arial"/>
                <w:sz w:val="17"/>
              </w:rPr>
            </w:r>
          </w:p>
        </w:tc>
      </w:tr>
      <w:tr>
        <w:tc>
          <w:tcPr>
            <w:tcW w:type="dxa" w:w="2550"/>
            <w:vAlign w:val="center"/>
            <w:tcMar>
              <w:top w:w="80" w:type="dxa"/>
              <w:start w:w="80" w:type="dxa"/>
              <w:bottom w:w="80" w:type="dxa"/>
              <w:end w:w="80" w:type="dxa"/>
            </w:tcMar>
          </w:tcPr>
          <w:p>
            <w:pPr>
              <w:spacing w:after="0" w:before="0"/>
            </w:pPr>
            <w:r>
              <w:rPr>
                <w:rFonts w:ascii="Arial" w:hAnsi="Arial"/>
                <w:sz w:val="17"/>
              </w:rPr>
              <w:t>2</w:t>
            </w:r>
          </w:p>
        </w:tc>
        <w:tc>
          <w:tcPr>
            <w:tcW w:type="dxa" w:w="2550"/>
            <w:vAlign w:val="center"/>
            <w:tcMar>
              <w:top w:w="80" w:type="dxa"/>
              <w:start w:w="80" w:type="dxa"/>
              <w:bottom w:w="80" w:type="dxa"/>
              <w:end w:w="80" w:type="dxa"/>
            </w:tcMar>
          </w:tcPr>
          <w:p>
            <w:pPr>
              <w:spacing w:after="0" w:before="0"/>
            </w:pPr>
            <w:r>
              <w:rPr>
                <w:rFonts w:ascii="Arial" w:hAnsi="Arial"/>
                <w:sz w:val="17"/>
              </w:rPr>
            </w:r>
          </w:p>
        </w:tc>
        <w:tc>
          <w:tcPr>
            <w:tcW w:type="dxa" w:w="2550"/>
            <w:vAlign w:val="center"/>
            <w:tcMar>
              <w:top w:w="80" w:type="dxa"/>
              <w:start w:w="80" w:type="dxa"/>
              <w:bottom w:w="80" w:type="dxa"/>
              <w:end w:w="80" w:type="dxa"/>
            </w:tcMar>
          </w:tcPr>
          <w:p>
            <w:pPr>
              <w:spacing w:after="0" w:before="0"/>
            </w:pPr>
            <w:r>
              <w:rPr>
                <w:rFonts w:ascii="Arial" w:hAnsi="Arial"/>
                <w:sz w:val="17"/>
              </w:rPr>
            </w:r>
          </w:p>
        </w:tc>
        <w:tc>
          <w:tcPr>
            <w:tcW w:type="dxa" w:w="2550"/>
            <w:vAlign w:val="center"/>
            <w:tcMar>
              <w:top w:w="80" w:type="dxa"/>
              <w:start w:w="80" w:type="dxa"/>
              <w:bottom w:w="80" w:type="dxa"/>
              <w:end w:w="80" w:type="dxa"/>
            </w:tcMar>
          </w:tcPr>
          <w:p>
            <w:pPr>
              <w:spacing w:after="0" w:before="0"/>
            </w:pPr>
            <w:r>
              <w:rPr>
                <w:rFonts w:ascii="Arial" w:hAnsi="Arial"/>
                <w:sz w:val="17"/>
              </w:rPr>
            </w:r>
          </w:p>
        </w:tc>
      </w:tr>
      <w:tr>
        <w:tc>
          <w:tcPr>
            <w:tcW w:type="dxa" w:w="2550"/>
            <w:vAlign w:val="center"/>
            <w:tcMar>
              <w:top w:w="80" w:type="dxa"/>
              <w:start w:w="80" w:type="dxa"/>
              <w:bottom w:w="80" w:type="dxa"/>
              <w:end w:w="80" w:type="dxa"/>
            </w:tcMar>
          </w:tcPr>
          <w:p>
            <w:pPr>
              <w:spacing w:after="0" w:before="0"/>
            </w:pPr>
            <w:r>
              <w:rPr>
                <w:rFonts w:ascii="Arial" w:hAnsi="Arial"/>
                <w:sz w:val="17"/>
              </w:rPr>
              <w:t>3</w:t>
            </w:r>
          </w:p>
        </w:tc>
        <w:tc>
          <w:tcPr>
            <w:tcW w:type="dxa" w:w="2550"/>
            <w:vAlign w:val="center"/>
            <w:tcMar>
              <w:top w:w="80" w:type="dxa"/>
              <w:start w:w="80" w:type="dxa"/>
              <w:bottom w:w="80" w:type="dxa"/>
              <w:end w:w="80" w:type="dxa"/>
            </w:tcMar>
          </w:tcPr>
          <w:p>
            <w:pPr>
              <w:spacing w:after="0" w:before="0"/>
            </w:pPr>
            <w:r>
              <w:rPr>
                <w:rFonts w:ascii="Arial" w:hAnsi="Arial"/>
                <w:sz w:val="17"/>
              </w:rPr>
            </w:r>
          </w:p>
        </w:tc>
        <w:tc>
          <w:tcPr>
            <w:tcW w:type="dxa" w:w="2550"/>
            <w:vAlign w:val="center"/>
            <w:tcMar>
              <w:top w:w="80" w:type="dxa"/>
              <w:start w:w="80" w:type="dxa"/>
              <w:bottom w:w="80" w:type="dxa"/>
              <w:end w:w="80" w:type="dxa"/>
            </w:tcMar>
          </w:tcPr>
          <w:p>
            <w:pPr>
              <w:spacing w:after="0" w:before="0"/>
            </w:pPr>
            <w:r>
              <w:rPr>
                <w:rFonts w:ascii="Arial" w:hAnsi="Arial"/>
                <w:sz w:val="17"/>
              </w:rPr>
            </w:r>
          </w:p>
        </w:tc>
        <w:tc>
          <w:tcPr>
            <w:tcW w:type="dxa" w:w="2550"/>
            <w:vAlign w:val="center"/>
            <w:tcMar>
              <w:top w:w="80" w:type="dxa"/>
              <w:start w:w="80" w:type="dxa"/>
              <w:bottom w:w="80" w:type="dxa"/>
              <w:end w:w="80" w:type="dxa"/>
            </w:tcMar>
          </w:tcPr>
          <w:p>
            <w:pPr>
              <w:spacing w:after="0" w:before="0"/>
            </w:pPr>
            <w:r>
              <w:rPr>
                <w:rFonts w:ascii="Arial" w:hAnsi="Arial"/>
                <w:sz w:val="17"/>
              </w:rPr>
            </w:r>
          </w:p>
        </w:tc>
      </w:tr>
      <w:tr>
        <w:tc>
          <w:tcPr>
            <w:tcW w:type="dxa" w:w="2550"/>
            <w:vAlign w:val="center"/>
            <w:tcMar>
              <w:top w:w="80" w:type="dxa"/>
              <w:start w:w="80" w:type="dxa"/>
              <w:bottom w:w="80" w:type="dxa"/>
              <w:end w:w="80" w:type="dxa"/>
            </w:tcMar>
          </w:tcPr>
          <w:p>
            <w:pPr>
              <w:spacing w:after="0" w:before="0"/>
            </w:pPr>
            <w:r>
              <w:rPr>
                <w:rFonts w:ascii="Arial" w:hAnsi="Arial"/>
                <w:sz w:val="17"/>
              </w:rPr>
              <w:t>4</w:t>
            </w:r>
          </w:p>
        </w:tc>
        <w:tc>
          <w:tcPr>
            <w:tcW w:type="dxa" w:w="2550"/>
            <w:vAlign w:val="center"/>
            <w:tcMar>
              <w:top w:w="80" w:type="dxa"/>
              <w:start w:w="80" w:type="dxa"/>
              <w:bottom w:w="80" w:type="dxa"/>
              <w:end w:w="80" w:type="dxa"/>
            </w:tcMar>
          </w:tcPr>
          <w:p>
            <w:pPr>
              <w:spacing w:after="0" w:before="0"/>
            </w:pPr>
            <w:r>
              <w:rPr>
                <w:rFonts w:ascii="Arial" w:hAnsi="Arial"/>
                <w:sz w:val="17"/>
              </w:rPr>
            </w:r>
          </w:p>
        </w:tc>
        <w:tc>
          <w:tcPr>
            <w:tcW w:type="dxa" w:w="2550"/>
            <w:vAlign w:val="center"/>
            <w:tcMar>
              <w:top w:w="80" w:type="dxa"/>
              <w:start w:w="80" w:type="dxa"/>
              <w:bottom w:w="80" w:type="dxa"/>
              <w:end w:w="80" w:type="dxa"/>
            </w:tcMar>
          </w:tcPr>
          <w:p>
            <w:pPr>
              <w:spacing w:after="0" w:before="0"/>
            </w:pPr>
            <w:r>
              <w:rPr>
                <w:rFonts w:ascii="Arial" w:hAnsi="Arial"/>
                <w:sz w:val="17"/>
              </w:rPr>
            </w:r>
          </w:p>
        </w:tc>
        <w:tc>
          <w:tcPr>
            <w:tcW w:type="dxa" w:w="2550"/>
            <w:vAlign w:val="center"/>
            <w:tcMar>
              <w:top w:w="80" w:type="dxa"/>
              <w:start w:w="80" w:type="dxa"/>
              <w:bottom w:w="80" w:type="dxa"/>
              <w:end w:w="80" w:type="dxa"/>
            </w:tcMar>
          </w:tcPr>
          <w:p>
            <w:pPr>
              <w:spacing w:after="0" w:before="0"/>
            </w:pPr>
            <w:r>
              <w:rPr>
                <w:rFonts w:ascii="Arial" w:hAnsi="Arial"/>
                <w:sz w:val="17"/>
              </w:rPr>
            </w:r>
          </w:p>
        </w:tc>
      </w:tr>
      <w:tr>
        <w:tc>
          <w:tcPr>
            <w:tcW w:type="dxa" w:w="2550"/>
            <w:vAlign w:val="center"/>
            <w:tcMar>
              <w:top w:w="80" w:type="dxa"/>
              <w:start w:w="80" w:type="dxa"/>
              <w:bottom w:w="80" w:type="dxa"/>
              <w:end w:w="80" w:type="dxa"/>
            </w:tcMar>
          </w:tcPr>
          <w:p>
            <w:pPr>
              <w:spacing w:after="0" w:before="0"/>
            </w:pPr>
            <w:r>
              <w:rPr>
                <w:rFonts w:ascii="Arial" w:hAnsi="Arial"/>
                <w:sz w:val="17"/>
              </w:rPr>
              <w:t>5</w:t>
            </w:r>
          </w:p>
        </w:tc>
        <w:tc>
          <w:tcPr>
            <w:tcW w:type="dxa" w:w="2550"/>
            <w:vAlign w:val="center"/>
            <w:tcMar>
              <w:top w:w="80" w:type="dxa"/>
              <w:start w:w="80" w:type="dxa"/>
              <w:bottom w:w="80" w:type="dxa"/>
              <w:end w:w="80" w:type="dxa"/>
            </w:tcMar>
          </w:tcPr>
          <w:p>
            <w:pPr>
              <w:spacing w:after="0" w:before="0"/>
            </w:pPr>
            <w:r>
              <w:rPr>
                <w:rFonts w:ascii="Arial" w:hAnsi="Arial"/>
                <w:sz w:val="17"/>
              </w:rPr>
            </w:r>
          </w:p>
        </w:tc>
        <w:tc>
          <w:tcPr>
            <w:tcW w:type="dxa" w:w="2550"/>
            <w:vAlign w:val="center"/>
            <w:tcMar>
              <w:top w:w="80" w:type="dxa"/>
              <w:start w:w="80" w:type="dxa"/>
              <w:bottom w:w="80" w:type="dxa"/>
              <w:end w:w="80" w:type="dxa"/>
            </w:tcMar>
          </w:tcPr>
          <w:p>
            <w:pPr>
              <w:spacing w:after="0" w:before="0"/>
            </w:pPr>
            <w:r>
              <w:rPr>
                <w:rFonts w:ascii="Arial" w:hAnsi="Arial"/>
                <w:sz w:val="17"/>
              </w:rPr>
            </w:r>
          </w:p>
        </w:tc>
        <w:tc>
          <w:tcPr>
            <w:tcW w:type="dxa" w:w="2550"/>
            <w:vAlign w:val="center"/>
            <w:tcMar>
              <w:top w:w="80" w:type="dxa"/>
              <w:start w:w="80" w:type="dxa"/>
              <w:bottom w:w="80" w:type="dxa"/>
              <w:end w:w="80" w:type="dxa"/>
            </w:tcMar>
          </w:tcPr>
          <w:p>
            <w:pPr>
              <w:spacing w:after="0" w:before="0"/>
            </w:pPr>
            <w:r>
              <w:rPr>
                <w:rFonts w:ascii="Arial" w:hAnsi="Arial"/>
                <w:sz w:val="17"/>
              </w:rPr>
            </w:r>
          </w:p>
        </w:tc>
      </w:tr>
      <w:tr>
        <w:tc>
          <w:tcPr>
            <w:tcW w:type="dxa" w:w="2550"/>
            <w:vAlign w:val="center"/>
            <w:tcMar>
              <w:top w:w="80" w:type="dxa"/>
              <w:start w:w="80" w:type="dxa"/>
              <w:bottom w:w="80" w:type="dxa"/>
              <w:end w:w="80" w:type="dxa"/>
            </w:tcMar>
          </w:tcPr>
          <w:p>
            <w:pPr>
              <w:spacing w:after="0" w:before="0"/>
            </w:pPr>
            <w:r>
              <w:rPr>
                <w:rFonts w:ascii="Arial" w:hAnsi="Arial"/>
                <w:sz w:val="17"/>
              </w:rPr>
              <w:t>6</w:t>
            </w:r>
          </w:p>
        </w:tc>
        <w:tc>
          <w:tcPr>
            <w:tcW w:type="dxa" w:w="2550"/>
            <w:vAlign w:val="center"/>
            <w:tcMar>
              <w:top w:w="80" w:type="dxa"/>
              <w:start w:w="80" w:type="dxa"/>
              <w:bottom w:w="80" w:type="dxa"/>
              <w:end w:w="80" w:type="dxa"/>
            </w:tcMar>
          </w:tcPr>
          <w:p>
            <w:pPr>
              <w:spacing w:after="0" w:before="0"/>
            </w:pPr>
            <w:r>
              <w:rPr>
                <w:rFonts w:ascii="Arial" w:hAnsi="Arial"/>
                <w:sz w:val="17"/>
              </w:rPr>
            </w:r>
          </w:p>
        </w:tc>
        <w:tc>
          <w:tcPr>
            <w:tcW w:type="dxa" w:w="2550"/>
            <w:vAlign w:val="center"/>
            <w:tcMar>
              <w:top w:w="80" w:type="dxa"/>
              <w:start w:w="80" w:type="dxa"/>
              <w:bottom w:w="80" w:type="dxa"/>
              <w:end w:w="80" w:type="dxa"/>
            </w:tcMar>
          </w:tcPr>
          <w:p>
            <w:pPr>
              <w:spacing w:after="0" w:before="0"/>
            </w:pPr>
            <w:r>
              <w:rPr>
                <w:rFonts w:ascii="Arial" w:hAnsi="Arial"/>
                <w:sz w:val="17"/>
              </w:rPr>
            </w:r>
          </w:p>
        </w:tc>
        <w:tc>
          <w:tcPr>
            <w:tcW w:type="dxa" w:w="2550"/>
            <w:vAlign w:val="center"/>
            <w:tcMar>
              <w:top w:w="80" w:type="dxa"/>
              <w:start w:w="80" w:type="dxa"/>
              <w:bottom w:w="80" w:type="dxa"/>
              <w:end w:w="80" w:type="dxa"/>
            </w:tcMar>
          </w:tcPr>
          <w:p>
            <w:pPr>
              <w:spacing w:after="0" w:before="0"/>
            </w:pPr>
            <w:r>
              <w:rPr>
                <w:rFonts w:ascii="Arial" w:hAnsi="Arial"/>
                <w:sz w:val="17"/>
              </w:rPr>
            </w:r>
          </w:p>
        </w:tc>
      </w:tr>
      <w:tr>
        <w:tc>
          <w:tcPr>
            <w:tcW w:type="dxa" w:w="2550"/>
            <w:vAlign w:val="center"/>
            <w:tcMar>
              <w:top w:w="80" w:type="dxa"/>
              <w:start w:w="80" w:type="dxa"/>
              <w:bottom w:w="80" w:type="dxa"/>
              <w:end w:w="80" w:type="dxa"/>
            </w:tcMar>
          </w:tcPr>
          <w:p>
            <w:pPr>
              <w:spacing w:after="0" w:before="0"/>
            </w:pPr>
            <w:r>
              <w:rPr>
                <w:rFonts w:ascii="Arial" w:hAnsi="Arial"/>
                <w:sz w:val="17"/>
              </w:rPr>
              <w:t>7</w:t>
            </w:r>
          </w:p>
        </w:tc>
        <w:tc>
          <w:tcPr>
            <w:tcW w:type="dxa" w:w="2550"/>
            <w:vAlign w:val="center"/>
            <w:tcMar>
              <w:top w:w="80" w:type="dxa"/>
              <w:start w:w="80" w:type="dxa"/>
              <w:bottom w:w="80" w:type="dxa"/>
              <w:end w:w="80" w:type="dxa"/>
            </w:tcMar>
          </w:tcPr>
          <w:p>
            <w:pPr>
              <w:spacing w:after="0" w:before="0"/>
            </w:pPr>
            <w:r>
              <w:rPr>
                <w:rFonts w:ascii="Arial" w:hAnsi="Arial"/>
                <w:sz w:val="17"/>
              </w:rPr>
            </w:r>
          </w:p>
        </w:tc>
        <w:tc>
          <w:tcPr>
            <w:tcW w:type="dxa" w:w="2550"/>
            <w:vAlign w:val="center"/>
            <w:tcMar>
              <w:top w:w="80" w:type="dxa"/>
              <w:start w:w="80" w:type="dxa"/>
              <w:bottom w:w="80" w:type="dxa"/>
              <w:end w:w="80" w:type="dxa"/>
            </w:tcMar>
          </w:tcPr>
          <w:p>
            <w:pPr>
              <w:spacing w:after="0" w:before="0"/>
            </w:pPr>
            <w:r>
              <w:rPr>
                <w:rFonts w:ascii="Arial" w:hAnsi="Arial"/>
                <w:sz w:val="17"/>
              </w:rPr>
            </w:r>
          </w:p>
        </w:tc>
        <w:tc>
          <w:tcPr>
            <w:tcW w:type="dxa" w:w="2550"/>
            <w:vAlign w:val="center"/>
            <w:tcMar>
              <w:top w:w="80" w:type="dxa"/>
              <w:start w:w="80" w:type="dxa"/>
              <w:bottom w:w="80" w:type="dxa"/>
              <w:end w:w="80" w:type="dxa"/>
            </w:tcMar>
          </w:tcPr>
          <w:p>
            <w:pPr>
              <w:spacing w:after="0" w:before="0"/>
            </w:pPr>
            <w:r>
              <w:rPr>
                <w:rFonts w:ascii="Arial" w:hAnsi="Arial"/>
                <w:sz w:val="17"/>
              </w:rPr>
            </w:r>
          </w:p>
        </w:tc>
      </w:tr>
      <w:tr>
        <w:tc>
          <w:tcPr>
            <w:tcW w:type="dxa" w:w="2550"/>
            <w:vAlign w:val="center"/>
            <w:tcMar>
              <w:top w:w="80" w:type="dxa"/>
              <w:start w:w="80" w:type="dxa"/>
              <w:bottom w:w="80" w:type="dxa"/>
              <w:end w:w="80" w:type="dxa"/>
            </w:tcMar>
          </w:tcPr>
          <w:p>
            <w:pPr>
              <w:spacing w:after="0" w:before="0"/>
            </w:pPr>
            <w:r>
              <w:rPr>
                <w:rFonts w:ascii="Arial" w:hAnsi="Arial"/>
                <w:sz w:val="17"/>
              </w:rPr>
              <w:t>8</w:t>
            </w:r>
          </w:p>
        </w:tc>
        <w:tc>
          <w:tcPr>
            <w:tcW w:type="dxa" w:w="2550"/>
            <w:vAlign w:val="center"/>
            <w:tcMar>
              <w:top w:w="80" w:type="dxa"/>
              <w:start w:w="80" w:type="dxa"/>
              <w:bottom w:w="80" w:type="dxa"/>
              <w:end w:w="80" w:type="dxa"/>
            </w:tcMar>
          </w:tcPr>
          <w:p>
            <w:pPr>
              <w:spacing w:after="0" w:before="0"/>
            </w:pPr>
            <w:r>
              <w:rPr>
                <w:rFonts w:ascii="Arial" w:hAnsi="Arial"/>
                <w:sz w:val="17"/>
              </w:rPr>
            </w:r>
          </w:p>
        </w:tc>
        <w:tc>
          <w:tcPr>
            <w:tcW w:type="dxa" w:w="2550"/>
            <w:vAlign w:val="center"/>
            <w:tcMar>
              <w:top w:w="80" w:type="dxa"/>
              <w:start w:w="80" w:type="dxa"/>
              <w:bottom w:w="80" w:type="dxa"/>
              <w:end w:w="80" w:type="dxa"/>
            </w:tcMar>
          </w:tcPr>
          <w:p>
            <w:pPr>
              <w:spacing w:after="0" w:before="0"/>
            </w:pPr>
            <w:r>
              <w:rPr>
                <w:rFonts w:ascii="Arial" w:hAnsi="Arial"/>
                <w:sz w:val="17"/>
              </w:rPr>
            </w:r>
          </w:p>
        </w:tc>
        <w:tc>
          <w:tcPr>
            <w:tcW w:type="dxa" w:w="2550"/>
            <w:vAlign w:val="center"/>
            <w:tcMar>
              <w:top w:w="80" w:type="dxa"/>
              <w:start w:w="80" w:type="dxa"/>
              <w:bottom w:w="80" w:type="dxa"/>
              <w:end w:w="80" w:type="dxa"/>
            </w:tcMar>
          </w:tcPr>
          <w:p>
            <w:pPr>
              <w:spacing w:after="0" w:before="0"/>
            </w:pPr>
            <w:r>
              <w:rPr>
                <w:rFonts w:ascii="Arial" w:hAnsi="Arial"/>
                <w:sz w:val="17"/>
              </w:rPr>
            </w:r>
          </w:p>
        </w:tc>
      </w:tr>
      <w:tr>
        <w:tc>
          <w:tcPr>
            <w:tcW w:type="dxa" w:w="2550"/>
            <w:vAlign w:val="center"/>
            <w:tcMar>
              <w:top w:w="80" w:type="dxa"/>
              <w:start w:w="80" w:type="dxa"/>
              <w:bottom w:w="80" w:type="dxa"/>
              <w:end w:w="80" w:type="dxa"/>
            </w:tcMar>
          </w:tcPr>
          <w:p>
            <w:pPr>
              <w:spacing w:after="0" w:before="0"/>
            </w:pPr>
            <w:r>
              <w:rPr>
                <w:rFonts w:ascii="Arial" w:hAnsi="Arial"/>
                <w:sz w:val="17"/>
              </w:rPr>
              <w:t>9</w:t>
            </w:r>
          </w:p>
        </w:tc>
        <w:tc>
          <w:tcPr>
            <w:tcW w:type="dxa" w:w="2550"/>
            <w:vAlign w:val="center"/>
            <w:tcMar>
              <w:top w:w="80" w:type="dxa"/>
              <w:start w:w="80" w:type="dxa"/>
              <w:bottom w:w="80" w:type="dxa"/>
              <w:end w:w="80" w:type="dxa"/>
            </w:tcMar>
          </w:tcPr>
          <w:p>
            <w:pPr>
              <w:spacing w:after="0" w:before="0"/>
            </w:pPr>
            <w:r>
              <w:rPr>
                <w:rFonts w:ascii="Arial" w:hAnsi="Arial"/>
                <w:sz w:val="17"/>
              </w:rPr>
            </w:r>
          </w:p>
        </w:tc>
        <w:tc>
          <w:tcPr>
            <w:tcW w:type="dxa" w:w="2550"/>
            <w:vAlign w:val="center"/>
            <w:tcMar>
              <w:top w:w="80" w:type="dxa"/>
              <w:start w:w="80" w:type="dxa"/>
              <w:bottom w:w="80" w:type="dxa"/>
              <w:end w:w="80" w:type="dxa"/>
            </w:tcMar>
          </w:tcPr>
          <w:p>
            <w:pPr>
              <w:spacing w:after="0" w:before="0"/>
            </w:pPr>
            <w:r>
              <w:rPr>
                <w:rFonts w:ascii="Arial" w:hAnsi="Arial"/>
                <w:sz w:val="17"/>
              </w:rPr>
            </w:r>
          </w:p>
        </w:tc>
        <w:tc>
          <w:tcPr>
            <w:tcW w:type="dxa" w:w="2550"/>
            <w:vAlign w:val="center"/>
            <w:tcMar>
              <w:top w:w="80" w:type="dxa"/>
              <w:start w:w="80" w:type="dxa"/>
              <w:bottom w:w="80" w:type="dxa"/>
              <w:end w:w="80" w:type="dxa"/>
            </w:tcMar>
          </w:tcPr>
          <w:p>
            <w:pPr>
              <w:spacing w:after="0" w:before="0"/>
            </w:pPr>
            <w:r>
              <w:rPr>
                <w:rFonts w:ascii="Arial" w:hAnsi="Arial"/>
                <w:sz w:val="17"/>
              </w:rPr>
            </w:r>
          </w:p>
        </w:tc>
      </w:tr>
      <w:tr>
        <w:tc>
          <w:tcPr>
            <w:tcW w:type="dxa" w:w="2550"/>
            <w:vAlign w:val="center"/>
            <w:tcMar>
              <w:top w:w="80" w:type="dxa"/>
              <w:start w:w="80" w:type="dxa"/>
              <w:bottom w:w="80" w:type="dxa"/>
              <w:end w:w="80" w:type="dxa"/>
            </w:tcMar>
          </w:tcPr>
          <w:p>
            <w:pPr>
              <w:spacing w:after="0" w:before="0"/>
            </w:pPr>
            <w:r>
              <w:rPr>
                <w:rFonts w:ascii="Arial" w:hAnsi="Arial"/>
                <w:sz w:val="17"/>
              </w:rPr>
              <w:t>10</w:t>
            </w:r>
          </w:p>
        </w:tc>
        <w:tc>
          <w:tcPr>
            <w:tcW w:type="dxa" w:w="2550"/>
            <w:vAlign w:val="center"/>
            <w:tcMar>
              <w:top w:w="80" w:type="dxa"/>
              <w:start w:w="80" w:type="dxa"/>
              <w:bottom w:w="80" w:type="dxa"/>
              <w:end w:w="80" w:type="dxa"/>
            </w:tcMar>
          </w:tcPr>
          <w:p>
            <w:pPr>
              <w:spacing w:after="0" w:before="0"/>
            </w:pPr>
            <w:r>
              <w:rPr>
                <w:rFonts w:ascii="Arial" w:hAnsi="Arial"/>
                <w:sz w:val="17"/>
              </w:rPr>
            </w:r>
          </w:p>
        </w:tc>
        <w:tc>
          <w:tcPr>
            <w:tcW w:type="dxa" w:w="2550"/>
            <w:vAlign w:val="center"/>
            <w:tcMar>
              <w:top w:w="80" w:type="dxa"/>
              <w:start w:w="80" w:type="dxa"/>
              <w:bottom w:w="80" w:type="dxa"/>
              <w:end w:w="80" w:type="dxa"/>
            </w:tcMar>
          </w:tcPr>
          <w:p>
            <w:pPr>
              <w:spacing w:after="0" w:before="0"/>
            </w:pPr>
            <w:r>
              <w:rPr>
                <w:rFonts w:ascii="Arial" w:hAnsi="Arial"/>
                <w:sz w:val="17"/>
              </w:rPr>
            </w:r>
          </w:p>
        </w:tc>
        <w:tc>
          <w:tcPr>
            <w:tcW w:type="dxa" w:w="2550"/>
            <w:vAlign w:val="center"/>
            <w:tcMar>
              <w:top w:w="80" w:type="dxa"/>
              <w:start w:w="80" w:type="dxa"/>
              <w:bottom w:w="80" w:type="dxa"/>
              <w:end w:w="80" w:type="dxa"/>
            </w:tcMar>
          </w:tcPr>
          <w:p>
            <w:pPr>
              <w:spacing w:after="0" w:before="0"/>
            </w:pPr>
            <w:r>
              <w:rPr>
                <w:rFonts w:ascii="Arial" w:hAnsi="Arial"/>
                <w:sz w:val="17"/>
              </w:rPr>
            </w:r>
          </w:p>
        </w:tc>
      </w:tr>
      <w:tr>
        <w:tc>
          <w:tcPr>
            <w:tcW w:type="dxa" w:w="2550"/>
            <w:vAlign w:val="center"/>
            <w:tcMar>
              <w:top w:w="80" w:type="dxa"/>
              <w:start w:w="80" w:type="dxa"/>
              <w:bottom w:w="80" w:type="dxa"/>
              <w:end w:w="80" w:type="dxa"/>
            </w:tcMar>
          </w:tcPr>
          <w:p>
            <w:pPr>
              <w:spacing w:after="0" w:before="0"/>
            </w:pPr>
            <w:r>
              <w:rPr>
                <w:rFonts w:ascii="Arial" w:hAnsi="Arial"/>
                <w:sz w:val="17"/>
              </w:rPr>
              <w:t>11</w:t>
            </w:r>
          </w:p>
        </w:tc>
        <w:tc>
          <w:tcPr>
            <w:tcW w:type="dxa" w:w="2550"/>
            <w:vAlign w:val="center"/>
            <w:tcMar>
              <w:top w:w="80" w:type="dxa"/>
              <w:start w:w="80" w:type="dxa"/>
              <w:bottom w:w="80" w:type="dxa"/>
              <w:end w:w="80" w:type="dxa"/>
            </w:tcMar>
          </w:tcPr>
          <w:p>
            <w:pPr>
              <w:spacing w:after="0" w:before="0"/>
            </w:pPr>
            <w:r>
              <w:rPr>
                <w:rFonts w:ascii="Arial" w:hAnsi="Arial"/>
                <w:sz w:val="17"/>
              </w:rPr>
            </w:r>
          </w:p>
        </w:tc>
        <w:tc>
          <w:tcPr>
            <w:tcW w:type="dxa" w:w="2550"/>
            <w:vAlign w:val="center"/>
            <w:tcMar>
              <w:top w:w="80" w:type="dxa"/>
              <w:start w:w="80" w:type="dxa"/>
              <w:bottom w:w="80" w:type="dxa"/>
              <w:end w:w="80" w:type="dxa"/>
            </w:tcMar>
          </w:tcPr>
          <w:p>
            <w:pPr>
              <w:spacing w:after="0" w:before="0"/>
            </w:pPr>
            <w:r>
              <w:rPr>
                <w:rFonts w:ascii="Arial" w:hAnsi="Arial"/>
                <w:sz w:val="17"/>
              </w:rPr>
            </w:r>
          </w:p>
        </w:tc>
        <w:tc>
          <w:tcPr>
            <w:tcW w:type="dxa" w:w="2550"/>
            <w:vAlign w:val="center"/>
            <w:tcMar>
              <w:top w:w="80" w:type="dxa"/>
              <w:start w:w="80" w:type="dxa"/>
              <w:bottom w:w="80" w:type="dxa"/>
              <w:end w:w="80" w:type="dxa"/>
            </w:tcMar>
          </w:tcPr>
          <w:p>
            <w:pPr>
              <w:spacing w:after="0" w:before="0"/>
            </w:pPr>
            <w:r>
              <w:rPr>
                <w:rFonts w:ascii="Arial" w:hAnsi="Arial"/>
                <w:sz w:val="17"/>
              </w:rPr>
            </w:r>
          </w:p>
        </w:tc>
      </w:tr>
      <w:tr>
        <w:tc>
          <w:tcPr>
            <w:tcW w:type="dxa" w:w="2550"/>
            <w:vAlign w:val="center"/>
            <w:tcMar>
              <w:top w:w="80" w:type="dxa"/>
              <w:start w:w="80" w:type="dxa"/>
              <w:bottom w:w="80" w:type="dxa"/>
              <w:end w:w="80" w:type="dxa"/>
            </w:tcMar>
          </w:tcPr>
          <w:p>
            <w:pPr>
              <w:spacing w:after="0" w:before="0"/>
            </w:pPr>
            <w:r>
              <w:rPr>
                <w:rFonts w:ascii="Arial" w:hAnsi="Arial"/>
                <w:sz w:val="17"/>
              </w:rPr>
              <w:t>12</w:t>
            </w:r>
          </w:p>
        </w:tc>
        <w:tc>
          <w:tcPr>
            <w:tcW w:type="dxa" w:w="2550"/>
            <w:vAlign w:val="center"/>
            <w:tcMar>
              <w:top w:w="80" w:type="dxa"/>
              <w:start w:w="80" w:type="dxa"/>
              <w:bottom w:w="80" w:type="dxa"/>
              <w:end w:w="80" w:type="dxa"/>
            </w:tcMar>
          </w:tcPr>
          <w:p>
            <w:pPr>
              <w:spacing w:after="0" w:before="0"/>
            </w:pPr>
            <w:r>
              <w:rPr>
                <w:rFonts w:ascii="Arial" w:hAnsi="Arial"/>
                <w:sz w:val="17"/>
              </w:rPr>
            </w:r>
          </w:p>
        </w:tc>
        <w:tc>
          <w:tcPr>
            <w:tcW w:type="dxa" w:w="2550"/>
            <w:vAlign w:val="center"/>
            <w:tcMar>
              <w:top w:w="80" w:type="dxa"/>
              <w:start w:w="80" w:type="dxa"/>
              <w:bottom w:w="80" w:type="dxa"/>
              <w:end w:w="80" w:type="dxa"/>
            </w:tcMar>
          </w:tcPr>
          <w:p>
            <w:pPr>
              <w:spacing w:after="0" w:before="0"/>
            </w:pPr>
            <w:r>
              <w:rPr>
                <w:rFonts w:ascii="Arial" w:hAnsi="Arial"/>
                <w:sz w:val="17"/>
              </w:rPr>
            </w:r>
          </w:p>
        </w:tc>
        <w:tc>
          <w:tcPr>
            <w:tcW w:type="dxa" w:w="2550"/>
            <w:vAlign w:val="center"/>
            <w:tcMar>
              <w:top w:w="80" w:type="dxa"/>
              <w:start w:w="80" w:type="dxa"/>
              <w:bottom w:w="80" w:type="dxa"/>
              <w:end w:w="80" w:type="dxa"/>
            </w:tcMar>
          </w:tcPr>
          <w:p>
            <w:pPr>
              <w:spacing w:after="0" w:before="0"/>
            </w:pPr>
            <w:r>
              <w:rPr>
                <w:rFonts w:ascii="Arial" w:hAnsi="Arial"/>
                <w:sz w:val="17"/>
              </w:rPr>
            </w:r>
          </w:p>
        </w:tc>
      </w:tr>
      <w:tr>
        <w:tc>
          <w:tcPr>
            <w:tcW w:type="dxa" w:w="2550"/>
            <w:vAlign w:val="center"/>
            <w:tcMar>
              <w:top w:w="80" w:type="dxa"/>
              <w:start w:w="80" w:type="dxa"/>
              <w:bottom w:w="80" w:type="dxa"/>
              <w:end w:w="80" w:type="dxa"/>
            </w:tcMar>
          </w:tcPr>
          <w:p>
            <w:pPr>
              <w:spacing w:after="0" w:before="0"/>
            </w:pPr>
            <w:r>
              <w:rPr>
                <w:rFonts w:ascii="Arial" w:hAnsi="Arial"/>
                <w:sz w:val="17"/>
              </w:rPr>
              <w:t>13</w:t>
            </w:r>
          </w:p>
        </w:tc>
        <w:tc>
          <w:tcPr>
            <w:tcW w:type="dxa" w:w="2550"/>
            <w:vAlign w:val="center"/>
            <w:tcMar>
              <w:top w:w="80" w:type="dxa"/>
              <w:start w:w="80" w:type="dxa"/>
              <w:bottom w:w="80" w:type="dxa"/>
              <w:end w:w="80" w:type="dxa"/>
            </w:tcMar>
          </w:tcPr>
          <w:p>
            <w:pPr>
              <w:spacing w:after="0" w:before="0"/>
            </w:pPr>
            <w:r>
              <w:rPr>
                <w:rFonts w:ascii="Arial" w:hAnsi="Arial"/>
                <w:sz w:val="17"/>
              </w:rPr>
            </w:r>
          </w:p>
        </w:tc>
        <w:tc>
          <w:tcPr>
            <w:tcW w:type="dxa" w:w="2550"/>
            <w:vAlign w:val="center"/>
            <w:tcMar>
              <w:top w:w="80" w:type="dxa"/>
              <w:start w:w="80" w:type="dxa"/>
              <w:bottom w:w="80" w:type="dxa"/>
              <w:end w:w="80" w:type="dxa"/>
            </w:tcMar>
          </w:tcPr>
          <w:p>
            <w:pPr>
              <w:spacing w:after="0" w:before="0"/>
            </w:pPr>
            <w:r>
              <w:rPr>
                <w:rFonts w:ascii="Arial" w:hAnsi="Arial"/>
                <w:sz w:val="17"/>
              </w:rPr>
            </w:r>
          </w:p>
        </w:tc>
        <w:tc>
          <w:tcPr>
            <w:tcW w:type="dxa" w:w="2550"/>
            <w:vAlign w:val="center"/>
            <w:tcMar>
              <w:top w:w="80" w:type="dxa"/>
              <w:start w:w="80" w:type="dxa"/>
              <w:bottom w:w="80" w:type="dxa"/>
              <w:end w:w="80" w:type="dxa"/>
            </w:tcMar>
          </w:tcPr>
          <w:p>
            <w:pPr>
              <w:spacing w:after="0" w:before="0"/>
            </w:pPr>
            <w:r>
              <w:rPr>
                <w:rFonts w:ascii="Arial" w:hAnsi="Arial"/>
                <w:sz w:val="17"/>
              </w:rPr>
            </w:r>
          </w:p>
        </w:tc>
      </w:tr>
      <w:tr>
        <w:tc>
          <w:tcPr>
            <w:tcW w:type="dxa" w:w="2550"/>
            <w:vAlign w:val="center"/>
            <w:tcMar>
              <w:top w:w="80" w:type="dxa"/>
              <w:start w:w="80" w:type="dxa"/>
              <w:bottom w:w="80" w:type="dxa"/>
              <w:end w:w="80" w:type="dxa"/>
            </w:tcMar>
          </w:tcPr>
          <w:p>
            <w:pPr>
              <w:spacing w:after="0" w:before="0"/>
            </w:pPr>
            <w:r>
              <w:rPr>
                <w:rFonts w:ascii="Arial" w:hAnsi="Arial"/>
                <w:sz w:val="17"/>
              </w:rPr>
              <w:t>14</w:t>
            </w:r>
          </w:p>
        </w:tc>
        <w:tc>
          <w:tcPr>
            <w:tcW w:type="dxa" w:w="2550"/>
            <w:vAlign w:val="center"/>
            <w:tcMar>
              <w:top w:w="80" w:type="dxa"/>
              <w:start w:w="80" w:type="dxa"/>
              <w:bottom w:w="80" w:type="dxa"/>
              <w:end w:w="80" w:type="dxa"/>
            </w:tcMar>
          </w:tcPr>
          <w:p>
            <w:pPr>
              <w:spacing w:after="0" w:before="0"/>
            </w:pPr>
            <w:r>
              <w:rPr>
                <w:rFonts w:ascii="Arial" w:hAnsi="Arial"/>
                <w:sz w:val="17"/>
              </w:rPr>
            </w:r>
          </w:p>
        </w:tc>
        <w:tc>
          <w:tcPr>
            <w:tcW w:type="dxa" w:w="2550"/>
            <w:vAlign w:val="center"/>
            <w:tcMar>
              <w:top w:w="80" w:type="dxa"/>
              <w:start w:w="80" w:type="dxa"/>
              <w:bottom w:w="80" w:type="dxa"/>
              <w:end w:w="80" w:type="dxa"/>
            </w:tcMar>
          </w:tcPr>
          <w:p>
            <w:pPr>
              <w:spacing w:after="0" w:before="0"/>
            </w:pPr>
            <w:r>
              <w:rPr>
                <w:rFonts w:ascii="Arial" w:hAnsi="Arial"/>
                <w:sz w:val="17"/>
              </w:rPr>
            </w:r>
          </w:p>
        </w:tc>
        <w:tc>
          <w:tcPr>
            <w:tcW w:type="dxa" w:w="2550"/>
            <w:vAlign w:val="center"/>
            <w:tcMar>
              <w:top w:w="80" w:type="dxa"/>
              <w:start w:w="80" w:type="dxa"/>
              <w:bottom w:w="80" w:type="dxa"/>
              <w:end w:w="80" w:type="dxa"/>
            </w:tcMar>
          </w:tcPr>
          <w:p>
            <w:pPr>
              <w:spacing w:after="0" w:before="0"/>
            </w:pPr>
            <w:r>
              <w:rPr>
                <w:rFonts w:ascii="Arial" w:hAnsi="Arial"/>
                <w:sz w:val="17"/>
              </w:rPr>
            </w:r>
          </w:p>
        </w:tc>
      </w:tr>
      <w:tr>
        <w:tc>
          <w:tcPr>
            <w:tcW w:type="dxa" w:w="2550"/>
            <w:vAlign w:val="center"/>
            <w:tcMar>
              <w:top w:w="80" w:type="dxa"/>
              <w:start w:w="80" w:type="dxa"/>
              <w:bottom w:w="80" w:type="dxa"/>
              <w:end w:w="80" w:type="dxa"/>
            </w:tcMar>
          </w:tcPr>
          <w:p>
            <w:pPr>
              <w:spacing w:after="0" w:before="0"/>
            </w:pPr>
            <w:r>
              <w:rPr>
                <w:rFonts w:ascii="Arial" w:hAnsi="Arial"/>
                <w:sz w:val="17"/>
              </w:rPr>
              <w:t>15</w:t>
            </w:r>
          </w:p>
        </w:tc>
        <w:tc>
          <w:tcPr>
            <w:tcW w:type="dxa" w:w="2550"/>
            <w:vAlign w:val="center"/>
            <w:tcMar>
              <w:top w:w="80" w:type="dxa"/>
              <w:start w:w="80" w:type="dxa"/>
              <w:bottom w:w="80" w:type="dxa"/>
              <w:end w:w="80" w:type="dxa"/>
            </w:tcMar>
          </w:tcPr>
          <w:p>
            <w:pPr>
              <w:spacing w:after="0" w:before="0"/>
            </w:pPr>
            <w:r>
              <w:rPr>
                <w:rFonts w:ascii="Arial" w:hAnsi="Arial"/>
                <w:sz w:val="17"/>
              </w:rPr>
            </w:r>
          </w:p>
        </w:tc>
        <w:tc>
          <w:tcPr>
            <w:tcW w:type="dxa" w:w="2550"/>
            <w:vAlign w:val="center"/>
            <w:tcMar>
              <w:top w:w="80" w:type="dxa"/>
              <w:start w:w="80" w:type="dxa"/>
              <w:bottom w:w="80" w:type="dxa"/>
              <w:end w:w="80" w:type="dxa"/>
            </w:tcMar>
          </w:tcPr>
          <w:p>
            <w:pPr>
              <w:spacing w:after="0" w:before="0"/>
            </w:pPr>
            <w:r>
              <w:rPr>
                <w:rFonts w:ascii="Arial" w:hAnsi="Arial"/>
                <w:sz w:val="17"/>
              </w:rPr>
            </w:r>
          </w:p>
        </w:tc>
        <w:tc>
          <w:tcPr>
            <w:tcW w:type="dxa" w:w="2550"/>
            <w:vAlign w:val="center"/>
            <w:tcMar>
              <w:top w:w="80" w:type="dxa"/>
              <w:start w:w="80" w:type="dxa"/>
              <w:bottom w:w="80" w:type="dxa"/>
              <w:end w:w="80" w:type="dxa"/>
            </w:tcMar>
          </w:tcPr>
          <w:p>
            <w:pPr>
              <w:spacing w:after="0" w:before="0"/>
            </w:pPr>
            <w:r>
              <w:rPr>
                <w:rFonts w:ascii="Arial" w:hAnsi="Arial"/>
                <w:sz w:val="17"/>
              </w:rPr>
            </w:r>
          </w:p>
        </w:tc>
      </w:tr>
    </w:tbl>
    <w:p>
      <w:r>
        <w:br/>
        <w:t>Data: ________________</w:t>
      </w:r>
    </w:p>
    <w:p>
      <w:r>
        <w:t>Operator economic: ______________________________________________</w:t>
      </w:r>
    </w:p>
    <w:p>
      <w:r>
        <w:t>Reprezentant legal / împuternicit: ________________________________</w:t>
      </w:r>
    </w:p>
    <w:p>
      <w:r>
        <w:t>Semnătura: ________________________________</w:t>
      </w:r>
    </w:p>
    <w:p>
      <w:pPr>
        <w:pageBreakBefore/>
        <w:jc w:val="center"/>
      </w:pPr>
      <w:r>
        <w:rPr>
          <w:rFonts w:ascii="Arial" w:hAnsi="Arial"/>
          <w:b/>
          <w:sz w:val="28"/>
        </w:rPr>
        <w:t>FORMULARUL F2</w:t>
        <w:br/>
        <w:t>FIȘA DE INFORMAȚII GENERALE A OFERTANTULUI</w:t>
      </w:r>
    </w:p>
    <w:p>
      <w:pPr>
        <w:jc w:val="center"/>
      </w:pPr>
      <w:r>
        <w:rPr>
          <w:rFonts w:ascii="Arial" w:hAnsi="Arial"/>
          <w:i/>
          <w:sz w:val="18"/>
        </w:rPr>
        <w:t>Achiziție: Servicii de catering pentru asigurarea suportului alimentar – masă caldă – pentru elevii Școlii Gimnaziale Bălăcița, în cadrul PNMS 2026</w:t>
      </w:r>
    </w:p>
    <w:tbl>
      <w:tblPr>
        <w:tblStyle w:val="TableGrid"/>
        <w:tblW w:type="auto" w:w="0"/>
        <w:jc w:val="center"/>
        <w:tblLook w:firstColumn="1" w:firstRow="1" w:lastColumn="0" w:lastRow="0" w:noHBand="0" w:noVBand="1" w:val="04A0"/>
      </w:tblPr>
      <w:tblGrid>
        <w:gridCol w:w="5100"/>
        <w:gridCol w:w="5100"/>
      </w:tblGrid>
      <w:tr>
        <w:trPr>
          <w:tblHeader w:val="true"/>
        </w:trPr>
        <w:tc>
          <w:tcPr>
            <w:tcW w:type="dxa" w:w="5100"/>
            <w:vAlign w:val="center"/>
            <w:tcMar>
              <w:top w:w="80" w:type="dxa"/>
              <w:start w:w="80" w:type="dxa"/>
              <w:bottom w:w="80" w:type="dxa"/>
              <w:end w:w="80" w:type="dxa"/>
            </w:tcMar>
            <w:shd w:fill="D9EAF7"/>
          </w:tcPr>
          <w:p>
            <w:pPr>
              <w:spacing w:after="0" w:before="0"/>
            </w:pPr>
            <w:r>
              <w:rPr>
                <w:rFonts w:ascii="Arial" w:hAnsi="Arial"/>
                <w:b/>
                <w:sz w:val="18"/>
              </w:rPr>
              <w:t>Informație</w:t>
            </w:r>
          </w:p>
        </w:tc>
        <w:tc>
          <w:tcPr>
            <w:tcW w:type="dxa" w:w="5100"/>
            <w:vAlign w:val="center"/>
            <w:tcMar>
              <w:top w:w="80" w:type="dxa"/>
              <w:start w:w="80" w:type="dxa"/>
              <w:bottom w:w="80" w:type="dxa"/>
              <w:end w:w="80" w:type="dxa"/>
            </w:tcMar>
            <w:shd w:fill="D9EAF7"/>
          </w:tcPr>
          <w:p>
            <w:pPr>
              <w:spacing w:after="0" w:before="0"/>
            </w:pPr>
            <w:r>
              <w:rPr>
                <w:rFonts w:ascii="Arial" w:hAnsi="Arial"/>
                <w:b/>
                <w:sz w:val="18"/>
              </w:rPr>
              <w:t>Date completate de ofertant</w:t>
            </w:r>
          </w:p>
        </w:tc>
      </w:tr>
      <w:tr>
        <w:tc>
          <w:tcPr>
            <w:tcW w:type="dxa" w:w="5100"/>
            <w:vAlign w:val="center"/>
            <w:tcMar>
              <w:top w:w="80" w:type="dxa"/>
              <w:start w:w="80" w:type="dxa"/>
              <w:bottom w:w="80" w:type="dxa"/>
              <w:end w:w="80" w:type="dxa"/>
            </w:tcMar>
          </w:tcPr>
          <w:p>
            <w:pPr>
              <w:spacing w:after="0" w:before="0"/>
            </w:pPr>
            <w:r>
              <w:rPr>
                <w:rFonts w:ascii="Arial" w:hAnsi="Arial"/>
                <w:sz w:val="18"/>
              </w:rPr>
              <w:t>Denumire operator economic</w:t>
            </w:r>
          </w:p>
        </w:tc>
        <w:tc>
          <w:tcPr>
            <w:tcW w:type="dxa" w:w="5100"/>
            <w:vAlign w:val="center"/>
            <w:tcMar>
              <w:top w:w="80" w:type="dxa"/>
              <w:start w:w="80" w:type="dxa"/>
              <w:bottom w:w="80" w:type="dxa"/>
              <w:end w:w="80" w:type="dxa"/>
            </w:tcMar>
          </w:tcPr>
          <w:p>
            <w:pPr>
              <w:spacing w:after="0" w:before="0"/>
            </w:pPr>
            <w:r>
              <w:rPr>
                <w:rFonts w:ascii="Arial" w:hAnsi="Arial"/>
                <w:sz w:val="18"/>
              </w:rPr>
            </w:r>
          </w:p>
        </w:tc>
      </w:tr>
      <w:tr>
        <w:tc>
          <w:tcPr>
            <w:tcW w:type="dxa" w:w="5100"/>
            <w:vAlign w:val="center"/>
            <w:tcMar>
              <w:top w:w="80" w:type="dxa"/>
              <w:start w:w="80" w:type="dxa"/>
              <w:bottom w:w="80" w:type="dxa"/>
              <w:end w:w="80" w:type="dxa"/>
            </w:tcMar>
          </w:tcPr>
          <w:p>
            <w:pPr>
              <w:spacing w:after="0" w:before="0"/>
            </w:pPr>
            <w:r>
              <w:rPr>
                <w:rFonts w:ascii="Arial" w:hAnsi="Arial"/>
                <w:sz w:val="18"/>
              </w:rPr>
              <w:t>Forma juridică</w:t>
            </w:r>
          </w:p>
        </w:tc>
        <w:tc>
          <w:tcPr>
            <w:tcW w:type="dxa" w:w="5100"/>
            <w:vAlign w:val="center"/>
            <w:tcMar>
              <w:top w:w="80" w:type="dxa"/>
              <w:start w:w="80" w:type="dxa"/>
              <w:bottom w:w="80" w:type="dxa"/>
              <w:end w:w="80" w:type="dxa"/>
            </w:tcMar>
          </w:tcPr>
          <w:p>
            <w:pPr>
              <w:spacing w:after="0" w:before="0"/>
            </w:pPr>
            <w:r>
              <w:rPr>
                <w:rFonts w:ascii="Arial" w:hAnsi="Arial"/>
                <w:sz w:val="18"/>
              </w:rPr>
            </w:r>
          </w:p>
        </w:tc>
      </w:tr>
      <w:tr>
        <w:tc>
          <w:tcPr>
            <w:tcW w:type="dxa" w:w="5100"/>
            <w:vAlign w:val="center"/>
            <w:tcMar>
              <w:top w:w="80" w:type="dxa"/>
              <w:start w:w="80" w:type="dxa"/>
              <w:bottom w:w="80" w:type="dxa"/>
              <w:end w:w="80" w:type="dxa"/>
            </w:tcMar>
          </w:tcPr>
          <w:p>
            <w:pPr>
              <w:spacing w:after="0" w:before="0"/>
            </w:pPr>
            <w:r>
              <w:rPr>
                <w:rFonts w:ascii="Arial" w:hAnsi="Arial"/>
                <w:sz w:val="18"/>
              </w:rPr>
              <w:t>CUI/CIF</w:t>
            </w:r>
          </w:p>
        </w:tc>
        <w:tc>
          <w:tcPr>
            <w:tcW w:type="dxa" w:w="5100"/>
            <w:vAlign w:val="center"/>
            <w:tcMar>
              <w:top w:w="80" w:type="dxa"/>
              <w:start w:w="80" w:type="dxa"/>
              <w:bottom w:w="80" w:type="dxa"/>
              <w:end w:w="80" w:type="dxa"/>
            </w:tcMar>
          </w:tcPr>
          <w:p>
            <w:pPr>
              <w:spacing w:after="0" w:before="0"/>
            </w:pPr>
            <w:r>
              <w:rPr>
                <w:rFonts w:ascii="Arial" w:hAnsi="Arial"/>
                <w:sz w:val="18"/>
              </w:rPr>
            </w:r>
          </w:p>
        </w:tc>
      </w:tr>
      <w:tr>
        <w:tc>
          <w:tcPr>
            <w:tcW w:type="dxa" w:w="5100"/>
            <w:vAlign w:val="center"/>
            <w:tcMar>
              <w:top w:w="80" w:type="dxa"/>
              <w:start w:w="80" w:type="dxa"/>
              <w:bottom w:w="80" w:type="dxa"/>
              <w:end w:w="80" w:type="dxa"/>
            </w:tcMar>
          </w:tcPr>
          <w:p>
            <w:pPr>
              <w:spacing w:after="0" w:before="0"/>
            </w:pPr>
            <w:r>
              <w:rPr>
                <w:rFonts w:ascii="Arial" w:hAnsi="Arial"/>
                <w:sz w:val="18"/>
              </w:rPr>
              <w:t>Nr. înregistrare ONRC</w:t>
            </w:r>
          </w:p>
        </w:tc>
        <w:tc>
          <w:tcPr>
            <w:tcW w:type="dxa" w:w="5100"/>
            <w:vAlign w:val="center"/>
            <w:tcMar>
              <w:top w:w="80" w:type="dxa"/>
              <w:start w:w="80" w:type="dxa"/>
              <w:bottom w:w="80" w:type="dxa"/>
              <w:end w:w="80" w:type="dxa"/>
            </w:tcMar>
          </w:tcPr>
          <w:p>
            <w:pPr>
              <w:spacing w:after="0" w:before="0"/>
            </w:pPr>
            <w:r>
              <w:rPr>
                <w:rFonts w:ascii="Arial" w:hAnsi="Arial"/>
                <w:sz w:val="18"/>
              </w:rPr>
            </w:r>
          </w:p>
        </w:tc>
      </w:tr>
      <w:tr>
        <w:tc>
          <w:tcPr>
            <w:tcW w:type="dxa" w:w="5100"/>
            <w:vAlign w:val="center"/>
            <w:tcMar>
              <w:top w:w="80" w:type="dxa"/>
              <w:start w:w="80" w:type="dxa"/>
              <w:bottom w:w="80" w:type="dxa"/>
              <w:end w:w="80" w:type="dxa"/>
            </w:tcMar>
          </w:tcPr>
          <w:p>
            <w:pPr>
              <w:spacing w:after="0" w:before="0"/>
            </w:pPr>
            <w:r>
              <w:rPr>
                <w:rFonts w:ascii="Arial" w:hAnsi="Arial"/>
                <w:sz w:val="18"/>
              </w:rPr>
              <w:t>Sediu social</w:t>
            </w:r>
          </w:p>
        </w:tc>
        <w:tc>
          <w:tcPr>
            <w:tcW w:type="dxa" w:w="5100"/>
            <w:vAlign w:val="center"/>
            <w:tcMar>
              <w:top w:w="80" w:type="dxa"/>
              <w:start w:w="80" w:type="dxa"/>
              <w:bottom w:w="80" w:type="dxa"/>
              <w:end w:w="80" w:type="dxa"/>
            </w:tcMar>
          </w:tcPr>
          <w:p>
            <w:pPr>
              <w:spacing w:after="0" w:before="0"/>
            </w:pPr>
            <w:r>
              <w:rPr>
                <w:rFonts w:ascii="Arial" w:hAnsi="Arial"/>
                <w:sz w:val="18"/>
              </w:rPr>
            </w:r>
          </w:p>
        </w:tc>
      </w:tr>
      <w:tr>
        <w:tc>
          <w:tcPr>
            <w:tcW w:type="dxa" w:w="5100"/>
            <w:vAlign w:val="center"/>
            <w:tcMar>
              <w:top w:w="80" w:type="dxa"/>
              <w:start w:w="80" w:type="dxa"/>
              <w:bottom w:w="80" w:type="dxa"/>
              <w:end w:w="80" w:type="dxa"/>
            </w:tcMar>
          </w:tcPr>
          <w:p>
            <w:pPr>
              <w:spacing w:after="0" w:before="0"/>
            </w:pPr>
            <w:r>
              <w:rPr>
                <w:rFonts w:ascii="Arial" w:hAnsi="Arial"/>
                <w:sz w:val="18"/>
              </w:rPr>
              <w:t>Punct de lucru relevant</w:t>
            </w:r>
          </w:p>
        </w:tc>
        <w:tc>
          <w:tcPr>
            <w:tcW w:type="dxa" w:w="5100"/>
            <w:vAlign w:val="center"/>
            <w:tcMar>
              <w:top w:w="80" w:type="dxa"/>
              <w:start w:w="80" w:type="dxa"/>
              <w:bottom w:w="80" w:type="dxa"/>
              <w:end w:w="80" w:type="dxa"/>
            </w:tcMar>
          </w:tcPr>
          <w:p>
            <w:pPr>
              <w:spacing w:after="0" w:before="0"/>
            </w:pPr>
            <w:r>
              <w:rPr>
                <w:rFonts w:ascii="Arial" w:hAnsi="Arial"/>
                <w:sz w:val="18"/>
              </w:rPr>
            </w:r>
          </w:p>
        </w:tc>
      </w:tr>
      <w:tr>
        <w:tc>
          <w:tcPr>
            <w:tcW w:type="dxa" w:w="5100"/>
            <w:vAlign w:val="center"/>
            <w:tcMar>
              <w:top w:w="80" w:type="dxa"/>
              <w:start w:w="80" w:type="dxa"/>
              <w:bottom w:w="80" w:type="dxa"/>
              <w:end w:w="80" w:type="dxa"/>
            </w:tcMar>
          </w:tcPr>
          <w:p>
            <w:pPr>
              <w:spacing w:after="0" w:before="0"/>
            </w:pPr>
            <w:r>
              <w:rPr>
                <w:rFonts w:ascii="Arial" w:hAnsi="Arial"/>
                <w:sz w:val="18"/>
              </w:rPr>
              <w:t>Telefon</w:t>
            </w:r>
          </w:p>
        </w:tc>
        <w:tc>
          <w:tcPr>
            <w:tcW w:type="dxa" w:w="5100"/>
            <w:vAlign w:val="center"/>
            <w:tcMar>
              <w:top w:w="80" w:type="dxa"/>
              <w:start w:w="80" w:type="dxa"/>
              <w:bottom w:w="80" w:type="dxa"/>
              <w:end w:w="80" w:type="dxa"/>
            </w:tcMar>
          </w:tcPr>
          <w:p>
            <w:pPr>
              <w:spacing w:after="0" w:before="0"/>
            </w:pPr>
            <w:r>
              <w:rPr>
                <w:rFonts w:ascii="Arial" w:hAnsi="Arial"/>
                <w:sz w:val="18"/>
              </w:rPr>
            </w:r>
          </w:p>
        </w:tc>
      </w:tr>
      <w:tr>
        <w:tc>
          <w:tcPr>
            <w:tcW w:type="dxa" w:w="5100"/>
            <w:vAlign w:val="center"/>
            <w:tcMar>
              <w:top w:w="80" w:type="dxa"/>
              <w:start w:w="80" w:type="dxa"/>
              <w:bottom w:w="80" w:type="dxa"/>
              <w:end w:w="80" w:type="dxa"/>
            </w:tcMar>
          </w:tcPr>
          <w:p>
            <w:pPr>
              <w:spacing w:after="0" w:before="0"/>
            </w:pPr>
            <w:r>
              <w:rPr>
                <w:rFonts w:ascii="Arial" w:hAnsi="Arial"/>
                <w:sz w:val="18"/>
              </w:rPr>
              <w:t>E-mail</w:t>
            </w:r>
          </w:p>
        </w:tc>
        <w:tc>
          <w:tcPr>
            <w:tcW w:type="dxa" w:w="5100"/>
            <w:vAlign w:val="center"/>
            <w:tcMar>
              <w:top w:w="80" w:type="dxa"/>
              <w:start w:w="80" w:type="dxa"/>
              <w:bottom w:w="80" w:type="dxa"/>
              <w:end w:w="80" w:type="dxa"/>
            </w:tcMar>
          </w:tcPr>
          <w:p>
            <w:pPr>
              <w:spacing w:after="0" w:before="0"/>
            </w:pPr>
            <w:r>
              <w:rPr>
                <w:rFonts w:ascii="Arial" w:hAnsi="Arial"/>
                <w:sz w:val="18"/>
              </w:rPr>
            </w:r>
          </w:p>
        </w:tc>
      </w:tr>
      <w:tr>
        <w:tc>
          <w:tcPr>
            <w:tcW w:type="dxa" w:w="5100"/>
            <w:vAlign w:val="center"/>
            <w:tcMar>
              <w:top w:w="80" w:type="dxa"/>
              <w:start w:w="80" w:type="dxa"/>
              <w:bottom w:w="80" w:type="dxa"/>
              <w:end w:w="80" w:type="dxa"/>
            </w:tcMar>
          </w:tcPr>
          <w:p>
            <w:pPr>
              <w:spacing w:after="0" w:before="0"/>
            </w:pPr>
            <w:r>
              <w:rPr>
                <w:rFonts w:ascii="Arial" w:hAnsi="Arial"/>
                <w:sz w:val="18"/>
              </w:rPr>
              <w:t>Website</w:t>
            </w:r>
          </w:p>
        </w:tc>
        <w:tc>
          <w:tcPr>
            <w:tcW w:type="dxa" w:w="5100"/>
            <w:vAlign w:val="center"/>
            <w:tcMar>
              <w:top w:w="80" w:type="dxa"/>
              <w:start w:w="80" w:type="dxa"/>
              <w:bottom w:w="80" w:type="dxa"/>
              <w:end w:w="80" w:type="dxa"/>
            </w:tcMar>
          </w:tcPr>
          <w:p>
            <w:pPr>
              <w:spacing w:after="0" w:before="0"/>
            </w:pPr>
            <w:r>
              <w:rPr>
                <w:rFonts w:ascii="Arial" w:hAnsi="Arial"/>
                <w:sz w:val="18"/>
              </w:rPr>
            </w:r>
          </w:p>
        </w:tc>
      </w:tr>
      <w:tr>
        <w:tc>
          <w:tcPr>
            <w:tcW w:type="dxa" w:w="5100"/>
            <w:vAlign w:val="center"/>
            <w:tcMar>
              <w:top w:w="80" w:type="dxa"/>
              <w:start w:w="80" w:type="dxa"/>
              <w:bottom w:w="80" w:type="dxa"/>
              <w:end w:w="80" w:type="dxa"/>
            </w:tcMar>
          </w:tcPr>
          <w:p>
            <w:pPr>
              <w:spacing w:after="0" w:before="0"/>
            </w:pPr>
            <w:r>
              <w:rPr>
                <w:rFonts w:ascii="Arial" w:hAnsi="Arial"/>
                <w:sz w:val="18"/>
              </w:rPr>
              <w:t>Cont IBAN</w:t>
            </w:r>
          </w:p>
        </w:tc>
        <w:tc>
          <w:tcPr>
            <w:tcW w:type="dxa" w:w="5100"/>
            <w:vAlign w:val="center"/>
            <w:tcMar>
              <w:top w:w="80" w:type="dxa"/>
              <w:start w:w="80" w:type="dxa"/>
              <w:bottom w:w="80" w:type="dxa"/>
              <w:end w:w="80" w:type="dxa"/>
            </w:tcMar>
          </w:tcPr>
          <w:p>
            <w:pPr>
              <w:spacing w:after="0" w:before="0"/>
            </w:pPr>
            <w:r>
              <w:rPr>
                <w:rFonts w:ascii="Arial" w:hAnsi="Arial"/>
                <w:sz w:val="18"/>
              </w:rPr>
            </w:r>
          </w:p>
        </w:tc>
      </w:tr>
      <w:tr>
        <w:tc>
          <w:tcPr>
            <w:tcW w:type="dxa" w:w="5100"/>
            <w:vAlign w:val="center"/>
            <w:tcMar>
              <w:top w:w="80" w:type="dxa"/>
              <w:start w:w="80" w:type="dxa"/>
              <w:bottom w:w="80" w:type="dxa"/>
              <w:end w:w="80" w:type="dxa"/>
            </w:tcMar>
          </w:tcPr>
          <w:p>
            <w:pPr>
              <w:spacing w:after="0" w:before="0"/>
            </w:pPr>
            <w:r>
              <w:rPr>
                <w:rFonts w:ascii="Arial" w:hAnsi="Arial"/>
                <w:sz w:val="18"/>
              </w:rPr>
              <w:t>Banca</w:t>
            </w:r>
          </w:p>
        </w:tc>
        <w:tc>
          <w:tcPr>
            <w:tcW w:type="dxa" w:w="5100"/>
            <w:vAlign w:val="center"/>
            <w:tcMar>
              <w:top w:w="80" w:type="dxa"/>
              <w:start w:w="80" w:type="dxa"/>
              <w:bottom w:w="80" w:type="dxa"/>
              <w:end w:w="80" w:type="dxa"/>
            </w:tcMar>
          </w:tcPr>
          <w:p>
            <w:pPr>
              <w:spacing w:after="0" w:before="0"/>
            </w:pPr>
            <w:r>
              <w:rPr>
                <w:rFonts w:ascii="Arial" w:hAnsi="Arial"/>
                <w:sz w:val="18"/>
              </w:rPr>
            </w:r>
          </w:p>
        </w:tc>
      </w:tr>
      <w:tr>
        <w:tc>
          <w:tcPr>
            <w:tcW w:type="dxa" w:w="5100"/>
            <w:vAlign w:val="center"/>
            <w:tcMar>
              <w:top w:w="80" w:type="dxa"/>
              <w:start w:w="80" w:type="dxa"/>
              <w:bottom w:w="80" w:type="dxa"/>
              <w:end w:w="80" w:type="dxa"/>
            </w:tcMar>
          </w:tcPr>
          <w:p>
            <w:pPr>
              <w:spacing w:after="0" w:before="0"/>
            </w:pPr>
            <w:r>
              <w:rPr>
                <w:rFonts w:ascii="Arial" w:hAnsi="Arial"/>
                <w:sz w:val="18"/>
              </w:rPr>
              <w:t>Reprezentant legal</w:t>
            </w:r>
          </w:p>
        </w:tc>
        <w:tc>
          <w:tcPr>
            <w:tcW w:type="dxa" w:w="5100"/>
            <w:vAlign w:val="center"/>
            <w:tcMar>
              <w:top w:w="80" w:type="dxa"/>
              <w:start w:w="80" w:type="dxa"/>
              <w:bottom w:w="80" w:type="dxa"/>
              <w:end w:w="80" w:type="dxa"/>
            </w:tcMar>
          </w:tcPr>
          <w:p>
            <w:pPr>
              <w:spacing w:after="0" w:before="0"/>
            </w:pPr>
            <w:r>
              <w:rPr>
                <w:rFonts w:ascii="Arial" w:hAnsi="Arial"/>
                <w:sz w:val="18"/>
              </w:rPr>
            </w:r>
          </w:p>
        </w:tc>
      </w:tr>
      <w:tr>
        <w:tc>
          <w:tcPr>
            <w:tcW w:type="dxa" w:w="5100"/>
            <w:vAlign w:val="center"/>
            <w:tcMar>
              <w:top w:w="80" w:type="dxa"/>
              <w:start w:w="80" w:type="dxa"/>
              <w:bottom w:w="80" w:type="dxa"/>
              <w:end w:w="80" w:type="dxa"/>
            </w:tcMar>
          </w:tcPr>
          <w:p>
            <w:pPr>
              <w:spacing w:after="0" w:before="0"/>
            </w:pPr>
            <w:r>
              <w:rPr>
                <w:rFonts w:ascii="Arial" w:hAnsi="Arial"/>
                <w:sz w:val="18"/>
              </w:rPr>
              <w:t>Persoană de contact pentru ofertă</w:t>
            </w:r>
          </w:p>
        </w:tc>
        <w:tc>
          <w:tcPr>
            <w:tcW w:type="dxa" w:w="5100"/>
            <w:vAlign w:val="center"/>
            <w:tcMar>
              <w:top w:w="80" w:type="dxa"/>
              <w:start w:w="80" w:type="dxa"/>
              <w:bottom w:w="80" w:type="dxa"/>
              <w:end w:w="80" w:type="dxa"/>
            </w:tcMar>
          </w:tcPr>
          <w:p>
            <w:pPr>
              <w:spacing w:after="0" w:before="0"/>
            </w:pPr>
            <w:r>
              <w:rPr>
                <w:rFonts w:ascii="Arial" w:hAnsi="Arial"/>
                <w:sz w:val="18"/>
              </w:rPr>
            </w:r>
          </w:p>
        </w:tc>
      </w:tr>
      <w:tr>
        <w:tc>
          <w:tcPr>
            <w:tcW w:type="dxa" w:w="5100"/>
            <w:vAlign w:val="center"/>
            <w:tcMar>
              <w:top w:w="80" w:type="dxa"/>
              <w:start w:w="80" w:type="dxa"/>
              <w:bottom w:w="80" w:type="dxa"/>
              <w:end w:w="80" w:type="dxa"/>
            </w:tcMar>
          </w:tcPr>
          <w:p>
            <w:pPr>
              <w:spacing w:after="0" w:before="0"/>
            </w:pPr>
            <w:r>
              <w:rPr>
                <w:rFonts w:ascii="Arial" w:hAnsi="Arial"/>
                <w:sz w:val="18"/>
              </w:rPr>
              <w:t>Telefon persoană contact</w:t>
            </w:r>
          </w:p>
        </w:tc>
        <w:tc>
          <w:tcPr>
            <w:tcW w:type="dxa" w:w="5100"/>
            <w:vAlign w:val="center"/>
            <w:tcMar>
              <w:top w:w="80" w:type="dxa"/>
              <w:start w:w="80" w:type="dxa"/>
              <w:bottom w:w="80" w:type="dxa"/>
              <w:end w:w="80" w:type="dxa"/>
            </w:tcMar>
          </w:tcPr>
          <w:p>
            <w:pPr>
              <w:spacing w:after="0" w:before="0"/>
            </w:pPr>
            <w:r>
              <w:rPr>
                <w:rFonts w:ascii="Arial" w:hAnsi="Arial"/>
                <w:sz w:val="18"/>
              </w:rPr>
            </w:r>
          </w:p>
        </w:tc>
      </w:tr>
      <w:tr>
        <w:tc>
          <w:tcPr>
            <w:tcW w:type="dxa" w:w="5100"/>
            <w:vAlign w:val="center"/>
            <w:tcMar>
              <w:top w:w="80" w:type="dxa"/>
              <w:start w:w="80" w:type="dxa"/>
              <w:bottom w:w="80" w:type="dxa"/>
              <w:end w:w="80" w:type="dxa"/>
            </w:tcMar>
          </w:tcPr>
          <w:p>
            <w:pPr>
              <w:spacing w:after="0" w:before="0"/>
            </w:pPr>
            <w:r>
              <w:rPr>
                <w:rFonts w:ascii="Arial" w:hAnsi="Arial"/>
                <w:sz w:val="18"/>
              </w:rPr>
              <w:t>E-mail persoană contact</w:t>
            </w:r>
          </w:p>
        </w:tc>
        <w:tc>
          <w:tcPr>
            <w:tcW w:type="dxa" w:w="5100"/>
            <w:vAlign w:val="center"/>
            <w:tcMar>
              <w:top w:w="80" w:type="dxa"/>
              <w:start w:w="80" w:type="dxa"/>
              <w:bottom w:w="80" w:type="dxa"/>
              <w:end w:w="80" w:type="dxa"/>
            </w:tcMar>
          </w:tcPr>
          <w:p>
            <w:pPr>
              <w:spacing w:after="0" w:before="0"/>
            </w:pPr>
            <w:r>
              <w:rPr>
                <w:rFonts w:ascii="Arial" w:hAnsi="Arial"/>
                <w:sz w:val="18"/>
              </w:rPr>
            </w:r>
          </w:p>
        </w:tc>
      </w:tr>
      <w:tr>
        <w:tc>
          <w:tcPr>
            <w:tcW w:type="dxa" w:w="5100"/>
            <w:vAlign w:val="center"/>
            <w:tcMar>
              <w:top w:w="80" w:type="dxa"/>
              <w:start w:w="80" w:type="dxa"/>
              <w:bottom w:w="80" w:type="dxa"/>
              <w:end w:w="80" w:type="dxa"/>
            </w:tcMar>
          </w:tcPr>
          <w:p>
            <w:pPr>
              <w:spacing w:after="0" w:before="0"/>
            </w:pPr>
            <w:r>
              <w:rPr>
                <w:rFonts w:ascii="Arial" w:hAnsi="Arial"/>
                <w:sz w:val="18"/>
              </w:rPr>
              <w:t>Cod CAEN relevant</w:t>
            </w:r>
          </w:p>
        </w:tc>
        <w:tc>
          <w:tcPr>
            <w:tcW w:type="dxa" w:w="5100"/>
            <w:vAlign w:val="center"/>
            <w:tcMar>
              <w:top w:w="80" w:type="dxa"/>
              <w:start w:w="80" w:type="dxa"/>
              <w:bottom w:w="80" w:type="dxa"/>
              <w:end w:w="80" w:type="dxa"/>
            </w:tcMar>
          </w:tcPr>
          <w:p>
            <w:pPr>
              <w:spacing w:after="0" w:before="0"/>
            </w:pPr>
            <w:r>
              <w:rPr>
                <w:rFonts w:ascii="Arial" w:hAnsi="Arial"/>
                <w:sz w:val="18"/>
              </w:rPr>
            </w:r>
          </w:p>
        </w:tc>
      </w:tr>
      <w:tr>
        <w:tc>
          <w:tcPr>
            <w:tcW w:type="dxa" w:w="5100"/>
            <w:vAlign w:val="center"/>
            <w:tcMar>
              <w:top w:w="80" w:type="dxa"/>
              <w:start w:w="80" w:type="dxa"/>
              <w:bottom w:w="80" w:type="dxa"/>
              <w:end w:w="80" w:type="dxa"/>
            </w:tcMar>
          </w:tcPr>
          <w:p>
            <w:pPr>
              <w:spacing w:after="0" w:before="0"/>
            </w:pPr>
            <w:r>
              <w:rPr>
                <w:rFonts w:ascii="Arial" w:hAnsi="Arial"/>
                <w:sz w:val="18"/>
              </w:rPr>
              <w:t>Calitate în ofertă: ofertant unic / lider / asociat / subcontractant</w:t>
            </w:r>
          </w:p>
        </w:tc>
        <w:tc>
          <w:tcPr>
            <w:tcW w:type="dxa" w:w="5100"/>
            <w:vAlign w:val="center"/>
            <w:tcMar>
              <w:top w:w="80" w:type="dxa"/>
              <w:start w:w="80" w:type="dxa"/>
              <w:bottom w:w="80" w:type="dxa"/>
              <w:end w:w="80" w:type="dxa"/>
            </w:tcMar>
          </w:tcPr>
          <w:p>
            <w:pPr>
              <w:spacing w:after="0" w:before="0"/>
            </w:pPr>
            <w:r>
              <w:rPr>
                <w:rFonts w:ascii="Arial" w:hAnsi="Arial"/>
                <w:sz w:val="18"/>
              </w:rPr>
            </w:r>
          </w:p>
        </w:tc>
      </w:tr>
    </w:tbl>
    <w:p>
      <w:r>
        <w:br/>
        <w:t>Data: ________________</w:t>
      </w:r>
    </w:p>
    <w:p>
      <w:r>
        <w:t>Operator economic: ______________________________________________</w:t>
      </w:r>
    </w:p>
    <w:p>
      <w:r>
        <w:t>Reprezentant legal / împuternicit: ________________________________</w:t>
      </w:r>
    </w:p>
    <w:p>
      <w:r>
        <w:t>Semnătura: ________________________________</w:t>
      </w:r>
    </w:p>
    <w:p>
      <w:pPr>
        <w:pageBreakBefore/>
        <w:jc w:val="center"/>
      </w:pPr>
      <w:r>
        <w:rPr>
          <w:rFonts w:ascii="Arial" w:hAnsi="Arial"/>
          <w:b/>
          <w:sz w:val="28"/>
        </w:rPr>
        <w:t>FORMULARUL F3</w:t>
        <w:br/>
        <w:t>ÎMPUTERNICIRE</w:t>
      </w:r>
    </w:p>
    <w:p>
      <w:pPr>
        <w:jc w:val="center"/>
      </w:pPr>
      <w:r>
        <w:rPr>
          <w:rFonts w:ascii="Arial" w:hAnsi="Arial"/>
          <w:i/>
          <w:sz w:val="18"/>
        </w:rPr>
        <w:t>Achiziție: Servicii de catering pentru asigurarea suportului alimentar – masă caldă – pentru elevii Școlii Gimnaziale Bălăcița, în cadrul PNMS 2026</w:t>
      </w:r>
    </w:p>
    <w:p>
      <w:r>
        <w:t>Operatorul economic ________________________________, cu sediul în ________________________________, CUI ____________, reprezentat legal prin ________________________________, îl/o împuternicește pe ________________________________, CNP/CI ________________________________, să semneze, să depună, să clarifice și să reprezinte operatorul economic în legătură cu prezenta achiziție, în limitele legii și ale prezentei împuterniciri.</w:t>
      </w:r>
    </w:p>
    <w:p>
      <w:r>
        <w:t>Împuternicirea este valabilă până la finalizarea procedurii/achiziției și, după caz, până la semnarea contractului.</w:t>
      </w:r>
    </w:p>
    <w:p>
      <w:r>
        <w:br/>
        <w:t>Data: ________________</w:t>
      </w:r>
    </w:p>
    <w:p>
      <w:r>
        <w:t>Operator economic: ______________________________________________</w:t>
      </w:r>
    </w:p>
    <w:p>
      <w:r>
        <w:t>Reprezentant legal / împuternicit: ________________________________</w:t>
      </w:r>
    </w:p>
    <w:p>
      <w:r>
        <w:t>Semnătura: ________________________________</w:t>
      </w:r>
    </w:p>
    <w:p>
      <w:pPr>
        <w:pageBreakBefore/>
        <w:jc w:val="center"/>
      </w:pPr>
      <w:r>
        <w:rPr>
          <w:rFonts w:ascii="Arial" w:hAnsi="Arial"/>
          <w:b/>
          <w:sz w:val="28"/>
        </w:rPr>
        <w:t>FORMULARUL F4</w:t>
        <w:br/>
        <w:t>DECLARAȚIE PRIVIND NEÎNCADRAREA ÎN MOTIVE DE EXCLUDERE</w:t>
      </w:r>
    </w:p>
    <w:p>
      <w:pPr>
        <w:jc w:val="center"/>
      </w:pPr>
      <w:r>
        <w:rPr>
          <w:rFonts w:ascii="Arial" w:hAnsi="Arial"/>
          <w:i/>
          <w:sz w:val="18"/>
        </w:rPr>
        <w:t>Achiziție: Servicii de catering pentru asigurarea suportului alimentar – masă caldă – pentru elevii Școlii Gimnaziale Bălăcița, în cadrul PNMS 2026</w:t>
      </w:r>
    </w:p>
    <w:p>
      <w:r>
        <w:t>Subsemnatul(a) ________________________________, reprezentant al ________________________________, declar pe propria răspundere, cunoscând consecințele declarațiilor necorespunzătoare adevărului, că operatorul economic nu se află în situații care ar determina excluderea de la atribuirea contractului potrivit dispozițiilor aplicabile din Legea nr. 98/2016 și documentației achiziției.</w:t>
      </w:r>
    </w:p>
    <w:p>
      <w:pPr>
        <w:pStyle w:val="ListBullet"/>
      </w:pPr>
      <w:r>
        <w:t>☐ nu există condamnări definitive relevante pentru operator/persoanele cu putere de reprezentare, decizie sau control, în măsura prevăzută de lege;</w:t>
      </w:r>
    </w:p>
    <w:p>
      <w:pPr>
        <w:pStyle w:val="ListBullet"/>
      </w:pPr>
      <w:r>
        <w:t>☐ operatorul și-a îndeplinit obligațiile exigibile privind plata impozitelor, taxelor și contribuțiilor, conform situației sale fiscale;</w:t>
      </w:r>
    </w:p>
    <w:p>
      <w:pPr>
        <w:pStyle w:val="ListBullet"/>
      </w:pPr>
      <w:r>
        <w:t>☐ operatorul nu se află în insolvență/faliment/lichidare într-o situație incompatibilă cu participarea, cu excepțiile permise de lege;</w:t>
      </w:r>
    </w:p>
    <w:p>
      <w:pPr>
        <w:pStyle w:val="ListBullet"/>
      </w:pPr>
      <w:r>
        <w:t>☐ operatorul nu a comis o abatere profesională gravă de natură să îi pună în discuție integritatea;</w:t>
      </w:r>
    </w:p>
    <w:p>
      <w:pPr>
        <w:pStyle w:val="ListBullet"/>
      </w:pPr>
      <w:r>
        <w:t>☐ operatorul nu a furnizat informații false și nu a ascuns informații relevante solicitate în cadrul achiziției.</w:t>
      </w:r>
    </w:p>
    <w:p>
      <w:r>
        <w:t>Ne obligăm să prezentăm, la solicitarea autorității contractante, documentele justificative relevante și să informăm fără întârziere dacă situația declarată se modifică.</w:t>
      </w:r>
    </w:p>
    <w:p>
      <w:r>
        <w:br/>
        <w:t>Data: ________________</w:t>
      </w:r>
    </w:p>
    <w:p>
      <w:r>
        <w:t>Operator economic: ______________________________________________</w:t>
      </w:r>
    </w:p>
    <w:p>
      <w:r>
        <w:t>Reprezentant legal / împuternicit: ________________________________</w:t>
      </w:r>
    </w:p>
    <w:p>
      <w:r>
        <w:t>Semnătura: ________________________________</w:t>
      </w:r>
    </w:p>
    <w:p>
      <w:pPr>
        <w:pageBreakBefore/>
        <w:jc w:val="center"/>
      </w:pPr>
      <w:r>
        <w:rPr>
          <w:rFonts w:ascii="Arial" w:hAnsi="Arial"/>
          <w:b/>
          <w:sz w:val="28"/>
        </w:rPr>
        <w:t>FORMULARUL F5</w:t>
        <w:br/>
        <w:t>DECLARAȚIE PRIVIND EVITAREA CONFLICTULUI DE INTERESE</w:t>
      </w:r>
    </w:p>
    <w:p>
      <w:pPr>
        <w:jc w:val="center"/>
      </w:pPr>
      <w:r>
        <w:rPr>
          <w:rFonts w:ascii="Arial" w:hAnsi="Arial"/>
          <w:i/>
          <w:sz w:val="18"/>
        </w:rPr>
        <w:t>Achiziție: Servicii de catering pentru asigurarea suportului alimentar – masă caldă – pentru elevii Școlii Gimnaziale Bălăcița, în cadrul PNMS 2026</w:t>
      </w:r>
    </w:p>
    <w:p>
      <w:r>
        <w:t>Declarăm că, la data depunerii ofertei, operatorul economic, administratorii, asociații/acționarii relevanți și persoanele care participă la elaborarea/prezentarea ofertei nu se află într-o situație de conflict de interese cu persoanele cu funcții de decizie ale autorității contractante, în sensul legislației achizițiilor publice.</w:t>
      </w:r>
    </w:p>
    <w:p>
      <w:r>
        <w:t>Dacă pe parcursul achiziției apare sau este identificată o situație potențială de conflict de interese, ne obligăm să o notificăm imediat autorității contractante și să adoptăm măsurile necesare pentru înlăturarea acesteia.</w:t>
      </w:r>
    </w:p>
    <w:p>
      <w:r>
        <w:br/>
        <w:t>Data: ________________</w:t>
      </w:r>
    </w:p>
    <w:p>
      <w:r>
        <w:t>Operator economic: ______________________________________________</w:t>
      </w:r>
    </w:p>
    <w:p>
      <w:r>
        <w:t>Reprezentant legal / împuternicit: ________________________________</w:t>
      </w:r>
    </w:p>
    <w:p>
      <w:r>
        <w:t>Semnătura: ________________________________</w:t>
      </w:r>
    </w:p>
    <w:p>
      <w:pPr>
        <w:pageBreakBefore/>
        <w:jc w:val="center"/>
      </w:pPr>
      <w:r>
        <w:rPr>
          <w:rFonts w:ascii="Arial" w:hAnsi="Arial"/>
          <w:b/>
          <w:sz w:val="28"/>
        </w:rPr>
        <w:t>FORMULARUL F6</w:t>
        <w:br/>
        <w:t>DECLARAȚIE DE RESPECTARE A CERINȚELOR PNMS ȘI A LEGISLAȚIEI ALIMENTARE</w:t>
      </w:r>
    </w:p>
    <w:p>
      <w:pPr>
        <w:jc w:val="center"/>
      </w:pPr>
      <w:r>
        <w:rPr>
          <w:rFonts w:ascii="Arial" w:hAnsi="Arial"/>
          <w:i/>
          <w:sz w:val="18"/>
        </w:rPr>
        <w:t>Achiziție: Servicii de catering pentru asigurarea suportului alimentar – masă caldă – pentru elevii Școlii Gimnaziale Bălăcița, în cadrul PNMS 2026</w:t>
      </w:r>
    </w:p>
    <w:p>
      <w:r>
        <w:t>Ne angajăm ca, pe întreaga perioadă de prestare, să respectăm integral cerințele caietului de sarcini și cadrul legal/tehnic aplicabil Programului național „Masă sănătoasă” 2026, inclusiv cerințele privind igiena, siguranța, trasabilitatea și informarea privind alergenii.</w:t>
      </w:r>
    </w:p>
    <w:p>
      <w:pPr>
        <w:pStyle w:val="ListBullet"/>
      </w:pPr>
      <w:r>
        <w:t>☐ prepararea hranei în dimineața zilei în care se servește și livrarea în aceeași zi;</w:t>
      </w:r>
    </w:p>
    <w:p>
      <w:pPr>
        <w:pStyle w:val="ListBullet"/>
      </w:pPr>
      <w:r>
        <w:t>☐ respectarea regulilor privind aditivii/conservanții/potențiatorii de gust și tehnologia de preparare;</w:t>
      </w:r>
    </w:p>
    <w:p>
      <w:pPr>
        <w:pStyle w:val="ListBullet"/>
      </w:pPr>
      <w:r>
        <w:t>☐ utilizarea sării iodate și evitarea preparatelor interzise;</w:t>
      </w:r>
    </w:p>
    <w:p>
      <w:pPr>
        <w:pStyle w:val="ListBullet"/>
      </w:pPr>
      <w:r>
        <w:t>☐ asigurarea meniurilor diversificate și a aportului nutritiv adecvat vârstei;</w:t>
      </w:r>
    </w:p>
    <w:p>
      <w:pPr>
        <w:pStyle w:val="ListBullet"/>
      </w:pPr>
      <w:r>
        <w:t>☐ asigurarea, la cerere justificată, a meniurilor pentru alergii, intoleranțe, regimuri medicale sau restricții religioase, în aceeași limită valorică;</w:t>
      </w:r>
    </w:p>
    <w:p>
      <w:pPr>
        <w:pStyle w:val="ListBullet"/>
      </w:pPr>
      <w:r>
        <w:t>☐ ambalarea individuală corespunzătoare și etichetarea/informarea cu privire la alergeni;</w:t>
      </w:r>
    </w:p>
    <w:p>
      <w:pPr>
        <w:pStyle w:val="ListBullet"/>
      </w:pPr>
      <w:r>
        <w:t>☐ menținerea condițiilor de temperatură și igienă pe timpul transportului;</w:t>
      </w:r>
    </w:p>
    <w:p>
      <w:pPr>
        <w:pStyle w:val="ListBullet"/>
      </w:pPr>
      <w:r>
        <w:t>☐ asigurarea trasabilității materiilor prime și preparatelor și cooperarea la prelevarea/păstrarea probelor alimentare;</w:t>
      </w:r>
    </w:p>
    <w:p>
      <w:pPr>
        <w:pStyle w:val="ListBullet"/>
      </w:pPr>
      <w:r>
        <w:t>☐ înlocuirea cu celeritate, fără costuri suplimentare, a porțiilor neconforme.</w:t>
      </w:r>
    </w:p>
    <w:p>
      <w:r>
        <w:br/>
        <w:t>Data: ________________</w:t>
      </w:r>
    </w:p>
    <w:p>
      <w:r>
        <w:t>Operator economic: ______________________________________________</w:t>
      </w:r>
    </w:p>
    <w:p>
      <w:r>
        <w:t>Reprezentant legal / împuternicit: ________________________________</w:t>
      </w:r>
    </w:p>
    <w:p>
      <w:r>
        <w:t>Semnătura: ________________________________</w:t>
      </w:r>
    </w:p>
    <w:p>
      <w:pPr>
        <w:pageBreakBefore/>
        <w:jc w:val="center"/>
      </w:pPr>
      <w:r>
        <w:rPr>
          <w:rFonts w:ascii="Arial" w:hAnsi="Arial"/>
          <w:b/>
          <w:sz w:val="28"/>
        </w:rPr>
        <w:t>FORMULARUL F7</w:t>
        <w:br/>
        <w:t>DECLARAȚIE PRIVIND AUTORIZAREA UNITĂȚII DE PREPARARE ȘI A TRANSPORTULUI</w:t>
      </w:r>
    </w:p>
    <w:p>
      <w:pPr>
        <w:jc w:val="center"/>
      </w:pPr>
      <w:r>
        <w:rPr>
          <w:rFonts w:ascii="Arial" w:hAnsi="Arial"/>
          <w:i/>
          <w:sz w:val="18"/>
        </w:rPr>
        <w:t>Achiziție: Servicii de catering pentru asigurarea suportului alimentar – masă caldă – pentru elevii Școlii Gimnaziale Bălăcița, în cadrul PNMS 2026</w:t>
      </w:r>
    </w:p>
    <w:p>
      <w:r>
        <w:t>Declarăm că unitatea/unitățile în care va fi preparată hrana și mijloacele de transport utilizate pentru executarea contractului sunt autorizate/înregistrate sanitar-veterinar și pentru siguranța alimentelor, după caz, și vor menține valabilitatea documentelor pe întreaga perioadă contractuală.</w:t>
      </w:r>
    </w:p>
    <w:tbl>
      <w:tblPr>
        <w:tblStyle w:val="TableGrid"/>
        <w:tblW w:type="auto" w:w="0"/>
        <w:jc w:val="center"/>
        <w:tblLook w:firstColumn="1" w:firstRow="1" w:lastColumn="0" w:lastRow="0" w:noHBand="0" w:noVBand="1" w:val="04A0"/>
      </w:tblPr>
      <w:tblGrid>
        <w:gridCol w:w="2040"/>
        <w:gridCol w:w="2040"/>
        <w:gridCol w:w="2040"/>
        <w:gridCol w:w="2040"/>
        <w:gridCol w:w="2040"/>
      </w:tblGrid>
      <w:tr>
        <w:trPr>
          <w:tblHeader w:val="true"/>
        </w:trPr>
        <w:tc>
          <w:tcPr>
            <w:tcW w:type="dxa" w:w="2040"/>
            <w:vAlign w:val="center"/>
            <w:tcMar>
              <w:top w:w="80" w:type="dxa"/>
              <w:start w:w="80" w:type="dxa"/>
              <w:bottom w:w="80" w:type="dxa"/>
              <w:end w:w="80" w:type="dxa"/>
            </w:tcMar>
            <w:shd w:fill="D9EAF7"/>
          </w:tcPr>
          <w:p>
            <w:pPr>
              <w:spacing w:after="0" w:before="0"/>
            </w:pPr>
            <w:r>
              <w:rPr>
                <w:rFonts w:ascii="Arial" w:hAnsi="Arial"/>
                <w:b/>
                <w:sz w:val="16"/>
              </w:rPr>
              <w:t>Tip</w:t>
            </w:r>
          </w:p>
        </w:tc>
        <w:tc>
          <w:tcPr>
            <w:tcW w:type="dxa" w:w="2040"/>
            <w:vAlign w:val="center"/>
            <w:tcMar>
              <w:top w:w="80" w:type="dxa"/>
              <w:start w:w="80" w:type="dxa"/>
              <w:bottom w:w="80" w:type="dxa"/>
              <w:end w:w="80" w:type="dxa"/>
            </w:tcMar>
            <w:shd w:fill="D9EAF7"/>
          </w:tcPr>
          <w:p>
            <w:pPr>
              <w:spacing w:after="0" w:before="0"/>
            </w:pPr>
            <w:r>
              <w:rPr>
                <w:rFonts w:ascii="Arial" w:hAnsi="Arial"/>
                <w:b/>
                <w:sz w:val="16"/>
              </w:rPr>
              <w:t>Denumire/număr identificare</w:t>
            </w:r>
          </w:p>
        </w:tc>
        <w:tc>
          <w:tcPr>
            <w:tcW w:type="dxa" w:w="2040"/>
            <w:vAlign w:val="center"/>
            <w:tcMar>
              <w:top w:w="80" w:type="dxa"/>
              <w:start w:w="80" w:type="dxa"/>
              <w:bottom w:w="80" w:type="dxa"/>
              <w:end w:w="80" w:type="dxa"/>
            </w:tcMar>
            <w:shd w:fill="D9EAF7"/>
          </w:tcPr>
          <w:p>
            <w:pPr>
              <w:spacing w:after="0" w:before="0"/>
            </w:pPr>
            <w:r>
              <w:rPr>
                <w:rFonts w:ascii="Arial" w:hAnsi="Arial"/>
                <w:b/>
                <w:sz w:val="16"/>
              </w:rPr>
              <w:t>Adresă / nr. auto</w:t>
            </w:r>
          </w:p>
        </w:tc>
        <w:tc>
          <w:tcPr>
            <w:tcW w:type="dxa" w:w="2040"/>
            <w:vAlign w:val="center"/>
            <w:tcMar>
              <w:top w:w="80" w:type="dxa"/>
              <w:start w:w="80" w:type="dxa"/>
              <w:bottom w:w="80" w:type="dxa"/>
              <w:end w:w="80" w:type="dxa"/>
            </w:tcMar>
            <w:shd w:fill="D9EAF7"/>
          </w:tcPr>
          <w:p>
            <w:pPr>
              <w:spacing w:after="0" w:before="0"/>
            </w:pPr>
            <w:r>
              <w:rPr>
                <w:rFonts w:ascii="Arial" w:hAnsi="Arial"/>
                <w:b/>
                <w:sz w:val="16"/>
              </w:rPr>
              <w:t>Autorizație/înregistrare</w:t>
            </w:r>
          </w:p>
        </w:tc>
        <w:tc>
          <w:tcPr>
            <w:tcW w:type="dxa" w:w="2040"/>
            <w:vAlign w:val="center"/>
            <w:tcMar>
              <w:top w:w="80" w:type="dxa"/>
              <w:start w:w="80" w:type="dxa"/>
              <w:bottom w:w="80" w:type="dxa"/>
              <w:end w:w="80" w:type="dxa"/>
            </w:tcMar>
            <w:shd w:fill="D9EAF7"/>
          </w:tcPr>
          <w:p>
            <w:pPr>
              <w:spacing w:after="0" w:before="0"/>
            </w:pPr>
            <w:r>
              <w:rPr>
                <w:rFonts w:ascii="Arial" w:hAnsi="Arial"/>
                <w:b/>
                <w:sz w:val="16"/>
              </w:rPr>
              <w:t>Valabilitate</w:t>
            </w:r>
          </w:p>
        </w:tc>
      </w:tr>
      <w:tr>
        <w:tc>
          <w:tcPr>
            <w:tcW w:type="dxa" w:w="2040"/>
            <w:vAlign w:val="center"/>
            <w:tcMar>
              <w:top w:w="80" w:type="dxa"/>
              <w:start w:w="80" w:type="dxa"/>
              <w:bottom w:w="80" w:type="dxa"/>
              <w:end w:w="80" w:type="dxa"/>
            </w:tcMar>
          </w:tcPr>
          <w:p>
            <w:pPr>
              <w:spacing w:after="0" w:before="0"/>
            </w:pPr>
            <w:r>
              <w:rPr>
                <w:rFonts w:ascii="Arial" w:hAnsi="Arial"/>
                <w:sz w:val="16"/>
              </w:rPr>
            </w:r>
          </w:p>
        </w:tc>
        <w:tc>
          <w:tcPr>
            <w:tcW w:type="dxa" w:w="2040"/>
            <w:vAlign w:val="center"/>
            <w:tcMar>
              <w:top w:w="80" w:type="dxa"/>
              <w:start w:w="80" w:type="dxa"/>
              <w:bottom w:w="80" w:type="dxa"/>
              <w:end w:w="80" w:type="dxa"/>
            </w:tcMar>
          </w:tcPr>
          <w:p>
            <w:pPr>
              <w:spacing w:after="0" w:before="0"/>
            </w:pPr>
            <w:r>
              <w:rPr>
                <w:rFonts w:ascii="Arial" w:hAnsi="Arial"/>
                <w:sz w:val="16"/>
              </w:rPr>
            </w:r>
          </w:p>
        </w:tc>
        <w:tc>
          <w:tcPr>
            <w:tcW w:type="dxa" w:w="2040"/>
            <w:vAlign w:val="center"/>
            <w:tcMar>
              <w:top w:w="80" w:type="dxa"/>
              <w:start w:w="80" w:type="dxa"/>
              <w:bottom w:w="80" w:type="dxa"/>
              <w:end w:w="80" w:type="dxa"/>
            </w:tcMar>
          </w:tcPr>
          <w:p>
            <w:pPr>
              <w:spacing w:after="0" w:before="0"/>
            </w:pPr>
            <w:r>
              <w:rPr>
                <w:rFonts w:ascii="Arial" w:hAnsi="Arial"/>
                <w:sz w:val="16"/>
              </w:rPr>
            </w:r>
          </w:p>
        </w:tc>
        <w:tc>
          <w:tcPr>
            <w:tcW w:type="dxa" w:w="2040"/>
            <w:vAlign w:val="center"/>
            <w:tcMar>
              <w:top w:w="80" w:type="dxa"/>
              <w:start w:w="80" w:type="dxa"/>
              <w:bottom w:w="80" w:type="dxa"/>
              <w:end w:w="80" w:type="dxa"/>
            </w:tcMar>
          </w:tcPr>
          <w:p>
            <w:pPr>
              <w:spacing w:after="0" w:before="0"/>
            </w:pPr>
            <w:r>
              <w:rPr>
                <w:rFonts w:ascii="Arial" w:hAnsi="Arial"/>
                <w:sz w:val="16"/>
              </w:rPr>
            </w:r>
          </w:p>
        </w:tc>
        <w:tc>
          <w:tcPr>
            <w:tcW w:type="dxa" w:w="2040"/>
            <w:vAlign w:val="center"/>
            <w:tcMar>
              <w:top w:w="80" w:type="dxa"/>
              <w:start w:w="80" w:type="dxa"/>
              <w:bottom w:w="80" w:type="dxa"/>
              <w:end w:w="80" w:type="dxa"/>
            </w:tcMar>
          </w:tcPr>
          <w:p>
            <w:pPr>
              <w:spacing w:after="0" w:before="0"/>
            </w:pPr>
            <w:r>
              <w:rPr>
                <w:rFonts w:ascii="Arial" w:hAnsi="Arial"/>
                <w:sz w:val="16"/>
              </w:rPr>
            </w:r>
          </w:p>
        </w:tc>
      </w:tr>
      <w:tr>
        <w:tc>
          <w:tcPr>
            <w:tcW w:type="dxa" w:w="2040"/>
            <w:vAlign w:val="center"/>
            <w:tcMar>
              <w:top w:w="80" w:type="dxa"/>
              <w:start w:w="80" w:type="dxa"/>
              <w:bottom w:w="80" w:type="dxa"/>
              <w:end w:w="80" w:type="dxa"/>
            </w:tcMar>
          </w:tcPr>
          <w:p>
            <w:pPr>
              <w:spacing w:after="0" w:before="0"/>
            </w:pPr>
            <w:r>
              <w:rPr>
                <w:rFonts w:ascii="Arial" w:hAnsi="Arial"/>
                <w:sz w:val="16"/>
              </w:rPr>
            </w:r>
          </w:p>
        </w:tc>
        <w:tc>
          <w:tcPr>
            <w:tcW w:type="dxa" w:w="2040"/>
            <w:vAlign w:val="center"/>
            <w:tcMar>
              <w:top w:w="80" w:type="dxa"/>
              <w:start w:w="80" w:type="dxa"/>
              <w:bottom w:w="80" w:type="dxa"/>
              <w:end w:w="80" w:type="dxa"/>
            </w:tcMar>
          </w:tcPr>
          <w:p>
            <w:pPr>
              <w:spacing w:after="0" w:before="0"/>
            </w:pPr>
            <w:r>
              <w:rPr>
                <w:rFonts w:ascii="Arial" w:hAnsi="Arial"/>
                <w:sz w:val="16"/>
              </w:rPr>
            </w:r>
          </w:p>
        </w:tc>
        <w:tc>
          <w:tcPr>
            <w:tcW w:type="dxa" w:w="2040"/>
            <w:vAlign w:val="center"/>
            <w:tcMar>
              <w:top w:w="80" w:type="dxa"/>
              <w:start w:w="80" w:type="dxa"/>
              <w:bottom w:w="80" w:type="dxa"/>
              <w:end w:w="80" w:type="dxa"/>
            </w:tcMar>
          </w:tcPr>
          <w:p>
            <w:pPr>
              <w:spacing w:after="0" w:before="0"/>
            </w:pPr>
            <w:r>
              <w:rPr>
                <w:rFonts w:ascii="Arial" w:hAnsi="Arial"/>
                <w:sz w:val="16"/>
              </w:rPr>
            </w:r>
          </w:p>
        </w:tc>
        <w:tc>
          <w:tcPr>
            <w:tcW w:type="dxa" w:w="2040"/>
            <w:vAlign w:val="center"/>
            <w:tcMar>
              <w:top w:w="80" w:type="dxa"/>
              <w:start w:w="80" w:type="dxa"/>
              <w:bottom w:w="80" w:type="dxa"/>
              <w:end w:w="80" w:type="dxa"/>
            </w:tcMar>
          </w:tcPr>
          <w:p>
            <w:pPr>
              <w:spacing w:after="0" w:before="0"/>
            </w:pPr>
            <w:r>
              <w:rPr>
                <w:rFonts w:ascii="Arial" w:hAnsi="Arial"/>
                <w:sz w:val="16"/>
              </w:rPr>
            </w:r>
          </w:p>
        </w:tc>
        <w:tc>
          <w:tcPr>
            <w:tcW w:type="dxa" w:w="2040"/>
            <w:vAlign w:val="center"/>
            <w:tcMar>
              <w:top w:w="80" w:type="dxa"/>
              <w:start w:w="80" w:type="dxa"/>
              <w:bottom w:w="80" w:type="dxa"/>
              <w:end w:w="80" w:type="dxa"/>
            </w:tcMar>
          </w:tcPr>
          <w:p>
            <w:pPr>
              <w:spacing w:after="0" w:before="0"/>
            </w:pPr>
            <w:r>
              <w:rPr>
                <w:rFonts w:ascii="Arial" w:hAnsi="Arial"/>
                <w:sz w:val="16"/>
              </w:rPr>
            </w:r>
          </w:p>
        </w:tc>
      </w:tr>
      <w:tr>
        <w:tc>
          <w:tcPr>
            <w:tcW w:type="dxa" w:w="2040"/>
            <w:vAlign w:val="center"/>
            <w:tcMar>
              <w:top w:w="80" w:type="dxa"/>
              <w:start w:w="80" w:type="dxa"/>
              <w:bottom w:w="80" w:type="dxa"/>
              <w:end w:w="80" w:type="dxa"/>
            </w:tcMar>
          </w:tcPr>
          <w:p>
            <w:pPr>
              <w:spacing w:after="0" w:before="0"/>
            </w:pPr>
            <w:r>
              <w:rPr>
                <w:rFonts w:ascii="Arial" w:hAnsi="Arial"/>
                <w:sz w:val="16"/>
              </w:rPr>
            </w:r>
          </w:p>
        </w:tc>
        <w:tc>
          <w:tcPr>
            <w:tcW w:type="dxa" w:w="2040"/>
            <w:vAlign w:val="center"/>
            <w:tcMar>
              <w:top w:w="80" w:type="dxa"/>
              <w:start w:w="80" w:type="dxa"/>
              <w:bottom w:w="80" w:type="dxa"/>
              <w:end w:w="80" w:type="dxa"/>
            </w:tcMar>
          </w:tcPr>
          <w:p>
            <w:pPr>
              <w:spacing w:after="0" w:before="0"/>
            </w:pPr>
            <w:r>
              <w:rPr>
                <w:rFonts w:ascii="Arial" w:hAnsi="Arial"/>
                <w:sz w:val="16"/>
              </w:rPr>
            </w:r>
          </w:p>
        </w:tc>
        <w:tc>
          <w:tcPr>
            <w:tcW w:type="dxa" w:w="2040"/>
            <w:vAlign w:val="center"/>
            <w:tcMar>
              <w:top w:w="80" w:type="dxa"/>
              <w:start w:w="80" w:type="dxa"/>
              <w:bottom w:w="80" w:type="dxa"/>
              <w:end w:w="80" w:type="dxa"/>
            </w:tcMar>
          </w:tcPr>
          <w:p>
            <w:pPr>
              <w:spacing w:after="0" w:before="0"/>
            </w:pPr>
            <w:r>
              <w:rPr>
                <w:rFonts w:ascii="Arial" w:hAnsi="Arial"/>
                <w:sz w:val="16"/>
              </w:rPr>
            </w:r>
          </w:p>
        </w:tc>
        <w:tc>
          <w:tcPr>
            <w:tcW w:type="dxa" w:w="2040"/>
            <w:vAlign w:val="center"/>
            <w:tcMar>
              <w:top w:w="80" w:type="dxa"/>
              <w:start w:w="80" w:type="dxa"/>
              <w:bottom w:w="80" w:type="dxa"/>
              <w:end w:w="80" w:type="dxa"/>
            </w:tcMar>
          </w:tcPr>
          <w:p>
            <w:pPr>
              <w:spacing w:after="0" w:before="0"/>
            </w:pPr>
            <w:r>
              <w:rPr>
                <w:rFonts w:ascii="Arial" w:hAnsi="Arial"/>
                <w:sz w:val="16"/>
              </w:rPr>
            </w:r>
          </w:p>
        </w:tc>
        <w:tc>
          <w:tcPr>
            <w:tcW w:type="dxa" w:w="2040"/>
            <w:vAlign w:val="center"/>
            <w:tcMar>
              <w:top w:w="80" w:type="dxa"/>
              <w:start w:w="80" w:type="dxa"/>
              <w:bottom w:w="80" w:type="dxa"/>
              <w:end w:w="80" w:type="dxa"/>
            </w:tcMar>
          </w:tcPr>
          <w:p>
            <w:pPr>
              <w:spacing w:after="0" w:before="0"/>
            </w:pPr>
            <w:r>
              <w:rPr>
                <w:rFonts w:ascii="Arial" w:hAnsi="Arial"/>
                <w:sz w:val="16"/>
              </w:rPr>
            </w:r>
          </w:p>
        </w:tc>
      </w:tr>
      <w:tr>
        <w:tc>
          <w:tcPr>
            <w:tcW w:type="dxa" w:w="2040"/>
            <w:vAlign w:val="center"/>
            <w:tcMar>
              <w:top w:w="80" w:type="dxa"/>
              <w:start w:w="80" w:type="dxa"/>
              <w:bottom w:w="80" w:type="dxa"/>
              <w:end w:w="80" w:type="dxa"/>
            </w:tcMar>
          </w:tcPr>
          <w:p>
            <w:pPr>
              <w:spacing w:after="0" w:before="0"/>
            </w:pPr>
            <w:r>
              <w:rPr>
                <w:rFonts w:ascii="Arial" w:hAnsi="Arial"/>
                <w:sz w:val="16"/>
              </w:rPr>
            </w:r>
          </w:p>
        </w:tc>
        <w:tc>
          <w:tcPr>
            <w:tcW w:type="dxa" w:w="2040"/>
            <w:vAlign w:val="center"/>
            <w:tcMar>
              <w:top w:w="80" w:type="dxa"/>
              <w:start w:w="80" w:type="dxa"/>
              <w:bottom w:w="80" w:type="dxa"/>
              <w:end w:w="80" w:type="dxa"/>
            </w:tcMar>
          </w:tcPr>
          <w:p>
            <w:pPr>
              <w:spacing w:after="0" w:before="0"/>
            </w:pPr>
            <w:r>
              <w:rPr>
                <w:rFonts w:ascii="Arial" w:hAnsi="Arial"/>
                <w:sz w:val="16"/>
              </w:rPr>
            </w:r>
          </w:p>
        </w:tc>
        <w:tc>
          <w:tcPr>
            <w:tcW w:type="dxa" w:w="2040"/>
            <w:vAlign w:val="center"/>
            <w:tcMar>
              <w:top w:w="80" w:type="dxa"/>
              <w:start w:w="80" w:type="dxa"/>
              <w:bottom w:w="80" w:type="dxa"/>
              <w:end w:w="80" w:type="dxa"/>
            </w:tcMar>
          </w:tcPr>
          <w:p>
            <w:pPr>
              <w:spacing w:after="0" w:before="0"/>
            </w:pPr>
            <w:r>
              <w:rPr>
                <w:rFonts w:ascii="Arial" w:hAnsi="Arial"/>
                <w:sz w:val="16"/>
              </w:rPr>
            </w:r>
          </w:p>
        </w:tc>
        <w:tc>
          <w:tcPr>
            <w:tcW w:type="dxa" w:w="2040"/>
            <w:vAlign w:val="center"/>
            <w:tcMar>
              <w:top w:w="80" w:type="dxa"/>
              <w:start w:w="80" w:type="dxa"/>
              <w:bottom w:w="80" w:type="dxa"/>
              <w:end w:w="80" w:type="dxa"/>
            </w:tcMar>
          </w:tcPr>
          <w:p>
            <w:pPr>
              <w:spacing w:after="0" w:before="0"/>
            </w:pPr>
            <w:r>
              <w:rPr>
                <w:rFonts w:ascii="Arial" w:hAnsi="Arial"/>
                <w:sz w:val="16"/>
              </w:rPr>
            </w:r>
          </w:p>
        </w:tc>
        <w:tc>
          <w:tcPr>
            <w:tcW w:type="dxa" w:w="2040"/>
            <w:vAlign w:val="center"/>
            <w:tcMar>
              <w:top w:w="80" w:type="dxa"/>
              <w:start w:w="80" w:type="dxa"/>
              <w:bottom w:w="80" w:type="dxa"/>
              <w:end w:w="80" w:type="dxa"/>
            </w:tcMar>
          </w:tcPr>
          <w:p>
            <w:pPr>
              <w:spacing w:after="0" w:before="0"/>
            </w:pPr>
            <w:r>
              <w:rPr>
                <w:rFonts w:ascii="Arial" w:hAnsi="Arial"/>
                <w:sz w:val="16"/>
              </w:rPr>
            </w:r>
          </w:p>
        </w:tc>
      </w:tr>
      <w:tr>
        <w:tc>
          <w:tcPr>
            <w:tcW w:type="dxa" w:w="2040"/>
            <w:vAlign w:val="center"/>
            <w:tcMar>
              <w:top w:w="80" w:type="dxa"/>
              <w:start w:w="80" w:type="dxa"/>
              <w:bottom w:w="80" w:type="dxa"/>
              <w:end w:w="80" w:type="dxa"/>
            </w:tcMar>
          </w:tcPr>
          <w:p>
            <w:pPr>
              <w:spacing w:after="0" w:before="0"/>
            </w:pPr>
            <w:r>
              <w:rPr>
                <w:rFonts w:ascii="Arial" w:hAnsi="Arial"/>
                <w:sz w:val="16"/>
              </w:rPr>
            </w:r>
          </w:p>
        </w:tc>
        <w:tc>
          <w:tcPr>
            <w:tcW w:type="dxa" w:w="2040"/>
            <w:vAlign w:val="center"/>
            <w:tcMar>
              <w:top w:w="80" w:type="dxa"/>
              <w:start w:w="80" w:type="dxa"/>
              <w:bottom w:w="80" w:type="dxa"/>
              <w:end w:w="80" w:type="dxa"/>
            </w:tcMar>
          </w:tcPr>
          <w:p>
            <w:pPr>
              <w:spacing w:after="0" w:before="0"/>
            </w:pPr>
            <w:r>
              <w:rPr>
                <w:rFonts w:ascii="Arial" w:hAnsi="Arial"/>
                <w:sz w:val="16"/>
              </w:rPr>
            </w:r>
          </w:p>
        </w:tc>
        <w:tc>
          <w:tcPr>
            <w:tcW w:type="dxa" w:w="2040"/>
            <w:vAlign w:val="center"/>
            <w:tcMar>
              <w:top w:w="80" w:type="dxa"/>
              <w:start w:w="80" w:type="dxa"/>
              <w:bottom w:w="80" w:type="dxa"/>
              <w:end w:w="80" w:type="dxa"/>
            </w:tcMar>
          </w:tcPr>
          <w:p>
            <w:pPr>
              <w:spacing w:after="0" w:before="0"/>
            </w:pPr>
            <w:r>
              <w:rPr>
                <w:rFonts w:ascii="Arial" w:hAnsi="Arial"/>
                <w:sz w:val="16"/>
              </w:rPr>
            </w:r>
          </w:p>
        </w:tc>
        <w:tc>
          <w:tcPr>
            <w:tcW w:type="dxa" w:w="2040"/>
            <w:vAlign w:val="center"/>
            <w:tcMar>
              <w:top w:w="80" w:type="dxa"/>
              <w:start w:w="80" w:type="dxa"/>
              <w:bottom w:w="80" w:type="dxa"/>
              <w:end w:w="80" w:type="dxa"/>
            </w:tcMar>
          </w:tcPr>
          <w:p>
            <w:pPr>
              <w:spacing w:after="0" w:before="0"/>
            </w:pPr>
            <w:r>
              <w:rPr>
                <w:rFonts w:ascii="Arial" w:hAnsi="Arial"/>
                <w:sz w:val="16"/>
              </w:rPr>
            </w:r>
          </w:p>
        </w:tc>
        <w:tc>
          <w:tcPr>
            <w:tcW w:type="dxa" w:w="2040"/>
            <w:vAlign w:val="center"/>
            <w:tcMar>
              <w:top w:w="80" w:type="dxa"/>
              <w:start w:w="80" w:type="dxa"/>
              <w:bottom w:w="80" w:type="dxa"/>
              <w:end w:w="80" w:type="dxa"/>
            </w:tcMar>
          </w:tcPr>
          <w:p>
            <w:pPr>
              <w:spacing w:after="0" w:before="0"/>
            </w:pPr>
            <w:r>
              <w:rPr>
                <w:rFonts w:ascii="Arial" w:hAnsi="Arial"/>
                <w:sz w:val="16"/>
              </w:rPr>
            </w:r>
          </w:p>
        </w:tc>
      </w:tr>
    </w:tbl>
    <w:p>
      <w:r>
        <w:rPr>
          <w:b/>
          <w:sz w:val="18"/>
        </w:rPr>
        <w:t>NOTĂ: Se anexează copii ale documentelor de autorizare/înregistrare relevante sau o declarație însoțită de documentele solicitate de autoritatea contractantă.</w:t>
      </w:r>
    </w:p>
    <w:p>
      <w:r>
        <w:br/>
        <w:t>Data: ________________</w:t>
      </w:r>
    </w:p>
    <w:p>
      <w:r>
        <w:t>Operator economic: ______________________________________________</w:t>
      </w:r>
    </w:p>
    <w:p>
      <w:r>
        <w:t>Reprezentant legal / împuternicit: ________________________________</w:t>
      </w:r>
    </w:p>
    <w:p>
      <w:r>
        <w:t>Semnătura: ________________________________</w:t>
      </w:r>
    </w:p>
    <w:p>
      <w:pPr>
        <w:pageBreakBefore/>
        <w:jc w:val="center"/>
      </w:pPr>
      <w:r>
        <w:rPr>
          <w:rFonts w:ascii="Arial" w:hAnsi="Arial"/>
          <w:b/>
          <w:sz w:val="28"/>
        </w:rPr>
        <w:t>FORMULARUL F8</w:t>
        <w:br/>
        <w:t>DECLARAȚIE PRIVIND PERSONALUL, INSTRUIREA DE IGIENĂ ȘI APTITUDINEA MEDICALĂ</w:t>
      </w:r>
    </w:p>
    <w:p>
      <w:pPr>
        <w:jc w:val="center"/>
      </w:pPr>
      <w:r>
        <w:rPr>
          <w:rFonts w:ascii="Arial" w:hAnsi="Arial"/>
          <w:i/>
          <w:sz w:val="18"/>
        </w:rPr>
        <w:t>Achiziție: Servicii de catering pentru asigurarea suportului alimentar – masă caldă – pentru elevii Școlii Gimnaziale Bălăcița, în cadrul PNMS 2026</w:t>
      </w:r>
    </w:p>
    <w:p>
      <w:r>
        <w:t>Declarăm că personalul implicat în producerea, manipularea, porționarea, ambalarea, transportul și distribuirea alimentelor va deține documentele de instruire privind noțiunile fundamentale de igienă și documentele de aptitudine medicală impuse de legislația aplicabilă.</w:t>
      </w:r>
    </w:p>
    <w:tbl>
      <w:tblPr>
        <w:tblStyle w:val="TableGrid"/>
        <w:tblW w:type="auto" w:w="0"/>
        <w:jc w:val="center"/>
        <w:tblLook w:firstColumn="1" w:firstRow="1" w:lastColumn="0" w:lastRow="0" w:noHBand="0" w:noVBand="1" w:val="04A0"/>
      </w:tblPr>
      <w:tblGrid>
        <w:gridCol w:w="2040"/>
        <w:gridCol w:w="2040"/>
        <w:gridCol w:w="2040"/>
        <w:gridCol w:w="2040"/>
        <w:gridCol w:w="2040"/>
      </w:tblGrid>
      <w:tr>
        <w:trPr>
          <w:tblHeader w:val="true"/>
        </w:trPr>
        <w:tc>
          <w:tcPr>
            <w:tcW w:type="dxa" w:w="2040"/>
            <w:vAlign w:val="center"/>
            <w:tcMar>
              <w:top w:w="80" w:type="dxa"/>
              <w:start w:w="80" w:type="dxa"/>
              <w:bottom w:w="80" w:type="dxa"/>
              <w:end w:w="80" w:type="dxa"/>
            </w:tcMar>
            <w:shd w:fill="D9EAF7"/>
          </w:tcPr>
          <w:p>
            <w:pPr>
              <w:spacing w:after="0" w:before="0"/>
            </w:pPr>
            <w:r>
              <w:rPr>
                <w:rFonts w:ascii="Arial" w:hAnsi="Arial"/>
                <w:b/>
                <w:sz w:val="16"/>
              </w:rPr>
              <w:t>Nr.</w:t>
            </w:r>
          </w:p>
        </w:tc>
        <w:tc>
          <w:tcPr>
            <w:tcW w:type="dxa" w:w="2040"/>
            <w:vAlign w:val="center"/>
            <w:tcMar>
              <w:top w:w="80" w:type="dxa"/>
              <w:start w:w="80" w:type="dxa"/>
              <w:bottom w:w="80" w:type="dxa"/>
              <w:end w:w="80" w:type="dxa"/>
            </w:tcMar>
            <w:shd w:fill="D9EAF7"/>
          </w:tcPr>
          <w:p>
            <w:pPr>
              <w:spacing w:after="0" w:before="0"/>
            </w:pPr>
            <w:r>
              <w:rPr>
                <w:rFonts w:ascii="Arial" w:hAnsi="Arial"/>
                <w:b/>
                <w:sz w:val="16"/>
              </w:rPr>
              <w:t>Funcție/rol</w:t>
            </w:r>
          </w:p>
        </w:tc>
        <w:tc>
          <w:tcPr>
            <w:tcW w:type="dxa" w:w="2040"/>
            <w:vAlign w:val="center"/>
            <w:tcMar>
              <w:top w:w="80" w:type="dxa"/>
              <w:start w:w="80" w:type="dxa"/>
              <w:bottom w:w="80" w:type="dxa"/>
              <w:end w:w="80" w:type="dxa"/>
            </w:tcMar>
            <w:shd w:fill="D9EAF7"/>
          </w:tcPr>
          <w:p>
            <w:pPr>
              <w:spacing w:after="0" w:before="0"/>
            </w:pPr>
            <w:r>
              <w:rPr>
                <w:rFonts w:ascii="Arial" w:hAnsi="Arial"/>
                <w:b/>
                <w:sz w:val="16"/>
              </w:rPr>
              <w:t>Nr. persoane</w:t>
            </w:r>
          </w:p>
        </w:tc>
        <w:tc>
          <w:tcPr>
            <w:tcW w:type="dxa" w:w="2040"/>
            <w:vAlign w:val="center"/>
            <w:tcMar>
              <w:top w:w="80" w:type="dxa"/>
              <w:start w:w="80" w:type="dxa"/>
              <w:bottom w:w="80" w:type="dxa"/>
              <w:end w:w="80" w:type="dxa"/>
            </w:tcMar>
            <w:shd w:fill="D9EAF7"/>
          </w:tcPr>
          <w:p>
            <w:pPr>
              <w:spacing w:after="0" w:before="0"/>
            </w:pPr>
            <w:r>
              <w:rPr>
                <w:rFonts w:ascii="Arial" w:hAnsi="Arial"/>
                <w:b/>
                <w:sz w:val="16"/>
              </w:rPr>
              <w:t>Calificare/instruire relevantă</w:t>
            </w:r>
          </w:p>
        </w:tc>
        <w:tc>
          <w:tcPr>
            <w:tcW w:type="dxa" w:w="2040"/>
            <w:vAlign w:val="center"/>
            <w:tcMar>
              <w:top w:w="80" w:type="dxa"/>
              <w:start w:w="80" w:type="dxa"/>
              <w:bottom w:w="80" w:type="dxa"/>
              <w:end w:w="80" w:type="dxa"/>
            </w:tcMar>
            <w:shd w:fill="D9EAF7"/>
          </w:tcPr>
          <w:p>
            <w:pPr>
              <w:spacing w:after="0" w:before="0"/>
            </w:pPr>
            <w:r>
              <w:rPr>
                <w:rFonts w:ascii="Arial" w:hAnsi="Arial"/>
                <w:b/>
                <w:sz w:val="16"/>
              </w:rPr>
              <w:t>Documente disponibile</w:t>
            </w:r>
          </w:p>
        </w:tc>
      </w:tr>
      <w:tr>
        <w:tc>
          <w:tcPr>
            <w:tcW w:type="dxa" w:w="2040"/>
            <w:vAlign w:val="center"/>
            <w:tcMar>
              <w:top w:w="80" w:type="dxa"/>
              <w:start w:w="80" w:type="dxa"/>
              <w:bottom w:w="80" w:type="dxa"/>
              <w:end w:w="80" w:type="dxa"/>
            </w:tcMar>
          </w:tcPr>
          <w:p>
            <w:pPr>
              <w:spacing w:after="0" w:before="0"/>
            </w:pPr>
            <w:r>
              <w:rPr>
                <w:rFonts w:ascii="Arial" w:hAnsi="Arial"/>
                <w:sz w:val="16"/>
              </w:rPr>
              <w:t>1</w:t>
            </w:r>
          </w:p>
        </w:tc>
        <w:tc>
          <w:tcPr>
            <w:tcW w:type="dxa" w:w="2040"/>
            <w:vAlign w:val="center"/>
            <w:tcMar>
              <w:top w:w="80" w:type="dxa"/>
              <w:start w:w="80" w:type="dxa"/>
              <w:bottom w:w="80" w:type="dxa"/>
              <w:end w:w="80" w:type="dxa"/>
            </w:tcMar>
          </w:tcPr>
          <w:p>
            <w:pPr>
              <w:spacing w:after="0" w:before="0"/>
            </w:pPr>
            <w:r>
              <w:rPr>
                <w:rFonts w:ascii="Arial" w:hAnsi="Arial"/>
                <w:sz w:val="16"/>
              </w:rPr>
              <w:t>Coordonator contract</w:t>
            </w:r>
          </w:p>
        </w:tc>
        <w:tc>
          <w:tcPr>
            <w:tcW w:type="dxa" w:w="2040"/>
            <w:vAlign w:val="center"/>
            <w:tcMar>
              <w:top w:w="80" w:type="dxa"/>
              <w:start w:w="80" w:type="dxa"/>
              <w:bottom w:w="80" w:type="dxa"/>
              <w:end w:w="80" w:type="dxa"/>
            </w:tcMar>
          </w:tcPr>
          <w:p>
            <w:pPr>
              <w:spacing w:after="0" w:before="0"/>
            </w:pPr>
          </w:p>
        </w:tc>
        <w:tc>
          <w:tcPr>
            <w:tcW w:type="dxa" w:w="2040"/>
            <w:vAlign w:val="center"/>
            <w:tcMar>
              <w:top w:w="80" w:type="dxa"/>
              <w:start w:w="80" w:type="dxa"/>
              <w:bottom w:w="80" w:type="dxa"/>
              <w:end w:w="80" w:type="dxa"/>
            </w:tcMar>
          </w:tcPr>
          <w:p>
            <w:pPr>
              <w:spacing w:after="0" w:before="0"/>
            </w:pPr>
          </w:p>
        </w:tc>
        <w:tc>
          <w:tcPr>
            <w:tcW w:type="dxa" w:w="2040"/>
            <w:vAlign w:val="center"/>
            <w:tcMar>
              <w:top w:w="80" w:type="dxa"/>
              <w:start w:w="80" w:type="dxa"/>
              <w:bottom w:w="80" w:type="dxa"/>
              <w:end w:w="80" w:type="dxa"/>
            </w:tcMar>
          </w:tcPr>
          <w:p>
            <w:pPr>
              <w:spacing w:after="0" w:before="0"/>
            </w:pPr>
          </w:p>
        </w:tc>
      </w:tr>
      <w:tr>
        <w:tc>
          <w:tcPr>
            <w:tcW w:type="dxa" w:w="2040"/>
            <w:vAlign w:val="center"/>
            <w:tcMar>
              <w:top w:w="80" w:type="dxa"/>
              <w:start w:w="80" w:type="dxa"/>
              <w:bottom w:w="80" w:type="dxa"/>
              <w:end w:w="80" w:type="dxa"/>
            </w:tcMar>
          </w:tcPr>
          <w:p>
            <w:pPr>
              <w:spacing w:after="0" w:before="0"/>
            </w:pPr>
            <w:r>
              <w:rPr>
                <w:rFonts w:ascii="Arial" w:hAnsi="Arial"/>
                <w:sz w:val="16"/>
              </w:rPr>
              <w:t>2</w:t>
            </w:r>
          </w:p>
        </w:tc>
        <w:tc>
          <w:tcPr>
            <w:tcW w:type="dxa" w:w="2040"/>
            <w:vAlign w:val="center"/>
            <w:tcMar>
              <w:top w:w="80" w:type="dxa"/>
              <w:start w:w="80" w:type="dxa"/>
              <w:bottom w:w="80" w:type="dxa"/>
              <w:end w:w="80" w:type="dxa"/>
            </w:tcMar>
          </w:tcPr>
          <w:p>
            <w:pPr>
              <w:spacing w:after="0" w:before="0"/>
            </w:pPr>
            <w:r>
              <w:rPr>
                <w:rFonts w:ascii="Arial" w:hAnsi="Arial"/>
                <w:sz w:val="16"/>
              </w:rPr>
              <w:t>Bucătar / personal preparare</w:t>
            </w:r>
          </w:p>
        </w:tc>
        <w:tc>
          <w:tcPr>
            <w:tcW w:type="dxa" w:w="2040"/>
            <w:vAlign w:val="center"/>
            <w:tcMar>
              <w:top w:w="80" w:type="dxa"/>
              <w:start w:w="80" w:type="dxa"/>
              <w:bottom w:w="80" w:type="dxa"/>
              <w:end w:w="80" w:type="dxa"/>
            </w:tcMar>
          </w:tcPr>
          <w:p>
            <w:pPr>
              <w:spacing w:after="0" w:before="0"/>
            </w:pPr>
          </w:p>
        </w:tc>
        <w:tc>
          <w:tcPr>
            <w:tcW w:type="dxa" w:w="2040"/>
            <w:vAlign w:val="center"/>
            <w:tcMar>
              <w:top w:w="80" w:type="dxa"/>
              <w:start w:w="80" w:type="dxa"/>
              <w:bottom w:w="80" w:type="dxa"/>
              <w:end w:w="80" w:type="dxa"/>
            </w:tcMar>
          </w:tcPr>
          <w:p>
            <w:pPr>
              <w:spacing w:after="0" w:before="0"/>
            </w:pPr>
          </w:p>
        </w:tc>
        <w:tc>
          <w:tcPr>
            <w:tcW w:type="dxa" w:w="2040"/>
            <w:vAlign w:val="center"/>
            <w:tcMar>
              <w:top w:w="80" w:type="dxa"/>
              <w:start w:w="80" w:type="dxa"/>
              <w:bottom w:w="80" w:type="dxa"/>
              <w:end w:w="80" w:type="dxa"/>
            </w:tcMar>
          </w:tcPr>
          <w:p>
            <w:pPr>
              <w:spacing w:after="0" w:before="0"/>
            </w:pPr>
          </w:p>
        </w:tc>
      </w:tr>
      <w:tr>
        <w:tc>
          <w:tcPr>
            <w:tcW w:type="dxa" w:w="2040"/>
            <w:vAlign w:val="center"/>
            <w:tcMar>
              <w:top w:w="80" w:type="dxa"/>
              <w:start w:w="80" w:type="dxa"/>
              <w:bottom w:w="80" w:type="dxa"/>
              <w:end w:w="80" w:type="dxa"/>
            </w:tcMar>
          </w:tcPr>
          <w:p>
            <w:pPr>
              <w:spacing w:after="0" w:before="0"/>
            </w:pPr>
            <w:r>
              <w:rPr>
                <w:rFonts w:ascii="Arial" w:hAnsi="Arial"/>
                <w:sz w:val="16"/>
              </w:rPr>
              <w:t>3</w:t>
            </w:r>
          </w:p>
        </w:tc>
        <w:tc>
          <w:tcPr>
            <w:tcW w:type="dxa" w:w="2040"/>
            <w:vAlign w:val="center"/>
            <w:tcMar>
              <w:top w:w="80" w:type="dxa"/>
              <w:start w:w="80" w:type="dxa"/>
              <w:bottom w:w="80" w:type="dxa"/>
              <w:end w:w="80" w:type="dxa"/>
            </w:tcMar>
          </w:tcPr>
          <w:p>
            <w:pPr>
              <w:spacing w:after="0" w:before="0"/>
            </w:pPr>
            <w:r>
              <w:rPr>
                <w:rFonts w:ascii="Arial" w:hAnsi="Arial"/>
                <w:sz w:val="16"/>
              </w:rPr>
              <w:t>Personal porționare/ambalare</w:t>
            </w:r>
          </w:p>
        </w:tc>
        <w:tc>
          <w:tcPr>
            <w:tcW w:type="dxa" w:w="2040"/>
            <w:vAlign w:val="center"/>
            <w:tcMar>
              <w:top w:w="80" w:type="dxa"/>
              <w:start w:w="80" w:type="dxa"/>
              <w:bottom w:w="80" w:type="dxa"/>
              <w:end w:w="80" w:type="dxa"/>
            </w:tcMar>
          </w:tcPr>
          <w:p>
            <w:pPr>
              <w:spacing w:after="0" w:before="0"/>
            </w:pPr>
          </w:p>
        </w:tc>
        <w:tc>
          <w:tcPr>
            <w:tcW w:type="dxa" w:w="2040"/>
            <w:vAlign w:val="center"/>
            <w:tcMar>
              <w:top w:w="80" w:type="dxa"/>
              <w:start w:w="80" w:type="dxa"/>
              <w:bottom w:w="80" w:type="dxa"/>
              <w:end w:w="80" w:type="dxa"/>
            </w:tcMar>
          </w:tcPr>
          <w:p>
            <w:pPr>
              <w:spacing w:after="0" w:before="0"/>
            </w:pPr>
          </w:p>
        </w:tc>
        <w:tc>
          <w:tcPr>
            <w:tcW w:type="dxa" w:w="2040"/>
            <w:vAlign w:val="center"/>
            <w:tcMar>
              <w:top w:w="80" w:type="dxa"/>
              <w:start w:w="80" w:type="dxa"/>
              <w:bottom w:w="80" w:type="dxa"/>
              <w:end w:w="80" w:type="dxa"/>
            </w:tcMar>
          </w:tcPr>
          <w:p>
            <w:pPr>
              <w:spacing w:after="0" w:before="0"/>
            </w:pPr>
          </w:p>
        </w:tc>
      </w:tr>
      <w:tr>
        <w:tc>
          <w:tcPr>
            <w:tcW w:type="dxa" w:w="2040"/>
            <w:vAlign w:val="center"/>
            <w:tcMar>
              <w:top w:w="80" w:type="dxa"/>
              <w:start w:w="80" w:type="dxa"/>
              <w:bottom w:w="80" w:type="dxa"/>
              <w:end w:w="80" w:type="dxa"/>
            </w:tcMar>
          </w:tcPr>
          <w:p>
            <w:pPr>
              <w:spacing w:after="0" w:before="0"/>
            </w:pPr>
            <w:r>
              <w:rPr>
                <w:rFonts w:ascii="Arial" w:hAnsi="Arial"/>
                <w:sz w:val="16"/>
              </w:rPr>
              <w:t>4</w:t>
            </w:r>
          </w:p>
        </w:tc>
        <w:tc>
          <w:tcPr>
            <w:tcW w:type="dxa" w:w="2040"/>
            <w:vAlign w:val="center"/>
            <w:tcMar>
              <w:top w:w="80" w:type="dxa"/>
              <w:start w:w="80" w:type="dxa"/>
              <w:bottom w:w="80" w:type="dxa"/>
              <w:end w:w="80" w:type="dxa"/>
            </w:tcMar>
          </w:tcPr>
          <w:p>
            <w:pPr>
              <w:spacing w:after="0" w:before="0"/>
            </w:pPr>
            <w:r>
              <w:rPr>
                <w:rFonts w:ascii="Arial" w:hAnsi="Arial"/>
                <w:sz w:val="16"/>
              </w:rPr>
              <w:t>Șofer / transport</w:t>
            </w:r>
          </w:p>
        </w:tc>
        <w:tc>
          <w:tcPr>
            <w:tcW w:type="dxa" w:w="2040"/>
            <w:vAlign w:val="center"/>
            <w:tcMar>
              <w:top w:w="80" w:type="dxa"/>
              <w:start w:w="80" w:type="dxa"/>
              <w:bottom w:w="80" w:type="dxa"/>
              <w:end w:w="80" w:type="dxa"/>
            </w:tcMar>
          </w:tcPr>
          <w:p>
            <w:pPr>
              <w:spacing w:after="0" w:before="0"/>
            </w:pPr>
          </w:p>
        </w:tc>
        <w:tc>
          <w:tcPr>
            <w:tcW w:type="dxa" w:w="2040"/>
            <w:vAlign w:val="center"/>
            <w:tcMar>
              <w:top w:w="80" w:type="dxa"/>
              <w:start w:w="80" w:type="dxa"/>
              <w:bottom w:w="80" w:type="dxa"/>
              <w:end w:w="80" w:type="dxa"/>
            </w:tcMar>
          </w:tcPr>
          <w:p>
            <w:pPr>
              <w:spacing w:after="0" w:before="0"/>
            </w:pPr>
          </w:p>
        </w:tc>
        <w:tc>
          <w:tcPr>
            <w:tcW w:type="dxa" w:w="2040"/>
            <w:vAlign w:val="center"/>
            <w:tcMar>
              <w:top w:w="80" w:type="dxa"/>
              <w:start w:w="80" w:type="dxa"/>
              <w:bottom w:w="80" w:type="dxa"/>
              <w:end w:w="80" w:type="dxa"/>
            </w:tcMar>
          </w:tcPr>
          <w:p>
            <w:pPr>
              <w:spacing w:after="0" w:before="0"/>
            </w:pPr>
          </w:p>
        </w:tc>
      </w:tr>
      <w:tr>
        <w:tc>
          <w:tcPr>
            <w:tcW w:type="dxa" w:w="2040"/>
            <w:vAlign w:val="center"/>
            <w:tcMar>
              <w:top w:w="80" w:type="dxa"/>
              <w:start w:w="80" w:type="dxa"/>
              <w:bottom w:w="80" w:type="dxa"/>
              <w:end w:w="80" w:type="dxa"/>
            </w:tcMar>
          </w:tcPr>
          <w:p>
            <w:pPr>
              <w:spacing w:after="0" w:before="0"/>
            </w:pPr>
            <w:r>
              <w:rPr>
                <w:rFonts w:ascii="Arial" w:hAnsi="Arial"/>
                <w:sz w:val="16"/>
              </w:rPr>
              <w:t>5</w:t>
            </w:r>
          </w:p>
        </w:tc>
        <w:tc>
          <w:tcPr>
            <w:tcW w:type="dxa" w:w="2040"/>
            <w:vAlign w:val="center"/>
            <w:tcMar>
              <w:top w:w="80" w:type="dxa"/>
              <w:start w:w="80" w:type="dxa"/>
              <w:bottom w:w="80" w:type="dxa"/>
              <w:end w:w="80" w:type="dxa"/>
            </w:tcMar>
          </w:tcPr>
          <w:p>
            <w:pPr>
              <w:spacing w:after="0" w:before="0"/>
            </w:pPr>
            <w:r>
              <w:rPr>
                <w:rFonts w:ascii="Arial" w:hAnsi="Arial"/>
                <w:sz w:val="16"/>
              </w:rPr>
              <w:t>Responsabil HACCP/calitate</w:t>
            </w:r>
          </w:p>
        </w:tc>
        <w:tc>
          <w:tcPr>
            <w:tcW w:type="dxa" w:w="2040"/>
            <w:vAlign w:val="center"/>
            <w:tcMar>
              <w:top w:w="80" w:type="dxa"/>
              <w:start w:w="80" w:type="dxa"/>
              <w:bottom w:w="80" w:type="dxa"/>
              <w:end w:w="80" w:type="dxa"/>
            </w:tcMar>
          </w:tcPr>
          <w:p>
            <w:pPr>
              <w:spacing w:after="0" w:before="0"/>
            </w:pPr>
          </w:p>
        </w:tc>
        <w:tc>
          <w:tcPr>
            <w:tcW w:type="dxa" w:w="2040"/>
            <w:vAlign w:val="center"/>
            <w:tcMar>
              <w:top w:w="80" w:type="dxa"/>
              <w:start w:w="80" w:type="dxa"/>
              <w:bottom w:w="80" w:type="dxa"/>
              <w:end w:w="80" w:type="dxa"/>
            </w:tcMar>
          </w:tcPr>
          <w:p>
            <w:pPr>
              <w:spacing w:after="0" w:before="0"/>
            </w:pPr>
          </w:p>
        </w:tc>
        <w:tc>
          <w:tcPr>
            <w:tcW w:type="dxa" w:w="2040"/>
            <w:vAlign w:val="center"/>
            <w:tcMar>
              <w:top w:w="80" w:type="dxa"/>
              <w:start w:w="80" w:type="dxa"/>
              <w:bottom w:w="80" w:type="dxa"/>
              <w:end w:w="80" w:type="dxa"/>
            </w:tcMar>
          </w:tcPr>
          <w:p>
            <w:pPr>
              <w:spacing w:after="0" w:before="0"/>
            </w:pPr>
          </w:p>
        </w:tc>
      </w:tr>
      <w:tr>
        <w:tc>
          <w:tcPr>
            <w:tcW w:type="dxa" w:w="2040"/>
            <w:vAlign w:val="center"/>
            <w:tcMar>
              <w:top w:w="80" w:type="dxa"/>
              <w:start w:w="80" w:type="dxa"/>
              <w:bottom w:w="80" w:type="dxa"/>
              <w:end w:w="80" w:type="dxa"/>
            </w:tcMar>
          </w:tcPr>
          <w:p>
            <w:pPr>
              <w:spacing w:after="0" w:before="0"/>
            </w:pPr>
            <w:r>
              <w:rPr>
                <w:rFonts w:ascii="Arial" w:hAnsi="Arial"/>
                <w:sz w:val="16"/>
              </w:rPr>
              <w:t>6</w:t>
            </w:r>
          </w:p>
        </w:tc>
        <w:tc>
          <w:tcPr>
            <w:tcW w:type="dxa" w:w="2040"/>
            <w:vAlign w:val="center"/>
            <w:tcMar>
              <w:top w:w="80" w:type="dxa"/>
              <w:start w:w="80" w:type="dxa"/>
              <w:bottom w:w="80" w:type="dxa"/>
              <w:end w:w="80" w:type="dxa"/>
            </w:tcMar>
          </w:tcPr>
          <w:p>
            <w:pPr>
              <w:spacing w:after="0" w:before="0"/>
            </w:pPr>
            <w:r>
              <w:rPr>
                <w:rFonts w:ascii="Arial" w:hAnsi="Arial"/>
                <w:sz w:val="16"/>
              </w:rPr>
              <w:t>Altele</w:t>
            </w:r>
          </w:p>
        </w:tc>
        <w:tc>
          <w:tcPr>
            <w:tcW w:type="dxa" w:w="2040"/>
            <w:vAlign w:val="center"/>
            <w:tcMar>
              <w:top w:w="80" w:type="dxa"/>
              <w:start w:w="80" w:type="dxa"/>
              <w:bottom w:w="80" w:type="dxa"/>
              <w:end w:w="80" w:type="dxa"/>
            </w:tcMar>
          </w:tcPr>
          <w:p>
            <w:pPr>
              <w:spacing w:after="0" w:before="0"/>
            </w:pPr>
          </w:p>
        </w:tc>
        <w:tc>
          <w:tcPr>
            <w:tcW w:type="dxa" w:w="2040"/>
            <w:vAlign w:val="center"/>
            <w:tcMar>
              <w:top w:w="80" w:type="dxa"/>
              <w:start w:w="80" w:type="dxa"/>
              <w:bottom w:w="80" w:type="dxa"/>
              <w:end w:w="80" w:type="dxa"/>
            </w:tcMar>
          </w:tcPr>
          <w:p>
            <w:pPr>
              <w:spacing w:after="0" w:before="0"/>
            </w:pPr>
          </w:p>
        </w:tc>
        <w:tc>
          <w:tcPr>
            <w:tcW w:type="dxa" w:w="2040"/>
            <w:vAlign w:val="center"/>
            <w:tcMar>
              <w:top w:w="80" w:type="dxa"/>
              <w:start w:w="80" w:type="dxa"/>
              <w:bottom w:w="80" w:type="dxa"/>
              <w:end w:w="80" w:type="dxa"/>
            </w:tcMar>
          </w:tcPr>
          <w:p>
            <w:pPr>
              <w:spacing w:after="0" w:before="0"/>
            </w:pPr>
          </w:p>
        </w:tc>
      </w:tr>
    </w:tbl>
    <w:p>
      <w:r>
        <w:br/>
        <w:t>Data: ________________</w:t>
      </w:r>
    </w:p>
    <w:p>
      <w:r>
        <w:t>Operator economic: ______________________________________________</w:t>
      </w:r>
    </w:p>
    <w:p>
      <w:r>
        <w:t>Reprezentant legal / împuternicit: ________________________________</w:t>
      </w:r>
    </w:p>
    <w:p>
      <w:r>
        <w:t>Semnătura: ________________________________</w:t>
      </w:r>
    </w:p>
    <w:p>
      <w:pPr>
        <w:pageBreakBefore/>
        <w:jc w:val="center"/>
      </w:pPr>
      <w:r>
        <w:rPr>
          <w:rFonts w:ascii="Arial" w:hAnsi="Arial"/>
          <w:b/>
          <w:sz w:val="28"/>
        </w:rPr>
        <w:t>FORMULARUL F9</w:t>
        <w:br/>
        <w:t>PROPUNERE TEHNICĂ – MATRICE DETALIATĂ DE CONFORMITATE</w:t>
      </w:r>
    </w:p>
    <w:p>
      <w:pPr>
        <w:jc w:val="center"/>
      </w:pPr>
      <w:r>
        <w:rPr>
          <w:rFonts w:ascii="Arial" w:hAnsi="Arial"/>
          <w:i/>
          <w:sz w:val="18"/>
        </w:rPr>
        <w:t>Achiziție: Servicii de catering pentru asigurarea suportului alimentar – masă caldă – pentru elevii Școlii Gimnaziale Bălăcița, în cadrul PNMS 2026</w:t>
      </w:r>
    </w:p>
    <w:p>
      <w:r>
        <w:t>Ofertantul va completa obligatoriu fiecare rând. Formulări de tipul „conform caietului de sarcini” fără explicarea concretă a modului de îndeplinire pot fi considerate insuficiente dacă nu permit verificarea cerinței.</w:t>
      </w:r>
    </w:p>
    <w:tbl>
      <w:tblPr>
        <w:tblStyle w:val="TableGrid"/>
        <w:tblW w:type="auto" w:w="0"/>
        <w:jc w:val="center"/>
        <w:tblLook w:firstColumn="1" w:firstRow="1" w:lastColumn="0" w:lastRow="0" w:noHBand="0" w:noVBand="1" w:val="04A0"/>
      </w:tblPr>
      <w:tblGrid>
        <w:gridCol w:w="2040"/>
        <w:gridCol w:w="2040"/>
        <w:gridCol w:w="2040"/>
        <w:gridCol w:w="2040"/>
        <w:gridCol w:w="2040"/>
      </w:tblGrid>
      <w:tr>
        <w:trPr>
          <w:tblHeader w:val="true"/>
        </w:trPr>
        <w:tc>
          <w:tcPr>
            <w:tcW w:type="dxa" w:w="2040"/>
            <w:vAlign w:val="center"/>
            <w:tcMar>
              <w:top w:w="80" w:type="dxa"/>
              <w:start w:w="80" w:type="dxa"/>
              <w:bottom w:w="80" w:type="dxa"/>
              <w:end w:w="80" w:type="dxa"/>
            </w:tcMar>
            <w:shd w:fill="D9EAF7"/>
          </w:tcPr>
          <w:p>
            <w:pPr>
              <w:spacing w:after="0" w:before="0"/>
            </w:pPr>
            <w:r>
              <w:rPr>
                <w:rFonts w:ascii="Arial" w:hAnsi="Arial"/>
                <w:b/>
                <w:sz w:val="14"/>
              </w:rPr>
              <w:t>Nr.</w:t>
            </w:r>
          </w:p>
        </w:tc>
        <w:tc>
          <w:tcPr>
            <w:tcW w:type="dxa" w:w="2040"/>
            <w:vAlign w:val="center"/>
            <w:tcMar>
              <w:top w:w="80" w:type="dxa"/>
              <w:start w:w="80" w:type="dxa"/>
              <w:bottom w:w="80" w:type="dxa"/>
              <w:end w:w="80" w:type="dxa"/>
            </w:tcMar>
            <w:shd w:fill="D9EAF7"/>
          </w:tcPr>
          <w:p>
            <w:pPr>
              <w:spacing w:after="0" w:before="0"/>
            </w:pPr>
            <w:r>
              <w:rPr>
                <w:rFonts w:ascii="Arial" w:hAnsi="Arial"/>
                <w:b/>
                <w:sz w:val="14"/>
              </w:rPr>
              <w:t>Cerință</w:t>
            </w:r>
          </w:p>
        </w:tc>
        <w:tc>
          <w:tcPr>
            <w:tcW w:type="dxa" w:w="2040"/>
            <w:vAlign w:val="center"/>
            <w:tcMar>
              <w:top w:w="80" w:type="dxa"/>
              <w:start w:w="80" w:type="dxa"/>
              <w:bottom w:w="80" w:type="dxa"/>
              <w:end w:w="80" w:type="dxa"/>
            </w:tcMar>
            <w:shd w:fill="D9EAF7"/>
          </w:tcPr>
          <w:p>
            <w:pPr>
              <w:spacing w:after="0" w:before="0"/>
            </w:pPr>
            <w:r>
              <w:rPr>
                <w:rFonts w:ascii="Arial" w:hAnsi="Arial"/>
                <w:b/>
                <w:sz w:val="14"/>
              </w:rPr>
              <w:t>Cerința minimă</w:t>
            </w:r>
          </w:p>
        </w:tc>
        <w:tc>
          <w:tcPr>
            <w:tcW w:type="dxa" w:w="2040"/>
            <w:vAlign w:val="center"/>
            <w:tcMar>
              <w:top w:w="80" w:type="dxa"/>
              <w:start w:w="80" w:type="dxa"/>
              <w:bottom w:w="80" w:type="dxa"/>
              <w:end w:w="80" w:type="dxa"/>
            </w:tcMar>
            <w:shd w:fill="D9EAF7"/>
          </w:tcPr>
          <w:p>
            <w:pPr>
              <w:spacing w:after="0" w:before="0"/>
            </w:pPr>
            <w:r>
              <w:rPr>
                <w:rFonts w:ascii="Arial" w:hAnsi="Arial"/>
                <w:b/>
                <w:sz w:val="14"/>
              </w:rPr>
              <w:t>Mod concret de îndeplinire propus</w:t>
            </w:r>
          </w:p>
        </w:tc>
        <w:tc>
          <w:tcPr>
            <w:tcW w:type="dxa" w:w="2040"/>
            <w:vAlign w:val="center"/>
            <w:tcMar>
              <w:top w:w="80" w:type="dxa"/>
              <w:start w:w="80" w:type="dxa"/>
              <w:bottom w:w="80" w:type="dxa"/>
              <w:end w:w="80" w:type="dxa"/>
            </w:tcMar>
            <w:shd w:fill="D9EAF7"/>
          </w:tcPr>
          <w:p>
            <w:pPr>
              <w:spacing w:after="0" w:before="0"/>
            </w:pPr>
            <w:r>
              <w:rPr>
                <w:rFonts w:ascii="Arial" w:hAnsi="Arial"/>
                <w:b/>
                <w:sz w:val="14"/>
              </w:rPr>
              <w:t>Document/Anexă suport</w:t>
            </w:r>
          </w:p>
        </w:tc>
      </w:tr>
      <w:tr>
        <w:tc>
          <w:tcPr>
            <w:tcW w:type="dxa" w:w="2040"/>
            <w:vAlign w:val="center"/>
            <w:tcMar>
              <w:top w:w="80" w:type="dxa"/>
              <w:start w:w="80" w:type="dxa"/>
              <w:bottom w:w="80" w:type="dxa"/>
              <w:end w:w="80" w:type="dxa"/>
            </w:tcMar>
          </w:tcPr>
          <w:p>
            <w:pPr>
              <w:spacing w:after="0" w:before="0"/>
            </w:pPr>
            <w:r>
              <w:rPr>
                <w:rFonts w:ascii="Arial" w:hAnsi="Arial"/>
                <w:sz w:val="14"/>
              </w:rPr>
              <w:t>1</w:t>
            </w:r>
          </w:p>
        </w:tc>
        <w:tc>
          <w:tcPr>
            <w:tcW w:type="dxa" w:w="2040"/>
            <w:vAlign w:val="center"/>
            <w:tcMar>
              <w:top w:w="80" w:type="dxa"/>
              <w:start w:w="80" w:type="dxa"/>
              <w:bottom w:w="80" w:type="dxa"/>
              <w:end w:w="80" w:type="dxa"/>
            </w:tcMar>
          </w:tcPr>
          <w:p>
            <w:pPr>
              <w:spacing w:after="0" w:before="0"/>
            </w:pPr>
            <w:r>
              <w:rPr>
                <w:rFonts w:ascii="Arial" w:hAnsi="Arial"/>
                <w:sz w:val="14"/>
              </w:rPr>
              <w:t>Obiect și flux complet</w:t>
            </w:r>
          </w:p>
        </w:tc>
        <w:tc>
          <w:tcPr>
            <w:tcW w:type="dxa" w:w="2040"/>
            <w:vAlign w:val="center"/>
            <w:tcMar>
              <w:top w:w="80" w:type="dxa"/>
              <w:start w:w="80" w:type="dxa"/>
              <w:bottom w:w="80" w:type="dxa"/>
              <w:end w:w="80" w:type="dxa"/>
            </w:tcMar>
          </w:tcPr>
          <w:p>
            <w:pPr>
              <w:spacing w:after="0" w:before="0"/>
            </w:pPr>
            <w:r>
              <w:rPr>
                <w:rFonts w:ascii="Arial" w:hAnsi="Arial"/>
                <w:sz w:val="14"/>
              </w:rPr>
              <w:t>Pregătire, preparare, porționare, ambalare, transport și livrare zilnică la comandă.</w:t>
            </w:r>
          </w:p>
        </w:tc>
        <w:tc>
          <w:tcPr>
            <w:tcW w:type="dxa" w:w="2040"/>
            <w:vAlign w:val="center"/>
            <w:tcMar>
              <w:top w:w="80" w:type="dxa"/>
              <w:start w:w="80" w:type="dxa"/>
              <w:bottom w:w="80" w:type="dxa"/>
              <w:end w:w="80" w:type="dxa"/>
            </w:tcMar>
          </w:tcPr>
          <w:p>
            <w:pPr>
              <w:spacing w:after="0" w:before="0"/>
            </w:pPr>
            <w:r>
              <w:rPr>
                <w:rFonts w:ascii="Arial" w:hAnsi="Arial"/>
                <w:sz w:val="14"/>
              </w:rPr>
            </w:r>
          </w:p>
        </w:tc>
        <w:tc>
          <w:tcPr>
            <w:tcW w:type="dxa" w:w="2040"/>
            <w:vAlign w:val="center"/>
            <w:tcMar>
              <w:top w:w="80" w:type="dxa"/>
              <w:start w:w="80" w:type="dxa"/>
              <w:bottom w:w="80" w:type="dxa"/>
              <w:end w:w="80" w:type="dxa"/>
            </w:tcMar>
          </w:tcPr>
          <w:p>
            <w:pPr>
              <w:spacing w:after="0" w:before="0"/>
            </w:pPr>
            <w:r>
              <w:rPr>
                <w:rFonts w:ascii="Arial" w:hAnsi="Arial"/>
                <w:sz w:val="14"/>
              </w:rPr>
            </w:r>
          </w:p>
        </w:tc>
      </w:tr>
      <w:tr>
        <w:tc>
          <w:tcPr>
            <w:tcW w:type="dxa" w:w="2040"/>
            <w:vAlign w:val="center"/>
            <w:tcMar>
              <w:top w:w="80" w:type="dxa"/>
              <w:start w:w="80" w:type="dxa"/>
              <w:bottom w:w="80" w:type="dxa"/>
              <w:end w:w="80" w:type="dxa"/>
            </w:tcMar>
          </w:tcPr>
          <w:p>
            <w:pPr>
              <w:spacing w:after="0" w:before="0"/>
            </w:pPr>
            <w:r>
              <w:rPr>
                <w:rFonts w:ascii="Arial" w:hAnsi="Arial"/>
                <w:sz w:val="14"/>
              </w:rPr>
              <w:t>2</w:t>
            </w:r>
          </w:p>
        </w:tc>
        <w:tc>
          <w:tcPr>
            <w:tcW w:type="dxa" w:w="2040"/>
            <w:vAlign w:val="center"/>
            <w:tcMar>
              <w:top w:w="80" w:type="dxa"/>
              <w:start w:w="80" w:type="dxa"/>
              <w:bottom w:w="80" w:type="dxa"/>
              <w:end w:w="80" w:type="dxa"/>
            </w:tcMar>
          </w:tcPr>
          <w:p>
            <w:pPr>
              <w:spacing w:after="0" w:before="0"/>
            </w:pPr>
            <w:r>
              <w:rPr>
                <w:rFonts w:ascii="Arial" w:hAnsi="Arial"/>
                <w:sz w:val="14"/>
              </w:rPr>
              <w:t>Preparare</w:t>
            </w:r>
          </w:p>
        </w:tc>
        <w:tc>
          <w:tcPr>
            <w:tcW w:type="dxa" w:w="2040"/>
            <w:vAlign w:val="center"/>
            <w:tcMar>
              <w:top w:w="80" w:type="dxa"/>
              <w:start w:w="80" w:type="dxa"/>
              <w:bottom w:w="80" w:type="dxa"/>
              <w:end w:w="80" w:type="dxa"/>
            </w:tcMar>
          </w:tcPr>
          <w:p>
            <w:pPr>
              <w:spacing w:after="0" w:before="0"/>
            </w:pPr>
            <w:r>
              <w:rPr>
                <w:rFonts w:ascii="Arial" w:hAnsi="Arial"/>
                <w:sz w:val="14"/>
              </w:rPr>
              <w:t>Hrana se gătește în dimineața zilei de servire și se livrează în aceeași zi.</w:t>
            </w:r>
          </w:p>
        </w:tc>
        <w:tc>
          <w:tcPr>
            <w:tcW w:type="dxa" w:w="2040"/>
            <w:vAlign w:val="center"/>
            <w:tcMar>
              <w:top w:w="80" w:type="dxa"/>
              <w:start w:w="80" w:type="dxa"/>
              <w:bottom w:w="80" w:type="dxa"/>
              <w:end w:w="80" w:type="dxa"/>
            </w:tcMar>
          </w:tcPr>
          <w:p>
            <w:pPr>
              <w:spacing w:after="0" w:before="0"/>
            </w:pPr>
            <w:r>
              <w:rPr>
                <w:rFonts w:ascii="Arial" w:hAnsi="Arial"/>
                <w:sz w:val="14"/>
              </w:rPr>
            </w:r>
          </w:p>
        </w:tc>
        <w:tc>
          <w:tcPr>
            <w:tcW w:type="dxa" w:w="2040"/>
            <w:vAlign w:val="center"/>
            <w:tcMar>
              <w:top w:w="80" w:type="dxa"/>
              <w:start w:w="80" w:type="dxa"/>
              <w:bottom w:w="80" w:type="dxa"/>
              <w:end w:w="80" w:type="dxa"/>
            </w:tcMar>
          </w:tcPr>
          <w:p>
            <w:pPr>
              <w:spacing w:after="0" w:before="0"/>
            </w:pPr>
            <w:r>
              <w:rPr>
                <w:rFonts w:ascii="Arial" w:hAnsi="Arial"/>
                <w:sz w:val="14"/>
              </w:rPr>
            </w:r>
          </w:p>
        </w:tc>
      </w:tr>
      <w:tr>
        <w:tc>
          <w:tcPr>
            <w:tcW w:type="dxa" w:w="2040"/>
            <w:vAlign w:val="center"/>
            <w:tcMar>
              <w:top w:w="80" w:type="dxa"/>
              <w:start w:w="80" w:type="dxa"/>
              <w:bottom w:w="80" w:type="dxa"/>
              <w:end w:w="80" w:type="dxa"/>
            </w:tcMar>
          </w:tcPr>
          <w:p>
            <w:pPr>
              <w:spacing w:after="0" w:before="0"/>
            </w:pPr>
            <w:r>
              <w:rPr>
                <w:rFonts w:ascii="Arial" w:hAnsi="Arial"/>
                <w:sz w:val="14"/>
              </w:rPr>
              <w:t>3</w:t>
            </w:r>
          </w:p>
        </w:tc>
        <w:tc>
          <w:tcPr>
            <w:tcW w:type="dxa" w:w="2040"/>
            <w:vAlign w:val="center"/>
            <w:tcMar>
              <w:top w:w="80" w:type="dxa"/>
              <w:start w:w="80" w:type="dxa"/>
              <w:bottom w:w="80" w:type="dxa"/>
              <w:end w:w="80" w:type="dxa"/>
            </w:tcMar>
          </w:tcPr>
          <w:p>
            <w:pPr>
              <w:spacing w:after="0" w:before="0"/>
            </w:pPr>
            <w:r>
              <w:rPr>
                <w:rFonts w:ascii="Arial" w:hAnsi="Arial"/>
                <w:sz w:val="14"/>
              </w:rPr>
              <w:t>Materii prime și rețete</w:t>
            </w:r>
          </w:p>
        </w:tc>
        <w:tc>
          <w:tcPr>
            <w:tcW w:type="dxa" w:w="2040"/>
            <w:vAlign w:val="center"/>
            <w:tcMar>
              <w:top w:w="80" w:type="dxa"/>
              <w:start w:w="80" w:type="dxa"/>
              <w:bottom w:w="80" w:type="dxa"/>
              <w:end w:w="80" w:type="dxa"/>
            </w:tcMar>
          </w:tcPr>
          <w:p>
            <w:pPr>
              <w:spacing w:after="0" w:before="0"/>
            </w:pPr>
            <w:r>
              <w:rPr>
                <w:rFonts w:ascii="Arial" w:hAnsi="Arial"/>
                <w:sz w:val="14"/>
              </w:rPr>
              <w:t>Materii prime conforme; rețete și gramaje corelate cu meniul și normele PNMS.</w:t>
            </w:r>
          </w:p>
        </w:tc>
        <w:tc>
          <w:tcPr>
            <w:tcW w:type="dxa" w:w="2040"/>
            <w:vAlign w:val="center"/>
            <w:tcMar>
              <w:top w:w="80" w:type="dxa"/>
              <w:start w:w="80" w:type="dxa"/>
              <w:bottom w:w="80" w:type="dxa"/>
              <w:end w:w="80" w:type="dxa"/>
            </w:tcMar>
          </w:tcPr>
          <w:p>
            <w:pPr>
              <w:spacing w:after="0" w:before="0"/>
            </w:pPr>
            <w:r>
              <w:rPr>
                <w:rFonts w:ascii="Arial" w:hAnsi="Arial"/>
                <w:sz w:val="14"/>
              </w:rPr>
            </w:r>
          </w:p>
        </w:tc>
        <w:tc>
          <w:tcPr>
            <w:tcW w:type="dxa" w:w="2040"/>
            <w:vAlign w:val="center"/>
            <w:tcMar>
              <w:top w:w="80" w:type="dxa"/>
              <w:start w:w="80" w:type="dxa"/>
              <w:bottom w:w="80" w:type="dxa"/>
              <w:end w:w="80" w:type="dxa"/>
            </w:tcMar>
          </w:tcPr>
          <w:p>
            <w:pPr>
              <w:spacing w:after="0" w:before="0"/>
            </w:pPr>
            <w:r>
              <w:rPr>
                <w:rFonts w:ascii="Arial" w:hAnsi="Arial"/>
                <w:sz w:val="14"/>
              </w:rPr>
            </w:r>
          </w:p>
        </w:tc>
      </w:tr>
      <w:tr>
        <w:tc>
          <w:tcPr>
            <w:tcW w:type="dxa" w:w="2040"/>
            <w:vAlign w:val="center"/>
            <w:tcMar>
              <w:top w:w="80" w:type="dxa"/>
              <w:start w:w="80" w:type="dxa"/>
              <w:bottom w:w="80" w:type="dxa"/>
              <w:end w:w="80" w:type="dxa"/>
            </w:tcMar>
          </w:tcPr>
          <w:p>
            <w:pPr>
              <w:spacing w:after="0" w:before="0"/>
            </w:pPr>
            <w:r>
              <w:rPr>
                <w:rFonts w:ascii="Arial" w:hAnsi="Arial"/>
                <w:sz w:val="14"/>
              </w:rPr>
              <w:t>4</w:t>
            </w:r>
          </w:p>
        </w:tc>
        <w:tc>
          <w:tcPr>
            <w:tcW w:type="dxa" w:w="2040"/>
            <w:vAlign w:val="center"/>
            <w:tcMar>
              <w:top w:w="80" w:type="dxa"/>
              <w:start w:w="80" w:type="dxa"/>
              <w:bottom w:w="80" w:type="dxa"/>
              <w:end w:w="80" w:type="dxa"/>
            </w:tcMar>
          </w:tcPr>
          <w:p>
            <w:pPr>
              <w:spacing w:after="0" w:before="0"/>
            </w:pPr>
            <w:r>
              <w:rPr>
                <w:rFonts w:ascii="Arial" w:hAnsi="Arial"/>
                <w:sz w:val="14"/>
              </w:rPr>
              <w:t>Meniuri</w:t>
            </w:r>
          </w:p>
        </w:tc>
        <w:tc>
          <w:tcPr>
            <w:tcW w:type="dxa" w:w="2040"/>
            <w:vAlign w:val="center"/>
            <w:tcMar>
              <w:top w:w="80" w:type="dxa"/>
              <w:start w:w="80" w:type="dxa"/>
              <w:bottom w:w="80" w:type="dxa"/>
              <w:end w:w="80" w:type="dxa"/>
            </w:tcMar>
          </w:tcPr>
          <w:p>
            <w:pPr>
              <w:spacing w:after="0" w:before="0"/>
            </w:pPr>
            <w:r>
              <w:rPr>
                <w:rFonts w:ascii="Arial" w:hAnsi="Arial"/>
                <w:sz w:val="14"/>
              </w:rPr>
              <w:t>Minimum 10 zile consecutive; preparate, ingrediente principale, gramaje/porție, valori nutriționale orientative, alergeni.</w:t>
            </w:r>
          </w:p>
        </w:tc>
        <w:tc>
          <w:tcPr>
            <w:tcW w:type="dxa" w:w="2040"/>
            <w:vAlign w:val="center"/>
            <w:tcMar>
              <w:top w:w="80" w:type="dxa"/>
              <w:start w:w="80" w:type="dxa"/>
              <w:bottom w:w="80" w:type="dxa"/>
              <w:end w:w="80" w:type="dxa"/>
            </w:tcMar>
          </w:tcPr>
          <w:p>
            <w:pPr>
              <w:spacing w:after="0" w:before="0"/>
            </w:pPr>
            <w:r>
              <w:rPr>
                <w:rFonts w:ascii="Arial" w:hAnsi="Arial"/>
                <w:sz w:val="14"/>
              </w:rPr>
            </w:r>
          </w:p>
        </w:tc>
        <w:tc>
          <w:tcPr>
            <w:tcW w:type="dxa" w:w="2040"/>
            <w:vAlign w:val="center"/>
            <w:tcMar>
              <w:top w:w="80" w:type="dxa"/>
              <w:start w:w="80" w:type="dxa"/>
              <w:bottom w:w="80" w:type="dxa"/>
              <w:end w:w="80" w:type="dxa"/>
            </w:tcMar>
          </w:tcPr>
          <w:p>
            <w:pPr>
              <w:spacing w:after="0" w:before="0"/>
            </w:pPr>
            <w:r>
              <w:rPr>
                <w:rFonts w:ascii="Arial" w:hAnsi="Arial"/>
                <w:sz w:val="14"/>
              </w:rPr>
            </w:r>
          </w:p>
        </w:tc>
      </w:tr>
      <w:tr>
        <w:tc>
          <w:tcPr>
            <w:tcW w:type="dxa" w:w="2040"/>
            <w:vAlign w:val="center"/>
            <w:tcMar>
              <w:top w:w="80" w:type="dxa"/>
              <w:start w:w="80" w:type="dxa"/>
              <w:bottom w:w="80" w:type="dxa"/>
              <w:end w:w="80" w:type="dxa"/>
            </w:tcMar>
          </w:tcPr>
          <w:p>
            <w:pPr>
              <w:spacing w:after="0" w:before="0"/>
            </w:pPr>
            <w:r>
              <w:rPr>
                <w:rFonts w:ascii="Arial" w:hAnsi="Arial"/>
                <w:sz w:val="14"/>
              </w:rPr>
              <w:t>5</w:t>
            </w:r>
          </w:p>
        </w:tc>
        <w:tc>
          <w:tcPr>
            <w:tcW w:type="dxa" w:w="2040"/>
            <w:vAlign w:val="center"/>
            <w:tcMar>
              <w:top w:w="80" w:type="dxa"/>
              <w:start w:w="80" w:type="dxa"/>
              <w:bottom w:w="80" w:type="dxa"/>
              <w:end w:w="80" w:type="dxa"/>
            </w:tcMar>
          </w:tcPr>
          <w:p>
            <w:pPr>
              <w:spacing w:after="0" w:before="0"/>
            </w:pPr>
            <w:r>
              <w:rPr>
                <w:rFonts w:ascii="Arial" w:hAnsi="Arial"/>
                <w:sz w:val="14"/>
              </w:rPr>
              <w:t>Regimuri speciale</w:t>
            </w:r>
          </w:p>
        </w:tc>
        <w:tc>
          <w:tcPr>
            <w:tcW w:type="dxa" w:w="2040"/>
            <w:vAlign w:val="center"/>
            <w:tcMar>
              <w:top w:w="80" w:type="dxa"/>
              <w:start w:w="80" w:type="dxa"/>
              <w:bottom w:w="80" w:type="dxa"/>
              <w:end w:w="80" w:type="dxa"/>
            </w:tcMar>
          </w:tcPr>
          <w:p>
            <w:pPr>
              <w:spacing w:after="0" w:before="0"/>
            </w:pPr>
            <w:r>
              <w:rPr>
                <w:rFonts w:ascii="Arial" w:hAnsi="Arial"/>
                <w:sz w:val="14"/>
              </w:rPr>
              <w:t>Variantă adecvată pentru alergii/intoleranțe/regim medical/restricții religioase, pe baza solicitărilor justificate.</w:t>
            </w:r>
          </w:p>
        </w:tc>
        <w:tc>
          <w:tcPr>
            <w:tcW w:type="dxa" w:w="2040"/>
            <w:vAlign w:val="center"/>
            <w:tcMar>
              <w:top w:w="80" w:type="dxa"/>
              <w:start w:w="80" w:type="dxa"/>
              <w:bottom w:w="80" w:type="dxa"/>
              <w:end w:w="80" w:type="dxa"/>
            </w:tcMar>
          </w:tcPr>
          <w:p>
            <w:pPr>
              <w:spacing w:after="0" w:before="0"/>
            </w:pPr>
            <w:r>
              <w:rPr>
                <w:rFonts w:ascii="Arial" w:hAnsi="Arial"/>
                <w:sz w:val="14"/>
              </w:rPr>
            </w:r>
          </w:p>
        </w:tc>
        <w:tc>
          <w:tcPr>
            <w:tcW w:type="dxa" w:w="2040"/>
            <w:vAlign w:val="center"/>
            <w:tcMar>
              <w:top w:w="80" w:type="dxa"/>
              <w:start w:w="80" w:type="dxa"/>
              <w:bottom w:w="80" w:type="dxa"/>
              <w:end w:w="80" w:type="dxa"/>
            </w:tcMar>
          </w:tcPr>
          <w:p>
            <w:pPr>
              <w:spacing w:after="0" w:before="0"/>
            </w:pPr>
            <w:r>
              <w:rPr>
                <w:rFonts w:ascii="Arial" w:hAnsi="Arial"/>
                <w:sz w:val="14"/>
              </w:rPr>
            </w:r>
          </w:p>
        </w:tc>
      </w:tr>
      <w:tr>
        <w:tc>
          <w:tcPr>
            <w:tcW w:type="dxa" w:w="2040"/>
            <w:vAlign w:val="center"/>
            <w:tcMar>
              <w:top w:w="80" w:type="dxa"/>
              <w:start w:w="80" w:type="dxa"/>
              <w:bottom w:w="80" w:type="dxa"/>
              <w:end w:w="80" w:type="dxa"/>
            </w:tcMar>
          </w:tcPr>
          <w:p>
            <w:pPr>
              <w:spacing w:after="0" w:before="0"/>
            </w:pPr>
            <w:r>
              <w:rPr>
                <w:rFonts w:ascii="Arial" w:hAnsi="Arial"/>
                <w:sz w:val="14"/>
              </w:rPr>
              <w:t>6</w:t>
            </w:r>
          </w:p>
        </w:tc>
        <w:tc>
          <w:tcPr>
            <w:tcW w:type="dxa" w:w="2040"/>
            <w:vAlign w:val="center"/>
            <w:tcMar>
              <w:top w:w="80" w:type="dxa"/>
              <w:start w:w="80" w:type="dxa"/>
              <w:bottom w:w="80" w:type="dxa"/>
              <w:end w:w="80" w:type="dxa"/>
            </w:tcMar>
          </w:tcPr>
          <w:p>
            <w:pPr>
              <w:spacing w:after="0" w:before="0"/>
            </w:pPr>
            <w:r>
              <w:rPr>
                <w:rFonts w:ascii="Arial" w:hAnsi="Arial"/>
                <w:sz w:val="14"/>
              </w:rPr>
              <w:t>Ambalare</w:t>
            </w:r>
          </w:p>
        </w:tc>
        <w:tc>
          <w:tcPr>
            <w:tcW w:type="dxa" w:w="2040"/>
            <w:vAlign w:val="center"/>
            <w:tcMar>
              <w:top w:w="80" w:type="dxa"/>
              <w:start w:w="80" w:type="dxa"/>
              <w:bottom w:w="80" w:type="dxa"/>
              <w:end w:w="80" w:type="dxa"/>
            </w:tcMar>
          </w:tcPr>
          <w:p>
            <w:pPr>
              <w:spacing w:after="0" w:before="0"/>
            </w:pPr>
            <w:r>
              <w:rPr>
                <w:rFonts w:ascii="Arial" w:hAnsi="Arial"/>
                <w:sz w:val="14"/>
              </w:rPr>
              <w:t>Porții individuale în recipiente adecvate contactului cu alimentele și temperaturii produsului.</w:t>
            </w:r>
          </w:p>
        </w:tc>
        <w:tc>
          <w:tcPr>
            <w:tcW w:type="dxa" w:w="2040"/>
            <w:vAlign w:val="center"/>
            <w:tcMar>
              <w:top w:w="80" w:type="dxa"/>
              <w:start w:w="80" w:type="dxa"/>
              <w:bottom w:w="80" w:type="dxa"/>
              <w:end w:w="80" w:type="dxa"/>
            </w:tcMar>
          </w:tcPr>
          <w:p>
            <w:pPr>
              <w:spacing w:after="0" w:before="0"/>
            </w:pPr>
            <w:r>
              <w:rPr>
                <w:rFonts w:ascii="Arial" w:hAnsi="Arial"/>
                <w:sz w:val="14"/>
              </w:rPr>
            </w:r>
          </w:p>
        </w:tc>
        <w:tc>
          <w:tcPr>
            <w:tcW w:type="dxa" w:w="2040"/>
            <w:vAlign w:val="center"/>
            <w:tcMar>
              <w:top w:w="80" w:type="dxa"/>
              <w:start w:w="80" w:type="dxa"/>
              <w:bottom w:w="80" w:type="dxa"/>
              <w:end w:w="80" w:type="dxa"/>
            </w:tcMar>
          </w:tcPr>
          <w:p>
            <w:pPr>
              <w:spacing w:after="0" w:before="0"/>
            </w:pPr>
            <w:r>
              <w:rPr>
                <w:rFonts w:ascii="Arial" w:hAnsi="Arial"/>
                <w:sz w:val="14"/>
              </w:rPr>
            </w:r>
          </w:p>
        </w:tc>
      </w:tr>
      <w:tr>
        <w:tc>
          <w:tcPr>
            <w:tcW w:type="dxa" w:w="2040"/>
            <w:vAlign w:val="center"/>
            <w:tcMar>
              <w:top w:w="80" w:type="dxa"/>
              <w:start w:w="80" w:type="dxa"/>
              <w:bottom w:w="80" w:type="dxa"/>
              <w:end w:w="80" w:type="dxa"/>
            </w:tcMar>
          </w:tcPr>
          <w:p>
            <w:pPr>
              <w:spacing w:after="0" w:before="0"/>
            </w:pPr>
            <w:r>
              <w:rPr>
                <w:rFonts w:ascii="Arial" w:hAnsi="Arial"/>
                <w:sz w:val="14"/>
              </w:rPr>
              <w:t>7</w:t>
            </w:r>
          </w:p>
        </w:tc>
        <w:tc>
          <w:tcPr>
            <w:tcW w:type="dxa" w:w="2040"/>
            <w:vAlign w:val="center"/>
            <w:tcMar>
              <w:top w:w="80" w:type="dxa"/>
              <w:start w:w="80" w:type="dxa"/>
              <w:bottom w:w="80" w:type="dxa"/>
              <w:end w:w="80" w:type="dxa"/>
            </w:tcMar>
          </w:tcPr>
          <w:p>
            <w:pPr>
              <w:spacing w:after="0" w:before="0"/>
            </w:pPr>
            <w:r>
              <w:rPr>
                <w:rFonts w:ascii="Arial" w:hAnsi="Arial"/>
                <w:sz w:val="14"/>
              </w:rPr>
              <w:t>Etichetare</w:t>
            </w:r>
          </w:p>
        </w:tc>
        <w:tc>
          <w:tcPr>
            <w:tcW w:type="dxa" w:w="2040"/>
            <w:vAlign w:val="center"/>
            <w:tcMar>
              <w:top w:w="80" w:type="dxa"/>
              <w:start w:w="80" w:type="dxa"/>
              <w:bottom w:w="80" w:type="dxa"/>
              <w:end w:w="80" w:type="dxa"/>
            </w:tcMar>
          </w:tcPr>
          <w:p>
            <w:pPr>
              <w:spacing w:after="0" w:before="0"/>
            </w:pPr>
            <w:r>
              <w:rPr>
                <w:rFonts w:ascii="Arial" w:hAnsi="Arial"/>
                <w:sz w:val="14"/>
              </w:rPr>
              <w:t>Denumire preparat, data producerii, termen de consum, condiții de păstrare, alergeni – pe etichetă/document însoțitor.</w:t>
            </w:r>
          </w:p>
        </w:tc>
        <w:tc>
          <w:tcPr>
            <w:tcW w:type="dxa" w:w="2040"/>
            <w:vAlign w:val="center"/>
            <w:tcMar>
              <w:top w:w="80" w:type="dxa"/>
              <w:start w:w="80" w:type="dxa"/>
              <w:bottom w:w="80" w:type="dxa"/>
              <w:end w:w="80" w:type="dxa"/>
            </w:tcMar>
          </w:tcPr>
          <w:p>
            <w:pPr>
              <w:spacing w:after="0" w:before="0"/>
            </w:pPr>
            <w:r>
              <w:rPr>
                <w:rFonts w:ascii="Arial" w:hAnsi="Arial"/>
                <w:sz w:val="14"/>
              </w:rPr>
            </w:r>
          </w:p>
        </w:tc>
        <w:tc>
          <w:tcPr>
            <w:tcW w:type="dxa" w:w="2040"/>
            <w:vAlign w:val="center"/>
            <w:tcMar>
              <w:top w:w="80" w:type="dxa"/>
              <w:start w:w="80" w:type="dxa"/>
              <w:bottom w:w="80" w:type="dxa"/>
              <w:end w:w="80" w:type="dxa"/>
            </w:tcMar>
          </w:tcPr>
          <w:p>
            <w:pPr>
              <w:spacing w:after="0" w:before="0"/>
            </w:pPr>
            <w:r>
              <w:rPr>
                <w:rFonts w:ascii="Arial" w:hAnsi="Arial"/>
                <w:sz w:val="14"/>
              </w:rPr>
            </w:r>
          </w:p>
        </w:tc>
      </w:tr>
      <w:tr>
        <w:tc>
          <w:tcPr>
            <w:tcW w:type="dxa" w:w="2040"/>
            <w:vAlign w:val="center"/>
            <w:tcMar>
              <w:top w:w="80" w:type="dxa"/>
              <w:start w:w="80" w:type="dxa"/>
              <w:bottom w:w="80" w:type="dxa"/>
              <w:end w:w="80" w:type="dxa"/>
            </w:tcMar>
          </w:tcPr>
          <w:p>
            <w:pPr>
              <w:spacing w:after="0" w:before="0"/>
            </w:pPr>
            <w:r>
              <w:rPr>
                <w:rFonts w:ascii="Arial" w:hAnsi="Arial"/>
                <w:sz w:val="14"/>
              </w:rPr>
              <w:t>8</w:t>
            </w:r>
          </w:p>
        </w:tc>
        <w:tc>
          <w:tcPr>
            <w:tcW w:type="dxa" w:w="2040"/>
            <w:vAlign w:val="center"/>
            <w:tcMar>
              <w:top w:w="80" w:type="dxa"/>
              <w:start w:w="80" w:type="dxa"/>
              <w:bottom w:w="80" w:type="dxa"/>
              <w:end w:w="80" w:type="dxa"/>
            </w:tcMar>
          </w:tcPr>
          <w:p>
            <w:pPr>
              <w:spacing w:after="0" w:before="0"/>
            </w:pPr>
            <w:r>
              <w:rPr>
                <w:rFonts w:ascii="Arial" w:hAnsi="Arial"/>
                <w:sz w:val="14"/>
              </w:rPr>
              <w:t>Consumabile</w:t>
            </w:r>
          </w:p>
        </w:tc>
        <w:tc>
          <w:tcPr>
            <w:tcW w:type="dxa" w:w="2040"/>
            <w:vAlign w:val="center"/>
            <w:tcMar>
              <w:top w:w="80" w:type="dxa"/>
              <w:start w:w="80" w:type="dxa"/>
              <w:bottom w:w="80" w:type="dxa"/>
              <w:end w:w="80" w:type="dxa"/>
            </w:tcMar>
          </w:tcPr>
          <w:p>
            <w:pPr>
              <w:spacing w:after="0" w:before="0"/>
            </w:pPr>
            <w:r>
              <w:rPr>
                <w:rFonts w:ascii="Arial" w:hAnsi="Arial"/>
                <w:sz w:val="14"/>
              </w:rPr>
              <w:t>Tacâmuri, șervețele și consumabile necesare, dacă meniul impune, incluse în preț.</w:t>
            </w:r>
          </w:p>
        </w:tc>
        <w:tc>
          <w:tcPr>
            <w:tcW w:type="dxa" w:w="2040"/>
            <w:vAlign w:val="center"/>
            <w:tcMar>
              <w:top w:w="80" w:type="dxa"/>
              <w:start w:w="80" w:type="dxa"/>
              <w:bottom w:w="80" w:type="dxa"/>
              <w:end w:w="80" w:type="dxa"/>
            </w:tcMar>
          </w:tcPr>
          <w:p>
            <w:pPr>
              <w:spacing w:after="0" w:before="0"/>
            </w:pPr>
            <w:r>
              <w:rPr>
                <w:rFonts w:ascii="Arial" w:hAnsi="Arial"/>
                <w:sz w:val="14"/>
              </w:rPr>
            </w:r>
          </w:p>
        </w:tc>
        <w:tc>
          <w:tcPr>
            <w:tcW w:type="dxa" w:w="2040"/>
            <w:vAlign w:val="center"/>
            <w:tcMar>
              <w:top w:w="80" w:type="dxa"/>
              <w:start w:w="80" w:type="dxa"/>
              <w:bottom w:w="80" w:type="dxa"/>
              <w:end w:w="80" w:type="dxa"/>
            </w:tcMar>
          </w:tcPr>
          <w:p>
            <w:pPr>
              <w:spacing w:after="0" w:before="0"/>
            </w:pPr>
            <w:r>
              <w:rPr>
                <w:rFonts w:ascii="Arial" w:hAnsi="Arial"/>
                <w:sz w:val="14"/>
              </w:rPr>
            </w:r>
          </w:p>
        </w:tc>
      </w:tr>
      <w:tr>
        <w:tc>
          <w:tcPr>
            <w:tcW w:type="dxa" w:w="2040"/>
            <w:vAlign w:val="center"/>
            <w:tcMar>
              <w:top w:w="80" w:type="dxa"/>
              <w:start w:w="80" w:type="dxa"/>
              <w:bottom w:w="80" w:type="dxa"/>
              <w:end w:w="80" w:type="dxa"/>
            </w:tcMar>
          </w:tcPr>
          <w:p>
            <w:pPr>
              <w:spacing w:after="0" w:before="0"/>
            </w:pPr>
            <w:r>
              <w:rPr>
                <w:rFonts w:ascii="Arial" w:hAnsi="Arial"/>
                <w:sz w:val="14"/>
              </w:rPr>
              <w:t>9</w:t>
            </w:r>
          </w:p>
        </w:tc>
        <w:tc>
          <w:tcPr>
            <w:tcW w:type="dxa" w:w="2040"/>
            <w:vAlign w:val="center"/>
            <w:tcMar>
              <w:top w:w="80" w:type="dxa"/>
              <w:start w:w="80" w:type="dxa"/>
              <w:bottom w:w="80" w:type="dxa"/>
              <w:end w:w="80" w:type="dxa"/>
            </w:tcMar>
          </w:tcPr>
          <w:p>
            <w:pPr>
              <w:spacing w:after="0" w:before="0"/>
            </w:pPr>
            <w:r>
              <w:rPr>
                <w:rFonts w:ascii="Arial" w:hAnsi="Arial"/>
                <w:sz w:val="14"/>
              </w:rPr>
              <w:t>Transport</w:t>
            </w:r>
          </w:p>
        </w:tc>
        <w:tc>
          <w:tcPr>
            <w:tcW w:type="dxa" w:w="2040"/>
            <w:vAlign w:val="center"/>
            <w:tcMar>
              <w:top w:w="80" w:type="dxa"/>
              <w:start w:w="80" w:type="dxa"/>
              <w:bottom w:w="80" w:type="dxa"/>
              <w:end w:w="80" w:type="dxa"/>
            </w:tcMar>
          </w:tcPr>
          <w:p>
            <w:pPr>
              <w:spacing w:after="0" w:before="0"/>
            </w:pPr>
            <w:r>
              <w:rPr>
                <w:rFonts w:ascii="Arial" w:hAnsi="Arial"/>
                <w:sz w:val="14"/>
              </w:rPr>
              <w:t>Mijloace autorizate/înregistrate și menținerea condițiilor de temperatură/igienă.</w:t>
            </w:r>
          </w:p>
        </w:tc>
        <w:tc>
          <w:tcPr>
            <w:tcW w:type="dxa" w:w="2040"/>
            <w:vAlign w:val="center"/>
            <w:tcMar>
              <w:top w:w="80" w:type="dxa"/>
              <w:start w:w="80" w:type="dxa"/>
              <w:bottom w:w="80" w:type="dxa"/>
              <w:end w:w="80" w:type="dxa"/>
            </w:tcMar>
          </w:tcPr>
          <w:p>
            <w:pPr>
              <w:spacing w:after="0" w:before="0"/>
            </w:pPr>
            <w:r>
              <w:rPr>
                <w:rFonts w:ascii="Arial" w:hAnsi="Arial"/>
                <w:sz w:val="14"/>
              </w:rPr>
            </w:r>
          </w:p>
        </w:tc>
        <w:tc>
          <w:tcPr>
            <w:tcW w:type="dxa" w:w="2040"/>
            <w:vAlign w:val="center"/>
            <w:tcMar>
              <w:top w:w="80" w:type="dxa"/>
              <w:start w:w="80" w:type="dxa"/>
              <w:bottom w:w="80" w:type="dxa"/>
              <w:end w:w="80" w:type="dxa"/>
            </w:tcMar>
          </w:tcPr>
          <w:p>
            <w:pPr>
              <w:spacing w:after="0" w:before="0"/>
            </w:pPr>
            <w:r>
              <w:rPr>
                <w:rFonts w:ascii="Arial" w:hAnsi="Arial"/>
                <w:sz w:val="14"/>
              </w:rPr>
            </w:r>
          </w:p>
        </w:tc>
      </w:tr>
      <w:tr>
        <w:tc>
          <w:tcPr>
            <w:tcW w:type="dxa" w:w="2040"/>
            <w:vAlign w:val="center"/>
            <w:tcMar>
              <w:top w:w="80" w:type="dxa"/>
              <w:start w:w="80" w:type="dxa"/>
              <w:bottom w:w="80" w:type="dxa"/>
              <w:end w:w="80" w:type="dxa"/>
            </w:tcMar>
          </w:tcPr>
          <w:p>
            <w:pPr>
              <w:spacing w:after="0" w:before="0"/>
            </w:pPr>
            <w:r>
              <w:rPr>
                <w:rFonts w:ascii="Arial" w:hAnsi="Arial"/>
                <w:sz w:val="14"/>
              </w:rPr>
              <w:t>10</w:t>
            </w:r>
          </w:p>
        </w:tc>
        <w:tc>
          <w:tcPr>
            <w:tcW w:type="dxa" w:w="2040"/>
            <w:vAlign w:val="center"/>
            <w:tcMar>
              <w:top w:w="80" w:type="dxa"/>
              <w:start w:w="80" w:type="dxa"/>
              <w:bottom w:w="80" w:type="dxa"/>
              <w:end w:w="80" w:type="dxa"/>
            </w:tcMar>
          </w:tcPr>
          <w:p>
            <w:pPr>
              <w:spacing w:after="0" w:before="0"/>
            </w:pPr>
            <w:r>
              <w:rPr>
                <w:rFonts w:ascii="Arial" w:hAnsi="Arial"/>
                <w:sz w:val="14"/>
              </w:rPr>
              <w:t>Livrare</w:t>
            </w:r>
          </w:p>
        </w:tc>
        <w:tc>
          <w:tcPr>
            <w:tcW w:type="dxa" w:w="2040"/>
            <w:vAlign w:val="center"/>
            <w:tcMar>
              <w:top w:w="80" w:type="dxa"/>
              <w:start w:w="80" w:type="dxa"/>
              <w:bottom w:w="80" w:type="dxa"/>
              <w:end w:w="80" w:type="dxa"/>
            </w:tcMar>
          </w:tcPr>
          <w:p>
            <w:pPr>
              <w:spacing w:after="0" w:before="0"/>
            </w:pPr>
            <w:r>
              <w:rPr>
                <w:rFonts w:ascii="Arial" w:hAnsi="Arial"/>
                <w:sz w:val="14"/>
              </w:rPr>
              <w:t>Zilnic la locația/locațiile indicate și la ora stabilită de conducerea școlii.</w:t>
            </w:r>
          </w:p>
        </w:tc>
        <w:tc>
          <w:tcPr>
            <w:tcW w:type="dxa" w:w="2040"/>
            <w:vAlign w:val="center"/>
            <w:tcMar>
              <w:top w:w="80" w:type="dxa"/>
              <w:start w:w="80" w:type="dxa"/>
              <w:bottom w:w="80" w:type="dxa"/>
              <w:end w:w="80" w:type="dxa"/>
            </w:tcMar>
          </w:tcPr>
          <w:p>
            <w:pPr>
              <w:spacing w:after="0" w:before="0"/>
            </w:pPr>
            <w:r>
              <w:rPr>
                <w:rFonts w:ascii="Arial" w:hAnsi="Arial"/>
                <w:sz w:val="14"/>
              </w:rPr>
            </w:r>
          </w:p>
        </w:tc>
        <w:tc>
          <w:tcPr>
            <w:tcW w:type="dxa" w:w="2040"/>
            <w:vAlign w:val="center"/>
            <w:tcMar>
              <w:top w:w="80" w:type="dxa"/>
              <w:start w:w="80" w:type="dxa"/>
              <w:bottom w:w="80" w:type="dxa"/>
              <w:end w:w="80" w:type="dxa"/>
            </w:tcMar>
          </w:tcPr>
          <w:p>
            <w:pPr>
              <w:spacing w:after="0" w:before="0"/>
            </w:pPr>
            <w:r>
              <w:rPr>
                <w:rFonts w:ascii="Arial" w:hAnsi="Arial"/>
                <w:sz w:val="14"/>
              </w:rPr>
            </w:r>
          </w:p>
        </w:tc>
      </w:tr>
      <w:tr>
        <w:tc>
          <w:tcPr>
            <w:tcW w:type="dxa" w:w="2040"/>
            <w:vAlign w:val="center"/>
            <w:tcMar>
              <w:top w:w="80" w:type="dxa"/>
              <w:start w:w="80" w:type="dxa"/>
              <w:bottom w:w="80" w:type="dxa"/>
              <w:end w:w="80" w:type="dxa"/>
            </w:tcMar>
          </w:tcPr>
          <w:p>
            <w:pPr>
              <w:spacing w:after="0" w:before="0"/>
            </w:pPr>
            <w:r>
              <w:rPr>
                <w:rFonts w:ascii="Arial" w:hAnsi="Arial"/>
                <w:sz w:val="14"/>
              </w:rPr>
              <w:t>11</w:t>
            </w:r>
          </w:p>
        </w:tc>
        <w:tc>
          <w:tcPr>
            <w:tcW w:type="dxa" w:w="2040"/>
            <w:vAlign w:val="center"/>
            <w:tcMar>
              <w:top w:w="80" w:type="dxa"/>
              <w:start w:w="80" w:type="dxa"/>
              <w:bottom w:w="80" w:type="dxa"/>
              <w:end w:w="80" w:type="dxa"/>
            </w:tcMar>
          </w:tcPr>
          <w:p>
            <w:pPr>
              <w:spacing w:after="0" w:before="0"/>
            </w:pPr>
            <w:r>
              <w:rPr>
                <w:rFonts w:ascii="Arial" w:hAnsi="Arial"/>
                <w:sz w:val="14"/>
              </w:rPr>
              <w:t>Comenzi zilnice</w:t>
            </w:r>
          </w:p>
        </w:tc>
        <w:tc>
          <w:tcPr>
            <w:tcW w:type="dxa" w:w="2040"/>
            <w:vAlign w:val="center"/>
            <w:tcMar>
              <w:top w:w="80" w:type="dxa"/>
              <w:start w:w="80" w:type="dxa"/>
              <w:bottom w:w="80" w:type="dxa"/>
              <w:end w:w="80" w:type="dxa"/>
            </w:tcMar>
          </w:tcPr>
          <w:p>
            <w:pPr>
              <w:spacing w:after="0" w:before="0"/>
            </w:pPr>
            <w:r>
              <w:rPr>
                <w:rFonts w:ascii="Arial" w:hAnsi="Arial"/>
                <w:sz w:val="14"/>
              </w:rPr>
              <w:t>Numărul de porții se stabilește în funcție de prezență; se facturează doar porțiile comandate, livrate și recepționate.</w:t>
            </w:r>
          </w:p>
        </w:tc>
        <w:tc>
          <w:tcPr>
            <w:tcW w:type="dxa" w:w="2040"/>
            <w:vAlign w:val="center"/>
            <w:tcMar>
              <w:top w:w="80" w:type="dxa"/>
              <w:start w:w="80" w:type="dxa"/>
              <w:bottom w:w="80" w:type="dxa"/>
              <w:end w:w="80" w:type="dxa"/>
            </w:tcMar>
          </w:tcPr>
          <w:p>
            <w:pPr>
              <w:spacing w:after="0" w:before="0"/>
            </w:pPr>
            <w:r>
              <w:rPr>
                <w:rFonts w:ascii="Arial" w:hAnsi="Arial"/>
                <w:sz w:val="14"/>
              </w:rPr>
            </w:r>
          </w:p>
        </w:tc>
        <w:tc>
          <w:tcPr>
            <w:tcW w:type="dxa" w:w="2040"/>
            <w:vAlign w:val="center"/>
            <w:tcMar>
              <w:top w:w="80" w:type="dxa"/>
              <w:start w:w="80" w:type="dxa"/>
              <w:bottom w:w="80" w:type="dxa"/>
              <w:end w:w="80" w:type="dxa"/>
            </w:tcMar>
          </w:tcPr>
          <w:p>
            <w:pPr>
              <w:spacing w:after="0" w:before="0"/>
            </w:pPr>
            <w:r>
              <w:rPr>
                <w:rFonts w:ascii="Arial" w:hAnsi="Arial"/>
                <w:sz w:val="14"/>
              </w:rPr>
            </w:r>
          </w:p>
        </w:tc>
      </w:tr>
      <w:tr>
        <w:tc>
          <w:tcPr>
            <w:tcW w:type="dxa" w:w="2040"/>
            <w:vAlign w:val="center"/>
            <w:tcMar>
              <w:top w:w="80" w:type="dxa"/>
              <w:start w:w="80" w:type="dxa"/>
              <w:bottom w:w="80" w:type="dxa"/>
              <w:end w:w="80" w:type="dxa"/>
            </w:tcMar>
          </w:tcPr>
          <w:p>
            <w:pPr>
              <w:spacing w:after="0" w:before="0"/>
            </w:pPr>
            <w:r>
              <w:rPr>
                <w:rFonts w:ascii="Arial" w:hAnsi="Arial"/>
                <w:sz w:val="14"/>
              </w:rPr>
              <w:t>12</w:t>
            </w:r>
          </w:p>
        </w:tc>
        <w:tc>
          <w:tcPr>
            <w:tcW w:type="dxa" w:w="2040"/>
            <w:vAlign w:val="center"/>
            <w:tcMar>
              <w:top w:w="80" w:type="dxa"/>
              <w:start w:w="80" w:type="dxa"/>
              <w:bottom w:w="80" w:type="dxa"/>
              <w:end w:w="80" w:type="dxa"/>
            </w:tcMar>
          </w:tcPr>
          <w:p>
            <w:pPr>
              <w:spacing w:after="0" w:before="0"/>
            </w:pPr>
            <w:r>
              <w:rPr>
                <w:rFonts w:ascii="Arial" w:hAnsi="Arial"/>
                <w:sz w:val="14"/>
              </w:rPr>
              <w:t>Recepție</w:t>
            </w:r>
          </w:p>
        </w:tc>
        <w:tc>
          <w:tcPr>
            <w:tcW w:type="dxa" w:w="2040"/>
            <w:vAlign w:val="center"/>
            <w:tcMar>
              <w:top w:w="80" w:type="dxa"/>
              <w:start w:w="80" w:type="dxa"/>
              <w:bottom w:w="80" w:type="dxa"/>
              <w:end w:w="80" w:type="dxa"/>
            </w:tcMar>
          </w:tcPr>
          <w:p>
            <w:pPr>
              <w:spacing w:after="0" w:before="0"/>
            </w:pPr>
            <w:r>
              <w:rPr>
                <w:rFonts w:ascii="Arial" w:hAnsi="Arial"/>
                <w:sz w:val="14"/>
              </w:rPr>
              <w:t>Acceptarea verificărilor cantitative și calitative; înlocuirea rapidă a porțiilor neconforme fără costuri.</w:t>
            </w:r>
          </w:p>
        </w:tc>
        <w:tc>
          <w:tcPr>
            <w:tcW w:type="dxa" w:w="2040"/>
            <w:vAlign w:val="center"/>
            <w:tcMar>
              <w:top w:w="80" w:type="dxa"/>
              <w:start w:w="80" w:type="dxa"/>
              <w:bottom w:w="80" w:type="dxa"/>
              <w:end w:w="80" w:type="dxa"/>
            </w:tcMar>
          </w:tcPr>
          <w:p>
            <w:pPr>
              <w:spacing w:after="0" w:before="0"/>
            </w:pPr>
            <w:r>
              <w:rPr>
                <w:rFonts w:ascii="Arial" w:hAnsi="Arial"/>
                <w:sz w:val="14"/>
              </w:rPr>
            </w:r>
          </w:p>
        </w:tc>
        <w:tc>
          <w:tcPr>
            <w:tcW w:type="dxa" w:w="2040"/>
            <w:vAlign w:val="center"/>
            <w:tcMar>
              <w:top w:w="80" w:type="dxa"/>
              <w:start w:w="80" w:type="dxa"/>
              <w:bottom w:w="80" w:type="dxa"/>
              <w:end w:w="80" w:type="dxa"/>
            </w:tcMar>
          </w:tcPr>
          <w:p>
            <w:pPr>
              <w:spacing w:after="0" w:before="0"/>
            </w:pPr>
            <w:r>
              <w:rPr>
                <w:rFonts w:ascii="Arial" w:hAnsi="Arial"/>
                <w:sz w:val="14"/>
              </w:rPr>
            </w:r>
          </w:p>
        </w:tc>
      </w:tr>
      <w:tr>
        <w:tc>
          <w:tcPr>
            <w:tcW w:type="dxa" w:w="2040"/>
            <w:vAlign w:val="center"/>
            <w:tcMar>
              <w:top w:w="80" w:type="dxa"/>
              <w:start w:w="80" w:type="dxa"/>
              <w:bottom w:w="80" w:type="dxa"/>
              <w:end w:w="80" w:type="dxa"/>
            </w:tcMar>
          </w:tcPr>
          <w:p>
            <w:pPr>
              <w:spacing w:after="0" w:before="0"/>
            </w:pPr>
            <w:r>
              <w:rPr>
                <w:rFonts w:ascii="Arial" w:hAnsi="Arial"/>
                <w:sz w:val="14"/>
              </w:rPr>
              <w:t>13</w:t>
            </w:r>
          </w:p>
        </w:tc>
        <w:tc>
          <w:tcPr>
            <w:tcW w:type="dxa" w:w="2040"/>
            <w:vAlign w:val="center"/>
            <w:tcMar>
              <w:top w:w="80" w:type="dxa"/>
              <w:start w:w="80" w:type="dxa"/>
              <w:bottom w:w="80" w:type="dxa"/>
              <w:end w:w="80" w:type="dxa"/>
            </w:tcMar>
          </w:tcPr>
          <w:p>
            <w:pPr>
              <w:spacing w:after="0" w:before="0"/>
            </w:pPr>
            <w:r>
              <w:rPr>
                <w:rFonts w:ascii="Arial" w:hAnsi="Arial"/>
                <w:sz w:val="14"/>
              </w:rPr>
              <w:t>Trasabilitate</w:t>
            </w:r>
          </w:p>
        </w:tc>
        <w:tc>
          <w:tcPr>
            <w:tcW w:type="dxa" w:w="2040"/>
            <w:vAlign w:val="center"/>
            <w:tcMar>
              <w:top w:w="80" w:type="dxa"/>
              <w:start w:w="80" w:type="dxa"/>
              <w:bottom w:w="80" w:type="dxa"/>
              <w:end w:w="80" w:type="dxa"/>
            </w:tcMar>
          </w:tcPr>
          <w:p>
            <w:pPr>
              <w:spacing w:after="0" w:before="0"/>
            </w:pPr>
            <w:r>
              <w:rPr>
                <w:rFonts w:ascii="Arial" w:hAnsi="Arial"/>
                <w:sz w:val="14"/>
              </w:rPr>
              <w:t>Trasabilitate completă și punerea la dispoziție a documentelor solicitate.</w:t>
            </w:r>
          </w:p>
        </w:tc>
        <w:tc>
          <w:tcPr>
            <w:tcW w:type="dxa" w:w="2040"/>
            <w:vAlign w:val="center"/>
            <w:tcMar>
              <w:top w:w="80" w:type="dxa"/>
              <w:start w:w="80" w:type="dxa"/>
              <w:bottom w:w="80" w:type="dxa"/>
              <w:end w:w="80" w:type="dxa"/>
            </w:tcMar>
          </w:tcPr>
          <w:p>
            <w:pPr>
              <w:spacing w:after="0" w:before="0"/>
            </w:pPr>
            <w:r>
              <w:rPr>
                <w:rFonts w:ascii="Arial" w:hAnsi="Arial"/>
                <w:sz w:val="14"/>
              </w:rPr>
            </w:r>
          </w:p>
        </w:tc>
        <w:tc>
          <w:tcPr>
            <w:tcW w:type="dxa" w:w="2040"/>
            <w:vAlign w:val="center"/>
            <w:tcMar>
              <w:top w:w="80" w:type="dxa"/>
              <w:start w:w="80" w:type="dxa"/>
              <w:bottom w:w="80" w:type="dxa"/>
              <w:end w:w="80" w:type="dxa"/>
            </w:tcMar>
          </w:tcPr>
          <w:p>
            <w:pPr>
              <w:spacing w:after="0" w:before="0"/>
            </w:pPr>
            <w:r>
              <w:rPr>
                <w:rFonts w:ascii="Arial" w:hAnsi="Arial"/>
                <w:sz w:val="14"/>
              </w:rPr>
            </w:r>
          </w:p>
        </w:tc>
      </w:tr>
      <w:tr>
        <w:tc>
          <w:tcPr>
            <w:tcW w:type="dxa" w:w="2040"/>
            <w:vAlign w:val="center"/>
            <w:tcMar>
              <w:top w:w="80" w:type="dxa"/>
              <w:start w:w="80" w:type="dxa"/>
              <w:bottom w:w="80" w:type="dxa"/>
              <w:end w:w="80" w:type="dxa"/>
            </w:tcMar>
          </w:tcPr>
          <w:p>
            <w:pPr>
              <w:spacing w:after="0" w:before="0"/>
            </w:pPr>
            <w:r>
              <w:rPr>
                <w:rFonts w:ascii="Arial" w:hAnsi="Arial"/>
                <w:sz w:val="14"/>
              </w:rPr>
              <w:t>14</w:t>
            </w:r>
          </w:p>
        </w:tc>
        <w:tc>
          <w:tcPr>
            <w:tcW w:type="dxa" w:w="2040"/>
            <w:vAlign w:val="center"/>
            <w:tcMar>
              <w:top w:w="80" w:type="dxa"/>
              <w:start w:w="80" w:type="dxa"/>
              <w:bottom w:w="80" w:type="dxa"/>
              <w:end w:w="80" w:type="dxa"/>
            </w:tcMar>
          </w:tcPr>
          <w:p>
            <w:pPr>
              <w:spacing w:after="0" w:before="0"/>
            </w:pPr>
            <w:r>
              <w:rPr>
                <w:rFonts w:ascii="Arial" w:hAnsi="Arial"/>
                <w:sz w:val="14"/>
              </w:rPr>
              <w:t>Probe alimentare</w:t>
            </w:r>
          </w:p>
        </w:tc>
        <w:tc>
          <w:tcPr>
            <w:tcW w:type="dxa" w:w="2040"/>
            <w:vAlign w:val="center"/>
            <w:tcMar>
              <w:top w:w="80" w:type="dxa"/>
              <w:start w:w="80" w:type="dxa"/>
              <w:bottom w:w="80" w:type="dxa"/>
              <w:end w:w="80" w:type="dxa"/>
            </w:tcMar>
          </w:tcPr>
          <w:p>
            <w:pPr>
              <w:spacing w:after="0" w:before="0"/>
            </w:pPr>
            <w:r>
              <w:rPr>
                <w:rFonts w:ascii="Arial" w:hAnsi="Arial"/>
                <w:sz w:val="14"/>
              </w:rPr>
              <w:t>Asigurarea condițiilor necesare prelevării probelor ce se păstrează conform normelor.</w:t>
            </w:r>
          </w:p>
        </w:tc>
        <w:tc>
          <w:tcPr>
            <w:tcW w:type="dxa" w:w="2040"/>
            <w:vAlign w:val="center"/>
            <w:tcMar>
              <w:top w:w="80" w:type="dxa"/>
              <w:start w:w="80" w:type="dxa"/>
              <w:bottom w:w="80" w:type="dxa"/>
              <w:end w:w="80" w:type="dxa"/>
            </w:tcMar>
          </w:tcPr>
          <w:p>
            <w:pPr>
              <w:spacing w:after="0" w:before="0"/>
            </w:pPr>
            <w:r>
              <w:rPr>
                <w:rFonts w:ascii="Arial" w:hAnsi="Arial"/>
                <w:sz w:val="14"/>
              </w:rPr>
            </w:r>
          </w:p>
        </w:tc>
        <w:tc>
          <w:tcPr>
            <w:tcW w:type="dxa" w:w="2040"/>
            <w:vAlign w:val="center"/>
            <w:tcMar>
              <w:top w:w="80" w:type="dxa"/>
              <w:start w:w="80" w:type="dxa"/>
              <w:bottom w:w="80" w:type="dxa"/>
              <w:end w:w="80" w:type="dxa"/>
            </w:tcMar>
          </w:tcPr>
          <w:p>
            <w:pPr>
              <w:spacing w:after="0" w:before="0"/>
            </w:pPr>
            <w:r>
              <w:rPr>
                <w:rFonts w:ascii="Arial" w:hAnsi="Arial"/>
                <w:sz w:val="14"/>
              </w:rPr>
            </w:r>
          </w:p>
        </w:tc>
      </w:tr>
      <w:tr>
        <w:tc>
          <w:tcPr>
            <w:tcW w:type="dxa" w:w="2040"/>
            <w:vAlign w:val="center"/>
            <w:tcMar>
              <w:top w:w="80" w:type="dxa"/>
              <w:start w:w="80" w:type="dxa"/>
              <w:bottom w:w="80" w:type="dxa"/>
              <w:end w:w="80" w:type="dxa"/>
            </w:tcMar>
          </w:tcPr>
          <w:p>
            <w:pPr>
              <w:spacing w:after="0" w:before="0"/>
            </w:pPr>
            <w:r>
              <w:rPr>
                <w:rFonts w:ascii="Arial" w:hAnsi="Arial"/>
                <w:sz w:val="14"/>
              </w:rPr>
              <w:t>15</w:t>
            </w:r>
          </w:p>
        </w:tc>
        <w:tc>
          <w:tcPr>
            <w:tcW w:type="dxa" w:w="2040"/>
            <w:vAlign w:val="center"/>
            <w:tcMar>
              <w:top w:w="80" w:type="dxa"/>
              <w:start w:w="80" w:type="dxa"/>
              <w:bottom w:w="80" w:type="dxa"/>
              <w:end w:w="80" w:type="dxa"/>
            </w:tcMar>
          </w:tcPr>
          <w:p>
            <w:pPr>
              <w:spacing w:after="0" w:before="0"/>
            </w:pPr>
            <w:r>
              <w:rPr>
                <w:rFonts w:ascii="Arial" w:hAnsi="Arial"/>
                <w:sz w:val="14"/>
              </w:rPr>
              <w:t>HACCP</w:t>
            </w:r>
          </w:p>
        </w:tc>
        <w:tc>
          <w:tcPr>
            <w:tcW w:type="dxa" w:w="2040"/>
            <w:vAlign w:val="center"/>
            <w:tcMar>
              <w:top w:w="80" w:type="dxa"/>
              <w:start w:w="80" w:type="dxa"/>
              <w:bottom w:w="80" w:type="dxa"/>
              <w:end w:w="80" w:type="dxa"/>
            </w:tcMar>
          </w:tcPr>
          <w:p>
            <w:pPr>
              <w:spacing w:after="0" w:before="0"/>
            </w:pPr>
            <w:r>
              <w:rPr>
                <w:rFonts w:ascii="Arial" w:hAnsi="Arial"/>
                <w:sz w:val="14"/>
              </w:rPr>
              <w:t>Aplicarea procedurilor bazate pe principiile HACCP.</w:t>
            </w:r>
          </w:p>
        </w:tc>
        <w:tc>
          <w:tcPr>
            <w:tcW w:type="dxa" w:w="2040"/>
            <w:vAlign w:val="center"/>
            <w:tcMar>
              <w:top w:w="80" w:type="dxa"/>
              <w:start w:w="80" w:type="dxa"/>
              <w:bottom w:w="80" w:type="dxa"/>
              <w:end w:w="80" w:type="dxa"/>
            </w:tcMar>
          </w:tcPr>
          <w:p>
            <w:pPr>
              <w:spacing w:after="0" w:before="0"/>
            </w:pPr>
            <w:r>
              <w:rPr>
                <w:rFonts w:ascii="Arial" w:hAnsi="Arial"/>
                <w:sz w:val="14"/>
              </w:rPr>
            </w:r>
          </w:p>
        </w:tc>
        <w:tc>
          <w:tcPr>
            <w:tcW w:type="dxa" w:w="2040"/>
            <w:vAlign w:val="center"/>
            <w:tcMar>
              <w:top w:w="80" w:type="dxa"/>
              <w:start w:w="80" w:type="dxa"/>
              <w:bottom w:w="80" w:type="dxa"/>
              <w:end w:w="80" w:type="dxa"/>
            </w:tcMar>
          </w:tcPr>
          <w:p>
            <w:pPr>
              <w:spacing w:after="0" w:before="0"/>
            </w:pPr>
            <w:r>
              <w:rPr>
                <w:rFonts w:ascii="Arial" w:hAnsi="Arial"/>
                <w:sz w:val="14"/>
              </w:rPr>
            </w:r>
          </w:p>
        </w:tc>
      </w:tr>
      <w:tr>
        <w:tc>
          <w:tcPr>
            <w:tcW w:type="dxa" w:w="2040"/>
            <w:vAlign w:val="center"/>
            <w:tcMar>
              <w:top w:w="80" w:type="dxa"/>
              <w:start w:w="80" w:type="dxa"/>
              <w:bottom w:w="80" w:type="dxa"/>
              <w:end w:w="80" w:type="dxa"/>
            </w:tcMar>
          </w:tcPr>
          <w:p>
            <w:pPr>
              <w:spacing w:after="0" w:before="0"/>
            </w:pPr>
            <w:r>
              <w:rPr>
                <w:rFonts w:ascii="Arial" w:hAnsi="Arial"/>
                <w:sz w:val="14"/>
              </w:rPr>
              <w:t>16</w:t>
            </w:r>
          </w:p>
        </w:tc>
        <w:tc>
          <w:tcPr>
            <w:tcW w:type="dxa" w:w="2040"/>
            <w:vAlign w:val="center"/>
            <w:tcMar>
              <w:top w:w="80" w:type="dxa"/>
              <w:start w:w="80" w:type="dxa"/>
              <w:bottom w:w="80" w:type="dxa"/>
              <w:end w:w="80" w:type="dxa"/>
            </w:tcMar>
          </w:tcPr>
          <w:p>
            <w:pPr>
              <w:spacing w:after="0" w:before="0"/>
            </w:pPr>
            <w:r>
              <w:rPr>
                <w:rFonts w:ascii="Arial" w:hAnsi="Arial"/>
                <w:sz w:val="14"/>
              </w:rPr>
              <w:t>Continuitate</w:t>
            </w:r>
          </w:p>
        </w:tc>
        <w:tc>
          <w:tcPr>
            <w:tcW w:type="dxa" w:w="2040"/>
            <w:vAlign w:val="center"/>
            <w:tcMar>
              <w:top w:w="80" w:type="dxa"/>
              <w:start w:w="80" w:type="dxa"/>
              <w:bottom w:w="80" w:type="dxa"/>
              <w:end w:w="80" w:type="dxa"/>
            </w:tcMar>
          </w:tcPr>
          <w:p>
            <w:pPr>
              <w:spacing w:after="0" w:before="0"/>
            </w:pPr>
            <w:r>
              <w:rPr>
                <w:rFonts w:ascii="Arial" w:hAnsi="Arial"/>
                <w:sz w:val="14"/>
              </w:rPr>
              <w:t>Capacitate de prestare continuă pe toată durata contractului.</w:t>
            </w:r>
          </w:p>
        </w:tc>
        <w:tc>
          <w:tcPr>
            <w:tcW w:type="dxa" w:w="2040"/>
            <w:vAlign w:val="center"/>
            <w:tcMar>
              <w:top w:w="80" w:type="dxa"/>
              <w:start w:w="80" w:type="dxa"/>
              <w:bottom w:w="80" w:type="dxa"/>
              <w:end w:w="80" w:type="dxa"/>
            </w:tcMar>
          </w:tcPr>
          <w:p>
            <w:pPr>
              <w:spacing w:after="0" w:before="0"/>
            </w:pPr>
            <w:r>
              <w:rPr>
                <w:rFonts w:ascii="Arial" w:hAnsi="Arial"/>
                <w:sz w:val="14"/>
              </w:rPr>
            </w:r>
          </w:p>
        </w:tc>
        <w:tc>
          <w:tcPr>
            <w:tcW w:type="dxa" w:w="2040"/>
            <w:vAlign w:val="center"/>
            <w:tcMar>
              <w:top w:w="80" w:type="dxa"/>
              <w:start w:w="80" w:type="dxa"/>
              <w:bottom w:w="80" w:type="dxa"/>
              <w:end w:w="80" w:type="dxa"/>
            </w:tcMar>
          </w:tcPr>
          <w:p>
            <w:pPr>
              <w:spacing w:after="0" w:before="0"/>
            </w:pPr>
            <w:r>
              <w:rPr>
                <w:rFonts w:ascii="Arial" w:hAnsi="Arial"/>
                <w:sz w:val="14"/>
              </w:rPr>
            </w:r>
          </w:p>
        </w:tc>
      </w:tr>
      <w:tr>
        <w:tc>
          <w:tcPr>
            <w:tcW w:type="dxa" w:w="2040"/>
            <w:vAlign w:val="center"/>
            <w:tcMar>
              <w:top w:w="80" w:type="dxa"/>
              <w:start w:w="80" w:type="dxa"/>
              <w:bottom w:w="80" w:type="dxa"/>
              <w:end w:w="80" w:type="dxa"/>
            </w:tcMar>
          </w:tcPr>
          <w:p>
            <w:pPr>
              <w:spacing w:after="0" w:before="0"/>
            </w:pPr>
            <w:r>
              <w:rPr>
                <w:rFonts w:ascii="Arial" w:hAnsi="Arial"/>
                <w:sz w:val="14"/>
              </w:rPr>
              <w:t>17</w:t>
            </w:r>
          </w:p>
        </w:tc>
        <w:tc>
          <w:tcPr>
            <w:tcW w:type="dxa" w:w="2040"/>
            <w:vAlign w:val="center"/>
            <w:tcMar>
              <w:top w:w="80" w:type="dxa"/>
              <w:start w:w="80" w:type="dxa"/>
              <w:bottom w:w="80" w:type="dxa"/>
              <w:end w:w="80" w:type="dxa"/>
            </w:tcMar>
          </w:tcPr>
          <w:p>
            <w:pPr>
              <w:spacing w:after="0" w:before="0"/>
            </w:pPr>
            <w:r>
              <w:rPr>
                <w:rFonts w:ascii="Arial" w:hAnsi="Arial"/>
                <w:sz w:val="14"/>
              </w:rPr>
              <w:t>Deșeuri</w:t>
            </w:r>
          </w:p>
        </w:tc>
        <w:tc>
          <w:tcPr>
            <w:tcW w:type="dxa" w:w="2040"/>
            <w:vAlign w:val="center"/>
            <w:tcMar>
              <w:top w:w="80" w:type="dxa"/>
              <w:start w:w="80" w:type="dxa"/>
              <w:bottom w:w="80" w:type="dxa"/>
              <w:end w:w="80" w:type="dxa"/>
            </w:tcMar>
          </w:tcPr>
          <w:p>
            <w:pPr>
              <w:spacing w:after="0" w:before="0"/>
            </w:pPr>
            <w:r>
              <w:rPr>
                <w:rFonts w:ascii="Arial" w:hAnsi="Arial"/>
                <w:sz w:val="14"/>
              </w:rPr>
              <w:t>Colectarea/transportul deșeurilor aferente prestării incluse în preț.</w:t>
            </w:r>
          </w:p>
        </w:tc>
        <w:tc>
          <w:tcPr>
            <w:tcW w:type="dxa" w:w="2040"/>
            <w:vAlign w:val="center"/>
            <w:tcMar>
              <w:top w:w="80" w:type="dxa"/>
              <w:start w:w="80" w:type="dxa"/>
              <w:bottom w:w="80" w:type="dxa"/>
              <w:end w:w="80" w:type="dxa"/>
            </w:tcMar>
          </w:tcPr>
          <w:p>
            <w:pPr>
              <w:spacing w:after="0" w:before="0"/>
            </w:pPr>
            <w:r>
              <w:rPr>
                <w:rFonts w:ascii="Arial" w:hAnsi="Arial"/>
                <w:sz w:val="14"/>
              </w:rPr>
            </w:r>
          </w:p>
        </w:tc>
        <w:tc>
          <w:tcPr>
            <w:tcW w:type="dxa" w:w="2040"/>
            <w:vAlign w:val="center"/>
            <w:tcMar>
              <w:top w:w="80" w:type="dxa"/>
              <w:start w:w="80" w:type="dxa"/>
              <w:bottom w:w="80" w:type="dxa"/>
              <w:end w:w="80" w:type="dxa"/>
            </w:tcMar>
          </w:tcPr>
          <w:p>
            <w:pPr>
              <w:spacing w:after="0" w:before="0"/>
            </w:pPr>
            <w:r>
              <w:rPr>
                <w:rFonts w:ascii="Arial" w:hAnsi="Arial"/>
                <w:sz w:val="14"/>
              </w:rPr>
            </w:r>
          </w:p>
        </w:tc>
      </w:tr>
      <w:tr>
        <w:tc>
          <w:tcPr>
            <w:tcW w:type="dxa" w:w="2040"/>
            <w:vAlign w:val="center"/>
            <w:tcMar>
              <w:top w:w="80" w:type="dxa"/>
              <w:start w:w="80" w:type="dxa"/>
              <w:bottom w:w="80" w:type="dxa"/>
              <w:end w:w="80" w:type="dxa"/>
            </w:tcMar>
          </w:tcPr>
          <w:p>
            <w:pPr>
              <w:spacing w:after="0" w:before="0"/>
            </w:pPr>
            <w:r>
              <w:rPr>
                <w:rFonts w:ascii="Arial" w:hAnsi="Arial"/>
                <w:sz w:val="14"/>
              </w:rPr>
              <w:t>18</w:t>
            </w:r>
          </w:p>
        </w:tc>
        <w:tc>
          <w:tcPr>
            <w:tcW w:type="dxa" w:w="2040"/>
            <w:vAlign w:val="center"/>
            <w:tcMar>
              <w:top w:w="80" w:type="dxa"/>
              <w:start w:w="80" w:type="dxa"/>
              <w:bottom w:w="80" w:type="dxa"/>
              <w:end w:w="80" w:type="dxa"/>
            </w:tcMar>
          </w:tcPr>
          <w:p>
            <w:pPr>
              <w:spacing w:after="0" w:before="0"/>
            </w:pPr>
            <w:r>
              <w:rPr>
                <w:rFonts w:ascii="Arial" w:hAnsi="Arial"/>
                <w:sz w:val="14"/>
              </w:rPr>
              <w:t>Preț și costuri</w:t>
            </w:r>
          </w:p>
        </w:tc>
        <w:tc>
          <w:tcPr>
            <w:tcW w:type="dxa" w:w="2040"/>
            <w:vAlign w:val="center"/>
            <w:tcMar>
              <w:top w:w="80" w:type="dxa"/>
              <w:start w:w="80" w:type="dxa"/>
              <w:bottom w:w="80" w:type="dxa"/>
              <w:end w:w="80" w:type="dxa"/>
            </w:tcMar>
          </w:tcPr>
          <w:p>
            <w:pPr>
              <w:spacing w:after="0" w:before="0"/>
            </w:pPr>
            <w:r>
              <w:rPr>
                <w:rFonts w:ascii="Arial" w:hAnsi="Arial"/>
                <w:sz w:val="14"/>
              </w:rPr>
              <w:t>Toate costurile sunt incluse în prețul unitar; fără costuri suplimentare distincte.</w:t>
            </w:r>
          </w:p>
        </w:tc>
        <w:tc>
          <w:tcPr>
            <w:tcW w:type="dxa" w:w="2040"/>
            <w:vAlign w:val="center"/>
            <w:tcMar>
              <w:top w:w="80" w:type="dxa"/>
              <w:start w:w="80" w:type="dxa"/>
              <w:bottom w:w="80" w:type="dxa"/>
              <w:end w:w="80" w:type="dxa"/>
            </w:tcMar>
          </w:tcPr>
          <w:p>
            <w:pPr>
              <w:spacing w:after="0" w:before="0"/>
            </w:pPr>
            <w:r>
              <w:rPr>
                <w:rFonts w:ascii="Arial" w:hAnsi="Arial"/>
                <w:sz w:val="14"/>
              </w:rPr>
            </w:r>
          </w:p>
        </w:tc>
        <w:tc>
          <w:tcPr>
            <w:tcW w:type="dxa" w:w="2040"/>
            <w:vAlign w:val="center"/>
            <w:tcMar>
              <w:top w:w="80" w:type="dxa"/>
              <w:start w:w="80" w:type="dxa"/>
              <w:bottom w:w="80" w:type="dxa"/>
              <w:end w:w="80" w:type="dxa"/>
            </w:tcMar>
          </w:tcPr>
          <w:p>
            <w:pPr>
              <w:spacing w:after="0" w:before="0"/>
            </w:pPr>
            <w:r>
              <w:rPr>
                <w:rFonts w:ascii="Arial" w:hAnsi="Arial"/>
                <w:sz w:val="14"/>
              </w:rPr>
            </w:r>
          </w:p>
        </w:tc>
      </w:tr>
      <w:tr>
        <w:tc>
          <w:tcPr>
            <w:tcW w:type="dxa" w:w="2040"/>
            <w:vAlign w:val="center"/>
            <w:tcMar>
              <w:top w:w="80" w:type="dxa"/>
              <w:start w:w="80" w:type="dxa"/>
              <w:bottom w:w="80" w:type="dxa"/>
              <w:end w:w="80" w:type="dxa"/>
            </w:tcMar>
          </w:tcPr>
          <w:p>
            <w:pPr>
              <w:spacing w:after="0" w:before="0"/>
            </w:pPr>
            <w:r>
              <w:rPr>
                <w:rFonts w:ascii="Arial" w:hAnsi="Arial"/>
                <w:sz w:val="14"/>
              </w:rPr>
              <w:t>19</w:t>
            </w:r>
          </w:p>
        </w:tc>
        <w:tc>
          <w:tcPr>
            <w:tcW w:type="dxa" w:w="2040"/>
            <w:vAlign w:val="center"/>
            <w:tcMar>
              <w:top w:w="80" w:type="dxa"/>
              <w:start w:w="80" w:type="dxa"/>
              <w:bottom w:w="80" w:type="dxa"/>
              <w:end w:w="80" w:type="dxa"/>
            </w:tcMar>
          </w:tcPr>
          <w:p>
            <w:pPr>
              <w:spacing w:after="0" w:before="0"/>
            </w:pPr>
            <w:r>
              <w:rPr>
                <w:rFonts w:ascii="Arial" w:hAnsi="Arial"/>
                <w:sz w:val="14"/>
              </w:rPr>
              <w:t>Pondere materie primă</w:t>
            </w:r>
          </w:p>
        </w:tc>
        <w:tc>
          <w:tcPr>
            <w:tcW w:type="dxa" w:w="2040"/>
            <w:vAlign w:val="center"/>
            <w:tcMar>
              <w:top w:w="80" w:type="dxa"/>
              <w:start w:w="80" w:type="dxa"/>
              <w:bottom w:w="80" w:type="dxa"/>
              <w:end w:w="80" w:type="dxa"/>
            </w:tcMar>
          </w:tcPr>
          <w:p>
            <w:pPr>
              <w:spacing w:after="0" w:before="0"/>
            </w:pPr>
            <w:r>
              <w:rPr>
                <w:rFonts w:ascii="Arial" w:hAnsi="Arial"/>
                <w:sz w:val="14"/>
              </w:rPr>
              <w:t>Procentul declarat este verificabil, realist și susținut prin documente; devine obligație contractuală.</w:t>
            </w:r>
          </w:p>
        </w:tc>
        <w:tc>
          <w:tcPr>
            <w:tcW w:type="dxa" w:w="2040"/>
            <w:vAlign w:val="center"/>
            <w:tcMar>
              <w:top w:w="80" w:type="dxa"/>
              <w:start w:w="80" w:type="dxa"/>
              <w:bottom w:w="80" w:type="dxa"/>
              <w:end w:w="80" w:type="dxa"/>
            </w:tcMar>
          </w:tcPr>
          <w:p>
            <w:pPr>
              <w:spacing w:after="0" w:before="0"/>
            </w:pPr>
            <w:r>
              <w:rPr>
                <w:rFonts w:ascii="Arial" w:hAnsi="Arial"/>
                <w:sz w:val="14"/>
              </w:rPr>
            </w:r>
          </w:p>
        </w:tc>
        <w:tc>
          <w:tcPr>
            <w:tcW w:type="dxa" w:w="2040"/>
            <w:vAlign w:val="center"/>
            <w:tcMar>
              <w:top w:w="80" w:type="dxa"/>
              <w:start w:w="80" w:type="dxa"/>
              <w:bottom w:w="80" w:type="dxa"/>
              <w:end w:w="80" w:type="dxa"/>
            </w:tcMar>
          </w:tcPr>
          <w:p>
            <w:pPr>
              <w:spacing w:after="0" w:before="0"/>
            </w:pPr>
            <w:r>
              <w:rPr>
                <w:rFonts w:ascii="Arial" w:hAnsi="Arial"/>
                <w:sz w:val="14"/>
              </w:rPr>
            </w:r>
          </w:p>
        </w:tc>
      </w:tr>
    </w:tbl>
    <w:p>
      <w:r>
        <w:br/>
        <w:t>Data: ________________</w:t>
      </w:r>
    </w:p>
    <w:p>
      <w:r>
        <w:t>Operator economic: ______________________________________________</w:t>
      </w:r>
    </w:p>
    <w:p>
      <w:r>
        <w:t>Reprezentant legal / împuternicit: ________________________________</w:t>
      </w:r>
    </w:p>
    <w:p>
      <w:r>
        <w:t>Semnătura: ________________________________</w:t>
      </w:r>
    </w:p>
    <w:p>
      <w:pPr>
        <w:pageBreakBefore/>
        <w:jc w:val="center"/>
      </w:pPr>
      <w:r>
        <w:rPr>
          <w:rFonts w:ascii="Arial" w:hAnsi="Arial"/>
          <w:b/>
          <w:sz w:val="28"/>
        </w:rPr>
        <w:t>FORMULARUL F10</w:t>
        <w:br/>
        <w:t>PLAN DE LUCRU ȘI ORGANIZAREA PRESTĂRII ZILNICE</w:t>
      </w:r>
    </w:p>
    <w:p>
      <w:pPr>
        <w:jc w:val="center"/>
      </w:pPr>
      <w:r>
        <w:rPr>
          <w:rFonts w:ascii="Arial" w:hAnsi="Arial"/>
          <w:i/>
          <w:sz w:val="18"/>
        </w:rPr>
        <w:t>Achiziție: Servicii de catering pentru asigurarea suportului alimentar – masă caldă – pentru elevii Școlii Gimnaziale Bălăcița, în cadrul PNMS 2026</w:t>
      </w:r>
    </w:p>
    <w:p>
      <w:r>
        <w:t>Descrieți concret organizarea unei zile normale de prestare, responsabilitățile, orele orientative și măsurile de continuitate.</w:t>
      </w:r>
    </w:p>
    <w:tbl>
      <w:tblPr>
        <w:tblStyle w:val="TableGrid"/>
        <w:tblW w:type="auto" w:w="0"/>
        <w:jc w:val="center"/>
        <w:tblLook w:firstColumn="1" w:firstRow="1" w:lastColumn="0" w:lastRow="0" w:noHBand="0" w:noVBand="1" w:val="04A0"/>
      </w:tblPr>
      <w:tblGrid>
        <w:gridCol w:w="1700"/>
        <w:gridCol w:w="1700"/>
        <w:gridCol w:w="1700"/>
        <w:gridCol w:w="1700"/>
        <w:gridCol w:w="1700"/>
        <w:gridCol w:w="1700"/>
      </w:tblGrid>
      <w:tr>
        <w:trPr>
          <w:tblHeader w:val="true"/>
        </w:trPr>
        <w:tc>
          <w:tcPr>
            <w:tcW w:type="dxa" w:w="1700"/>
            <w:vAlign w:val="center"/>
            <w:tcMar>
              <w:top w:w="80" w:type="dxa"/>
              <w:start w:w="80" w:type="dxa"/>
              <w:bottom w:w="80" w:type="dxa"/>
              <w:end w:w="80" w:type="dxa"/>
            </w:tcMar>
            <w:shd w:fill="D9EAF7"/>
          </w:tcPr>
          <w:p>
            <w:pPr>
              <w:spacing w:after="0" w:before="0"/>
            </w:pPr>
            <w:r>
              <w:rPr>
                <w:rFonts w:ascii="Arial" w:hAnsi="Arial"/>
                <w:b/>
                <w:sz w:val="15"/>
              </w:rPr>
              <w:t>Etapă</w:t>
            </w:r>
          </w:p>
        </w:tc>
        <w:tc>
          <w:tcPr>
            <w:tcW w:type="dxa" w:w="1700"/>
            <w:vAlign w:val="center"/>
            <w:tcMar>
              <w:top w:w="80" w:type="dxa"/>
              <w:start w:w="80" w:type="dxa"/>
              <w:bottom w:w="80" w:type="dxa"/>
              <w:end w:w="80" w:type="dxa"/>
            </w:tcMar>
            <w:shd w:fill="D9EAF7"/>
          </w:tcPr>
          <w:p>
            <w:pPr>
              <w:spacing w:after="0" w:before="0"/>
            </w:pPr>
            <w:r>
              <w:rPr>
                <w:rFonts w:ascii="Arial" w:hAnsi="Arial"/>
                <w:b/>
                <w:sz w:val="15"/>
              </w:rPr>
              <w:t>Interval orar orientativ</w:t>
            </w:r>
          </w:p>
        </w:tc>
        <w:tc>
          <w:tcPr>
            <w:tcW w:type="dxa" w:w="1700"/>
            <w:vAlign w:val="center"/>
            <w:tcMar>
              <w:top w:w="80" w:type="dxa"/>
              <w:start w:w="80" w:type="dxa"/>
              <w:bottom w:w="80" w:type="dxa"/>
              <w:end w:w="80" w:type="dxa"/>
            </w:tcMar>
            <w:shd w:fill="D9EAF7"/>
          </w:tcPr>
          <w:p>
            <w:pPr>
              <w:spacing w:after="0" w:before="0"/>
            </w:pPr>
            <w:r>
              <w:rPr>
                <w:rFonts w:ascii="Arial" w:hAnsi="Arial"/>
                <w:b/>
                <w:sz w:val="15"/>
              </w:rPr>
              <w:t>Activități</w:t>
            </w:r>
          </w:p>
        </w:tc>
        <w:tc>
          <w:tcPr>
            <w:tcW w:type="dxa" w:w="1700"/>
            <w:vAlign w:val="center"/>
            <w:tcMar>
              <w:top w:w="80" w:type="dxa"/>
              <w:start w:w="80" w:type="dxa"/>
              <w:bottom w:w="80" w:type="dxa"/>
              <w:end w:w="80" w:type="dxa"/>
            </w:tcMar>
            <w:shd w:fill="D9EAF7"/>
          </w:tcPr>
          <w:p>
            <w:pPr>
              <w:spacing w:after="0" w:before="0"/>
            </w:pPr>
            <w:r>
              <w:rPr>
                <w:rFonts w:ascii="Arial" w:hAnsi="Arial"/>
                <w:b/>
                <w:sz w:val="15"/>
              </w:rPr>
              <w:t>Responsabil</w:t>
            </w:r>
          </w:p>
        </w:tc>
        <w:tc>
          <w:tcPr>
            <w:tcW w:type="dxa" w:w="1700"/>
            <w:vAlign w:val="center"/>
            <w:tcMar>
              <w:top w:w="80" w:type="dxa"/>
              <w:start w:w="80" w:type="dxa"/>
              <w:bottom w:w="80" w:type="dxa"/>
              <w:end w:w="80" w:type="dxa"/>
            </w:tcMar>
            <w:shd w:fill="D9EAF7"/>
          </w:tcPr>
          <w:p>
            <w:pPr>
              <w:spacing w:after="0" w:before="0"/>
            </w:pPr>
            <w:r>
              <w:rPr>
                <w:rFonts w:ascii="Arial" w:hAnsi="Arial"/>
                <w:b/>
                <w:sz w:val="15"/>
              </w:rPr>
              <w:t>Control/înregistrare</w:t>
            </w:r>
          </w:p>
        </w:tc>
        <w:tc>
          <w:tcPr>
            <w:tcW w:type="dxa" w:w="1700"/>
            <w:vAlign w:val="center"/>
            <w:tcMar>
              <w:top w:w="80" w:type="dxa"/>
              <w:start w:w="80" w:type="dxa"/>
              <w:bottom w:w="80" w:type="dxa"/>
              <w:end w:w="80" w:type="dxa"/>
            </w:tcMar>
            <w:shd w:fill="D9EAF7"/>
          </w:tcPr>
          <w:p>
            <w:pPr>
              <w:spacing w:after="0" w:before="0"/>
            </w:pPr>
            <w:r>
              <w:rPr>
                <w:rFonts w:ascii="Arial" w:hAnsi="Arial"/>
                <w:b/>
                <w:sz w:val="15"/>
              </w:rPr>
              <w:t>Măsuri de rezervă</w:t>
            </w:r>
          </w:p>
        </w:tc>
      </w:tr>
      <w:tr>
        <w:tc>
          <w:tcPr>
            <w:tcW w:type="dxa" w:w="1700"/>
            <w:vAlign w:val="center"/>
            <w:tcMar>
              <w:top w:w="80" w:type="dxa"/>
              <w:start w:w="80" w:type="dxa"/>
              <w:bottom w:w="80" w:type="dxa"/>
              <w:end w:w="80" w:type="dxa"/>
            </w:tcMar>
          </w:tcPr>
          <w:p>
            <w:pPr>
              <w:spacing w:after="0" w:before="0"/>
            </w:pPr>
            <w:r>
              <w:rPr>
                <w:rFonts w:ascii="Arial" w:hAnsi="Arial"/>
                <w:sz w:val="15"/>
              </w:rPr>
              <w:t>Primirea/comanda zilnică</w:t>
            </w: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r>
      <w:tr>
        <w:tc>
          <w:tcPr>
            <w:tcW w:type="dxa" w:w="1700"/>
            <w:vAlign w:val="center"/>
            <w:tcMar>
              <w:top w:w="80" w:type="dxa"/>
              <w:start w:w="80" w:type="dxa"/>
              <w:bottom w:w="80" w:type="dxa"/>
              <w:end w:w="80" w:type="dxa"/>
            </w:tcMar>
          </w:tcPr>
          <w:p>
            <w:pPr>
              <w:spacing w:after="0" w:before="0"/>
            </w:pPr>
            <w:r>
              <w:rPr>
                <w:rFonts w:ascii="Arial" w:hAnsi="Arial"/>
                <w:sz w:val="15"/>
              </w:rPr>
              <w:t>Aprovizionare/verificare materii prime</w:t>
            </w: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r>
      <w:tr>
        <w:tc>
          <w:tcPr>
            <w:tcW w:type="dxa" w:w="1700"/>
            <w:vAlign w:val="center"/>
            <w:tcMar>
              <w:top w:w="80" w:type="dxa"/>
              <w:start w:w="80" w:type="dxa"/>
              <w:bottom w:w="80" w:type="dxa"/>
              <w:end w:w="80" w:type="dxa"/>
            </w:tcMar>
          </w:tcPr>
          <w:p>
            <w:pPr>
              <w:spacing w:after="0" w:before="0"/>
            </w:pPr>
            <w:r>
              <w:rPr>
                <w:rFonts w:ascii="Arial" w:hAnsi="Arial"/>
                <w:sz w:val="15"/>
              </w:rPr>
              <w:t>Pregătire ingrediente</w:t>
            </w: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r>
      <w:tr>
        <w:tc>
          <w:tcPr>
            <w:tcW w:type="dxa" w:w="1700"/>
            <w:vAlign w:val="center"/>
            <w:tcMar>
              <w:top w:w="80" w:type="dxa"/>
              <w:start w:w="80" w:type="dxa"/>
              <w:bottom w:w="80" w:type="dxa"/>
              <w:end w:w="80" w:type="dxa"/>
            </w:tcMar>
          </w:tcPr>
          <w:p>
            <w:pPr>
              <w:spacing w:after="0" w:before="0"/>
            </w:pPr>
            <w:r>
              <w:rPr>
                <w:rFonts w:ascii="Arial" w:hAnsi="Arial"/>
                <w:sz w:val="15"/>
              </w:rPr>
              <w:t>Preparare termică</w:t>
            </w: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r>
      <w:tr>
        <w:tc>
          <w:tcPr>
            <w:tcW w:type="dxa" w:w="1700"/>
            <w:vAlign w:val="center"/>
            <w:tcMar>
              <w:top w:w="80" w:type="dxa"/>
              <w:start w:w="80" w:type="dxa"/>
              <w:bottom w:w="80" w:type="dxa"/>
              <w:end w:w="80" w:type="dxa"/>
            </w:tcMar>
          </w:tcPr>
          <w:p>
            <w:pPr>
              <w:spacing w:after="0" w:before="0"/>
            </w:pPr>
            <w:r>
              <w:rPr>
                <w:rFonts w:ascii="Arial" w:hAnsi="Arial"/>
                <w:sz w:val="15"/>
              </w:rPr>
              <w:t>Porționare</w:t>
            </w: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r>
      <w:tr>
        <w:tc>
          <w:tcPr>
            <w:tcW w:type="dxa" w:w="1700"/>
            <w:vAlign w:val="center"/>
            <w:tcMar>
              <w:top w:w="80" w:type="dxa"/>
              <w:start w:w="80" w:type="dxa"/>
              <w:bottom w:w="80" w:type="dxa"/>
              <w:end w:w="80" w:type="dxa"/>
            </w:tcMar>
          </w:tcPr>
          <w:p>
            <w:pPr>
              <w:spacing w:after="0" w:before="0"/>
            </w:pPr>
            <w:r>
              <w:rPr>
                <w:rFonts w:ascii="Arial" w:hAnsi="Arial"/>
                <w:sz w:val="15"/>
              </w:rPr>
              <w:t>Ambalare și etichetare</w:t>
            </w: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r>
      <w:tr>
        <w:tc>
          <w:tcPr>
            <w:tcW w:type="dxa" w:w="1700"/>
            <w:vAlign w:val="center"/>
            <w:tcMar>
              <w:top w:w="80" w:type="dxa"/>
              <w:start w:w="80" w:type="dxa"/>
              <w:bottom w:w="80" w:type="dxa"/>
              <w:end w:w="80" w:type="dxa"/>
            </w:tcMar>
          </w:tcPr>
          <w:p>
            <w:pPr>
              <w:spacing w:after="0" w:before="0"/>
            </w:pPr>
            <w:r>
              <w:rPr>
                <w:rFonts w:ascii="Arial" w:hAnsi="Arial"/>
                <w:sz w:val="15"/>
              </w:rPr>
              <w:t>Încărcare și control temperatură</w:t>
            </w: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r>
      <w:tr>
        <w:tc>
          <w:tcPr>
            <w:tcW w:type="dxa" w:w="1700"/>
            <w:vAlign w:val="center"/>
            <w:tcMar>
              <w:top w:w="80" w:type="dxa"/>
              <w:start w:w="80" w:type="dxa"/>
              <w:bottom w:w="80" w:type="dxa"/>
              <w:end w:w="80" w:type="dxa"/>
            </w:tcMar>
          </w:tcPr>
          <w:p>
            <w:pPr>
              <w:spacing w:after="0" w:before="0"/>
            </w:pPr>
            <w:r>
              <w:rPr>
                <w:rFonts w:ascii="Arial" w:hAnsi="Arial"/>
                <w:sz w:val="15"/>
              </w:rPr>
              <w:t>Transport</w:t>
            </w: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r>
      <w:tr>
        <w:tc>
          <w:tcPr>
            <w:tcW w:type="dxa" w:w="1700"/>
            <w:vAlign w:val="center"/>
            <w:tcMar>
              <w:top w:w="80" w:type="dxa"/>
              <w:start w:w="80" w:type="dxa"/>
              <w:bottom w:w="80" w:type="dxa"/>
              <w:end w:w="80" w:type="dxa"/>
            </w:tcMar>
          </w:tcPr>
          <w:p>
            <w:pPr>
              <w:spacing w:after="0" w:before="0"/>
            </w:pPr>
            <w:r>
              <w:rPr>
                <w:rFonts w:ascii="Arial" w:hAnsi="Arial"/>
                <w:sz w:val="15"/>
              </w:rPr>
              <w:t>Predare/recepție</w:t>
            </w: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r>
      <w:tr>
        <w:tc>
          <w:tcPr>
            <w:tcW w:type="dxa" w:w="1700"/>
            <w:vAlign w:val="center"/>
            <w:tcMar>
              <w:top w:w="80" w:type="dxa"/>
              <w:start w:w="80" w:type="dxa"/>
              <w:bottom w:w="80" w:type="dxa"/>
              <w:end w:w="80" w:type="dxa"/>
            </w:tcMar>
          </w:tcPr>
          <w:p>
            <w:pPr>
              <w:spacing w:after="0" w:before="0"/>
            </w:pPr>
            <w:r>
              <w:rPr>
                <w:rFonts w:ascii="Arial" w:hAnsi="Arial"/>
                <w:sz w:val="15"/>
              </w:rPr>
              <w:t>Gestionare neconformități</w:t>
            </w: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r>
      <w:tr>
        <w:tc>
          <w:tcPr>
            <w:tcW w:type="dxa" w:w="1700"/>
            <w:vAlign w:val="center"/>
            <w:tcMar>
              <w:top w:w="80" w:type="dxa"/>
              <w:start w:w="80" w:type="dxa"/>
              <w:bottom w:w="80" w:type="dxa"/>
              <w:end w:w="80" w:type="dxa"/>
            </w:tcMar>
          </w:tcPr>
          <w:p>
            <w:pPr>
              <w:spacing w:after="0" w:before="0"/>
            </w:pPr>
            <w:r>
              <w:rPr>
                <w:rFonts w:ascii="Arial" w:hAnsi="Arial"/>
                <w:sz w:val="15"/>
              </w:rPr>
              <w:t>Colectare/transport deșeuri</w:t>
            </w: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r>
      <w:tr>
        <w:tc>
          <w:tcPr>
            <w:tcW w:type="dxa" w:w="1700"/>
            <w:vAlign w:val="center"/>
            <w:tcMar>
              <w:top w:w="80" w:type="dxa"/>
              <w:start w:w="80" w:type="dxa"/>
              <w:bottom w:w="80" w:type="dxa"/>
              <w:end w:w="80" w:type="dxa"/>
            </w:tcMar>
          </w:tcPr>
          <w:p>
            <w:pPr>
              <w:spacing w:after="0" w:before="0"/>
            </w:pPr>
            <w:r>
              <w:rPr>
                <w:rFonts w:ascii="Arial" w:hAnsi="Arial"/>
                <w:sz w:val="15"/>
              </w:rPr>
              <w:t>Arhivare trasabilitate/documente</w:t>
            </w: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r>
    </w:tbl>
    <w:p>
      <w:pPr>
        <w:pStyle w:val="Heading2"/>
        <w:keepNext/>
      </w:pPr>
      <w:r>
        <w:rPr>
          <w:b/>
        </w:rPr>
        <w:t>Plan de continuitate</w:t>
      </w:r>
    </w:p>
    <w:p>
      <w:r>
        <w:rPr>
          <w:b/>
        </w:rPr>
        <w:t xml:space="preserve">Defecțiune echipament de preparare: </w:t>
      </w:r>
      <w:r>
        <w:t>________________________________________________________________________________</w:t>
      </w:r>
    </w:p>
    <w:p>
      <w:r>
        <w:rPr>
          <w:b/>
        </w:rPr>
        <w:t xml:space="preserve">Indisponibilitate temporară a unui mijloc de transport: </w:t>
      </w:r>
      <w:r>
        <w:t>________________________________________________________________________________</w:t>
      </w:r>
    </w:p>
    <w:p>
      <w:r>
        <w:rPr>
          <w:b/>
        </w:rPr>
        <w:t xml:space="preserve">Absență personal-cheie: </w:t>
      </w:r>
      <w:r>
        <w:t>________________________________________________________________________________</w:t>
      </w:r>
    </w:p>
    <w:p>
      <w:r>
        <w:rPr>
          <w:b/>
        </w:rPr>
        <w:t xml:space="preserve">Întârziere furnizor materii prime: </w:t>
      </w:r>
      <w:r>
        <w:t>________________________________________________________________________________</w:t>
      </w:r>
    </w:p>
    <w:p>
      <w:r>
        <w:rPr>
          <w:b/>
        </w:rPr>
        <w:t xml:space="preserve">Blocaj rutier/condiții meteo: </w:t>
      </w:r>
      <w:r>
        <w:t>________________________________________________________________________________</w:t>
      </w:r>
    </w:p>
    <w:p>
      <w:r>
        <w:rPr>
          <w:b/>
        </w:rPr>
        <w:t xml:space="preserve">Neconformitate identificată înainte sau la livrare: </w:t>
      </w:r>
      <w:r>
        <w:t>________________________________________________________________________________</w:t>
      </w:r>
    </w:p>
    <w:p>
      <w:r>
        <w:br/>
        <w:t>Data: ________________</w:t>
      </w:r>
    </w:p>
    <w:p>
      <w:r>
        <w:t>Operator economic: ______________________________________________</w:t>
      </w:r>
    </w:p>
    <w:p>
      <w:r>
        <w:t>Reprezentant legal / împuternicit: ________________________________</w:t>
      </w:r>
    </w:p>
    <w:p>
      <w:r>
        <w:t>Semnătura: ________________________________</w:t>
      </w:r>
    </w:p>
    <w:p>
      <w:pPr>
        <w:pageBreakBefore/>
        <w:jc w:val="center"/>
      </w:pPr>
      <w:r>
        <w:rPr>
          <w:rFonts w:ascii="Arial" w:hAnsi="Arial"/>
          <w:b/>
          <w:sz w:val="28"/>
        </w:rPr>
        <w:t>FORMULARUL F11</w:t>
        <w:br/>
        <w:t>FIȘA UNITĂȚII DE PREPARARE ȘI CAPACITĂȚII OPERAȚIONALE</w:t>
      </w:r>
    </w:p>
    <w:p>
      <w:pPr>
        <w:jc w:val="center"/>
      </w:pPr>
      <w:r>
        <w:rPr>
          <w:rFonts w:ascii="Arial" w:hAnsi="Arial"/>
          <w:i/>
          <w:sz w:val="18"/>
        </w:rPr>
        <w:t>Achiziție: Servicii de catering pentru asigurarea suportului alimentar – masă caldă – pentru elevii Școlii Gimnaziale Bălăcița, în cadrul PNMS 2026</w:t>
      </w:r>
    </w:p>
    <w:tbl>
      <w:tblPr>
        <w:tblStyle w:val="TableGrid"/>
        <w:tblW w:type="auto" w:w="0"/>
        <w:jc w:val="center"/>
        <w:tblLook w:firstColumn="1" w:firstRow="1" w:lastColumn="0" w:lastRow="0" w:noHBand="0" w:noVBand="1" w:val="04A0"/>
      </w:tblPr>
      <w:tblGrid>
        <w:gridCol w:w="5100"/>
        <w:gridCol w:w="5100"/>
      </w:tblGrid>
      <w:tr>
        <w:trPr>
          <w:tblHeader w:val="true"/>
        </w:trPr>
        <w:tc>
          <w:tcPr>
            <w:tcW w:type="dxa" w:w="5100"/>
            <w:vAlign w:val="center"/>
            <w:tcMar>
              <w:top w:w="80" w:type="dxa"/>
              <w:start w:w="80" w:type="dxa"/>
              <w:bottom w:w="80" w:type="dxa"/>
              <w:end w:w="80" w:type="dxa"/>
            </w:tcMar>
            <w:shd w:fill="D9EAF7"/>
          </w:tcPr>
          <w:p>
            <w:pPr>
              <w:spacing w:after="0" w:before="0"/>
            </w:pPr>
            <w:r>
              <w:rPr>
                <w:rFonts w:ascii="Arial" w:hAnsi="Arial"/>
                <w:b/>
                <w:sz w:val="17"/>
              </w:rPr>
              <w:t>Element</w:t>
            </w:r>
          </w:p>
        </w:tc>
        <w:tc>
          <w:tcPr>
            <w:tcW w:type="dxa" w:w="5100"/>
            <w:vAlign w:val="center"/>
            <w:tcMar>
              <w:top w:w="80" w:type="dxa"/>
              <w:start w:w="80" w:type="dxa"/>
              <w:bottom w:w="80" w:type="dxa"/>
              <w:end w:w="80" w:type="dxa"/>
            </w:tcMar>
            <w:shd w:fill="D9EAF7"/>
          </w:tcPr>
          <w:p>
            <w:pPr>
              <w:spacing w:after="0" w:before="0"/>
            </w:pPr>
            <w:r>
              <w:rPr>
                <w:rFonts w:ascii="Arial" w:hAnsi="Arial"/>
                <w:b/>
                <w:sz w:val="17"/>
              </w:rPr>
              <w:t>Descriere ofertant</w:t>
            </w:r>
          </w:p>
        </w:tc>
      </w:tr>
      <w:tr>
        <w:tc>
          <w:tcPr>
            <w:tcW w:type="dxa" w:w="5100"/>
            <w:vAlign w:val="center"/>
            <w:tcMar>
              <w:top w:w="80" w:type="dxa"/>
              <w:start w:w="80" w:type="dxa"/>
              <w:bottom w:w="80" w:type="dxa"/>
              <w:end w:w="80" w:type="dxa"/>
            </w:tcMar>
          </w:tcPr>
          <w:p>
            <w:pPr>
              <w:spacing w:after="0" w:before="0"/>
            </w:pPr>
            <w:r>
              <w:rPr>
                <w:rFonts w:ascii="Arial" w:hAnsi="Arial"/>
                <w:sz w:val="17"/>
              </w:rPr>
              <w:t>Denumire unitate</w:t>
            </w:r>
          </w:p>
        </w:tc>
        <w:tc>
          <w:tcPr>
            <w:tcW w:type="dxa" w:w="5100"/>
            <w:vAlign w:val="center"/>
            <w:tcMar>
              <w:top w:w="80" w:type="dxa"/>
              <w:start w:w="80" w:type="dxa"/>
              <w:bottom w:w="80" w:type="dxa"/>
              <w:end w:w="80" w:type="dxa"/>
            </w:tcMar>
          </w:tcPr>
          <w:p>
            <w:pPr>
              <w:spacing w:after="0" w:before="0"/>
            </w:pPr>
            <w:r>
              <w:rPr>
                <w:rFonts w:ascii="Arial" w:hAnsi="Arial"/>
                <w:sz w:val="17"/>
              </w:rPr>
            </w:r>
          </w:p>
        </w:tc>
      </w:tr>
      <w:tr>
        <w:tc>
          <w:tcPr>
            <w:tcW w:type="dxa" w:w="5100"/>
            <w:vAlign w:val="center"/>
            <w:tcMar>
              <w:top w:w="80" w:type="dxa"/>
              <w:start w:w="80" w:type="dxa"/>
              <w:bottom w:w="80" w:type="dxa"/>
              <w:end w:w="80" w:type="dxa"/>
            </w:tcMar>
          </w:tcPr>
          <w:p>
            <w:pPr>
              <w:spacing w:after="0" w:before="0"/>
            </w:pPr>
            <w:r>
              <w:rPr>
                <w:rFonts w:ascii="Arial" w:hAnsi="Arial"/>
                <w:sz w:val="17"/>
              </w:rPr>
              <w:t>Adresă</w:t>
            </w:r>
          </w:p>
        </w:tc>
        <w:tc>
          <w:tcPr>
            <w:tcW w:type="dxa" w:w="5100"/>
            <w:vAlign w:val="center"/>
            <w:tcMar>
              <w:top w:w="80" w:type="dxa"/>
              <w:start w:w="80" w:type="dxa"/>
              <w:bottom w:w="80" w:type="dxa"/>
              <w:end w:w="80" w:type="dxa"/>
            </w:tcMar>
          </w:tcPr>
          <w:p>
            <w:pPr>
              <w:spacing w:after="0" w:before="0"/>
            </w:pPr>
            <w:r>
              <w:rPr>
                <w:rFonts w:ascii="Arial" w:hAnsi="Arial"/>
                <w:sz w:val="17"/>
              </w:rPr>
            </w:r>
          </w:p>
        </w:tc>
      </w:tr>
      <w:tr>
        <w:tc>
          <w:tcPr>
            <w:tcW w:type="dxa" w:w="5100"/>
            <w:vAlign w:val="center"/>
            <w:tcMar>
              <w:top w:w="80" w:type="dxa"/>
              <w:start w:w="80" w:type="dxa"/>
              <w:bottom w:w="80" w:type="dxa"/>
              <w:end w:w="80" w:type="dxa"/>
            </w:tcMar>
          </w:tcPr>
          <w:p>
            <w:pPr>
              <w:spacing w:after="0" w:before="0"/>
            </w:pPr>
            <w:r>
              <w:rPr>
                <w:rFonts w:ascii="Arial" w:hAnsi="Arial"/>
                <w:sz w:val="17"/>
              </w:rPr>
              <w:t>Distanță aproximativă până la Școala Gimnazială Bălăcița</w:t>
            </w:r>
          </w:p>
        </w:tc>
        <w:tc>
          <w:tcPr>
            <w:tcW w:type="dxa" w:w="5100"/>
            <w:vAlign w:val="center"/>
            <w:tcMar>
              <w:top w:w="80" w:type="dxa"/>
              <w:start w:w="80" w:type="dxa"/>
              <w:bottom w:w="80" w:type="dxa"/>
              <w:end w:w="80" w:type="dxa"/>
            </w:tcMar>
          </w:tcPr>
          <w:p>
            <w:pPr>
              <w:spacing w:after="0" w:before="0"/>
            </w:pPr>
            <w:r>
              <w:rPr>
                <w:rFonts w:ascii="Arial" w:hAnsi="Arial"/>
                <w:sz w:val="17"/>
              </w:rPr>
            </w:r>
          </w:p>
        </w:tc>
      </w:tr>
      <w:tr>
        <w:tc>
          <w:tcPr>
            <w:tcW w:type="dxa" w:w="5100"/>
            <w:vAlign w:val="center"/>
            <w:tcMar>
              <w:top w:w="80" w:type="dxa"/>
              <w:start w:w="80" w:type="dxa"/>
              <w:bottom w:w="80" w:type="dxa"/>
              <w:end w:w="80" w:type="dxa"/>
            </w:tcMar>
          </w:tcPr>
          <w:p>
            <w:pPr>
              <w:spacing w:after="0" w:before="0"/>
            </w:pPr>
            <w:r>
              <w:rPr>
                <w:rFonts w:ascii="Arial" w:hAnsi="Arial"/>
                <w:sz w:val="17"/>
              </w:rPr>
              <w:t>Tip autorizație/înregistrare DSVSA și număr</w:t>
            </w:r>
          </w:p>
        </w:tc>
        <w:tc>
          <w:tcPr>
            <w:tcW w:type="dxa" w:w="5100"/>
            <w:vAlign w:val="center"/>
            <w:tcMar>
              <w:top w:w="80" w:type="dxa"/>
              <w:start w:w="80" w:type="dxa"/>
              <w:bottom w:w="80" w:type="dxa"/>
              <w:end w:w="80" w:type="dxa"/>
            </w:tcMar>
          </w:tcPr>
          <w:p>
            <w:pPr>
              <w:spacing w:after="0" w:before="0"/>
            </w:pPr>
            <w:r>
              <w:rPr>
                <w:rFonts w:ascii="Arial" w:hAnsi="Arial"/>
                <w:sz w:val="17"/>
              </w:rPr>
            </w:r>
          </w:p>
        </w:tc>
      </w:tr>
      <w:tr>
        <w:tc>
          <w:tcPr>
            <w:tcW w:type="dxa" w:w="5100"/>
            <w:vAlign w:val="center"/>
            <w:tcMar>
              <w:top w:w="80" w:type="dxa"/>
              <w:start w:w="80" w:type="dxa"/>
              <w:bottom w:w="80" w:type="dxa"/>
              <w:end w:w="80" w:type="dxa"/>
            </w:tcMar>
          </w:tcPr>
          <w:p>
            <w:pPr>
              <w:spacing w:after="0" w:before="0"/>
            </w:pPr>
            <w:r>
              <w:rPr>
                <w:rFonts w:ascii="Arial" w:hAnsi="Arial"/>
                <w:sz w:val="17"/>
              </w:rPr>
              <w:t>Capacitate maximă de producție porții/zi</w:t>
            </w:r>
          </w:p>
        </w:tc>
        <w:tc>
          <w:tcPr>
            <w:tcW w:type="dxa" w:w="5100"/>
            <w:vAlign w:val="center"/>
            <w:tcMar>
              <w:top w:w="80" w:type="dxa"/>
              <w:start w:w="80" w:type="dxa"/>
              <w:bottom w:w="80" w:type="dxa"/>
              <w:end w:w="80" w:type="dxa"/>
            </w:tcMar>
          </w:tcPr>
          <w:p>
            <w:pPr>
              <w:spacing w:after="0" w:before="0"/>
            </w:pPr>
            <w:r>
              <w:rPr>
                <w:rFonts w:ascii="Arial" w:hAnsi="Arial"/>
                <w:sz w:val="17"/>
              </w:rPr>
            </w:r>
          </w:p>
        </w:tc>
      </w:tr>
      <w:tr>
        <w:tc>
          <w:tcPr>
            <w:tcW w:type="dxa" w:w="5100"/>
            <w:vAlign w:val="center"/>
            <w:tcMar>
              <w:top w:w="80" w:type="dxa"/>
              <w:start w:w="80" w:type="dxa"/>
              <w:bottom w:w="80" w:type="dxa"/>
              <w:end w:w="80" w:type="dxa"/>
            </w:tcMar>
          </w:tcPr>
          <w:p>
            <w:pPr>
              <w:spacing w:after="0" w:before="0"/>
            </w:pPr>
            <w:r>
              <w:rPr>
                <w:rFonts w:ascii="Arial" w:hAnsi="Arial"/>
                <w:sz w:val="17"/>
              </w:rPr>
              <w:t>Capacitate disponibilă pentru contract porții/zi</w:t>
            </w:r>
          </w:p>
        </w:tc>
        <w:tc>
          <w:tcPr>
            <w:tcW w:type="dxa" w:w="5100"/>
            <w:vAlign w:val="center"/>
            <w:tcMar>
              <w:top w:w="80" w:type="dxa"/>
              <w:start w:w="80" w:type="dxa"/>
              <w:bottom w:w="80" w:type="dxa"/>
              <w:end w:w="80" w:type="dxa"/>
            </w:tcMar>
          </w:tcPr>
          <w:p>
            <w:pPr>
              <w:spacing w:after="0" w:before="0"/>
            </w:pPr>
            <w:r>
              <w:rPr>
                <w:rFonts w:ascii="Arial" w:hAnsi="Arial"/>
                <w:sz w:val="17"/>
              </w:rPr>
            </w:r>
          </w:p>
        </w:tc>
      </w:tr>
      <w:tr>
        <w:tc>
          <w:tcPr>
            <w:tcW w:type="dxa" w:w="5100"/>
            <w:vAlign w:val="center"/>
            <w:tcMar>
              <w:top w:w="80" w:type="dxa"/>
              <w:start w:w="80" w:type="dxa"/>
              <w:bottom w:w="80" w:type="dxa"/>
              <w:end w:w="80" w:type="dxa"/>
            </w:tcMar>
          </w:tcPr>
          <w:p>
            <w:pPr>
              <w:spacing w:after="0" w:before="0"/>
            </w:pPr>
            <w:r>
              <w:rPr>
                <w:rFonts w:ascii="Arial" w:hAnsi="Arial"/>
                <w:sz w:val="17"/>
              </w:rPr>
              <w:t>Spații funcționale principale</w:t>
            </w:r>
          </w:p>
        </w:tc>
        <w:tc>
          <w:tcPr>
            <w:tcW w:type="dxa" w:w="5100"/>
            <w:vAlign w:val="center"/>
            <w:tcMar>
              <w:top w:w="80" w:type="dxa"/>
              <w:start w:w="80" w:type="dxa"/>
              <w:bottom w:w="80" w:type="dxa"/>
              <w:end w:w="80" w:type="dxa"/>
            </w:tcMar>
          </w:tcPr>
          <w:p>
            <w:pPr>
              <w:spacing w:after="0" w:before="0"/>
            </w:pPr>
            <w:r>
              <w:rPr>
                <w:rFonts w:ascii="Arial" w:hAnsi="Arial"/>
                <w:sz w:val="17"/>
              </w:rPr>
            </w:r>
          </w:p>
        </w:tc>
      </w:tr>
      <w:tr>
        <w:tc>
          <w:tcPr>
            <w:tcW w:type="dxa" w:w="5100"/>
            <w:vAlign w:val="center"/>
            <w:tcMar>
              <w:top w:w="80" w:type="dxa"/>
              <w:start w:w="80" w:type="dxa"/>
              <w:bottom w:w="80" w:type="dxa"/>
              <w:end w:w="80" w:type="dxa"/>
            </w:tcMar>
          </w:tcPr>
          <w:p>
            <w:pPr>
              <w:spacing w:after="0" w:before="0"/>
            </w:pPr>
            <w:r>
              <w:rPr>
                <w:rFonts w:ascii="Arial" w:hAnsi="Arial"/>
                <w:sz w:val="17"/>
              </w:rPr>
              <w:t>Echipamente de gătire relevante</w:t>
            </w:r>
          </w:p>
        </w:tc>
        <w:tc>
          <w:tcPr>
            <w:tcW w:type="dxa" w:w="5100"/>
            <w:vAlign w:val="center"/>
            <w:tcMar>
              <w:top w:w="80" w:type="dxa"/>
              <w:start w:w="80" w:type="dxa"/>
              <w:bottom w:w="80" w:type="dxa"/>
              <w:end w:w="80" w:type="dxa"/>
            </w:tcMar>
          </w:tcPr>
          <w:p>
            <w:pPr>
              <w:spacing w:after="0" w:before="0"/>
            </w:pPr>
            <w:r>
              <w:rPr>
                <w:rFonts w:ascii="Arial" w:hAnsi="Arial"/>
                <w:sz w:val="17"/>
              </w:rPr>
            </w:r>
          </w:p>
        </w:tc>
      </w:tr>
      <w:tr>
        <w:tc>
          <w:tcPr>
            <w:tcW w:type="dxa" w:w="5100"/>
            <w:vAlign w:val="center"/>
            <w:tcMar>
              <w:top w:w="80" w:type="dxa"/>
              <w:start w:w="80" w:type="dxa"/>
              <w:bottom w:w="80" w:type="dxa"/>
              <w:end w:w="80" w:type="dxa"/>
            </w:tcMar>
          </w:tcPr>
          <w:p>
            <w:pPr>
              <w:spacing w:after="0" w:before="0"/>
            </w:pPr>
            <w:r>
              <w:rPr>
                <w:rFonts w:ascii="Arial" w:hAnsi="Arial"/>
                <w:sz w:val="17"/>
              </w:rPr>
              <w:t>Echipamente frigorifice</w:t>
            </w:r>
          </w:p>
        </w:tc>
        <w:tc>
          <w:tcPr>
            <w:tcW w:type="dxa" w:w="5100"/>
            <w:vAlign w:val="center"/>
            <w:tcMar>
              <w:top w:w="80" w:type="dxa"/>
              <w:start w:w="80" w:type="dxa"/>
              <w:bottom w:w="80" w:type="dxa"/>
              <w:end w:w="80" w:type="dxa"/>
            </w:tcMar>
          </w:tcPr>
          <w:p>
            <w:pPr>
              <w:spacing w:after="0" w:before="0"/>
            </w:pPr>
            <w:r>
              <w:rPr>
                <w:rFonts w:ascii="Arial" w:hAnsi="Arial"/>
                <w:sz w:val="17"/>
              </w:rPr>
            </w:r>
          </w:p>
        </w:tc>
      </w:tr>
      <w:tr>
        <w:tc>
          <w:tcPr>
            <w:tcW w:type="dxa" w:w="5100"/>
            <w:vAlign w:val="center"/>
            <w:tcMar>
              <w:top w:w="80" w:type="dxa"/>
              <w:start w:w="80" w:type="dxa"/>
              <w:bottom w:w="80" w:type="dxa"/>
              <w:end w:w="80" w:type="dxa"/>
            </w:tcMar>
          </w:tcPr>
          <w:p>
            <w:pPr>
              <w:spacing w:after="0" w:before="0"/>
            </w:pPr>
            <w:r>
              <w:rPr>
                <w:rFonts w:ascii="Arial" w:hAnsi="Arial"/>
                <w:sz w:val="17"/>
              </w:rPr>
              <w:t>Echipamente porționare/ambalare</w:t>
            </w:r>
          </w:p>
        </w:tc>
        <w:tc>
          <w:tcPr>
            <w:tcW w:type="dxa" w:w="5100"/>
            <w:vAlign w:val="center"/>
            <w:tcMar>
              <w:top w:w="80" w:type="dxa"/>
              <w:start w:w="80" w:type="dxa"/>
              <w:bottom w:w="80" w:type="dxa"/>
              <w:end w:w="80" w:type="dxa"/>
            </w:tcMar>
          </w:tcPr>
          <w:p>
            <w:pPr>
              <w:spacing w:after="0" w:before="0"/>
            </w:pPr>
            <w:r>
              <w:rPr>
                <w:rFonts w:ascii="Arial" w:hAnsi="Arial"/>
                <w:sz w:val="17"/>
              </w:rPr>
            </w:r>
          </w:p>
        </w:tc>
      </w:tr>
      <w:tr>
        <w:tc>
          <w:tcPr>
            <w:tcW w:type="dxa" w:w="5100"/>
            <w:vAlign w:val="center"/>
            <w:tcMar>
              <w:top w:w="80" w:type="dxa"/>
              <w:start w:w="80" w:type="dxa"/>
              <w:bottom w:w="80" w:type="dxa"/>
              <w:end w:w="80" w:type="dxa"/>
            </w:tcMar>
          </w:tcPr>
          <w:p>
            <w:pPr>
              <w:spacing w:after="0" w:before="0"/>
            </w:pPr>
            <w:r>
              <w:rPr>
                <w:rFonts w:ascii="Arial" w:hAnsi="Arial"/>
                <w:sz w:val="17"/>
              </w:rPr>
              <w:t>Sistem apă potabilă</w:t>
            </w:r>
          </w:p>
        </w:tc>
        <w:tc>
          <w:tcPr>
            <w:tcW w:type="dxa" w:w="5100"/>
            <w:vAlign w:val="center"/>
            <w:tcMar>
              <w:top w:w="80" w:type="dxa"/>
              <w:start w:w="80" w:type="dxa"/>
              <w:bottom w:w="80" w:type="dxa"/>
              <w:end w:w="80" w:type="dxa"/>
            </w:tcMar>
          </w:tcPr>
          <w:p>
            <w:pPr>
              <w:spacing w:after="0" w:before="0"/>
            </w:pPr>
            <w:r>
              <w:rPr>
                <w:rFonts w:ascii="Arial" w:hAnsi="Arial"/>
                <w:sz w:val="17"/>
              </w:rPr>
            </w:r>
          </w:p>
        </w:tc>
      </w:tr>
      <w:tr>
        <w:tc>
          <w:tcPr>
            <w:tcW w:type="dxa" w:w="5100"/>
            <w:vAlign w:val="center"/>
            <w:tcMar>
              <w:top w:w="80" w:type="dxa"/>
              <w:start w:w="80" w:type="dxa"/>
              <w:bottom w:w="80" w:type="dxa"/>
              <w:end w:w="80" w:type="dxa"/>
            </w:tcMar>
          </w:tcPr>
          <w:p>
            <w:pPr>
              <w:spacing w:after="0" w:before="0"/>
            </w:pPr>
            <w:r>
              <w:rPr>
                <w:rFonts w:ascii="Arial" w:hAnsi="Arial"/>
                <w:sz w:val="17"/>
              </w:rPr>
              <w:t>Program de igienizare/dezinfecție</w:t>
            </w:r>
          </w:p>
        </w:tc>
        <w:tc>
          <w:tcPr>
            <w:tcW w:type="dxa" w:w="5100"/>
            <w:vAlign w:val="center"/>
            <w:tcMar>
              <w:top w:w="80" w:type="dxa"/>
              <w:start w:w="80" w:type="dxa"/>
              <w:bottom w:w="80" w:type="dxa"/>
              <w:end w:w="80" w:type="dxa"/>
            </w:tcMar>
          </w:tcPr>
          <w:p>
            <w:pPr>
              <w:spacing w:after="0" w:before="0"/>
            </w:pPr>
            <w:r>
              <w:rPr>
                <w:rFonts w:ascii="Arial" w:hAnsi="Arial"/>
                <w:sz w:val="17"/>
              </w:rPr>
            </w:r>
          </w:p>
        </w:tc>
      </w:tr>
      <w:tr>
        <w:tc>
          <w:tcPr>
            <w:tcW w:type="dxa" w:w="5100"/>
            <w:vAlign w:val="center"/>
            <w:tcMar>
              <w:top w:w="80" w:type="dxa"/>
              <w:start w:w="80" w:type="dxa"/>
              <w:bottom w:w="80" w:type="dxa"/>
              <w:end w:w="80" w:type="dxa"/>
            </w:tcMar>
          </w:tcPr>
          <w:p>
            <w:pPr>
              <w:spacing w:after="0" w:before="0"/>
            </w:pPr>
            <w:r>
              <w:rPr>
                <w:rFonts w:ascii="Arial" w:hAnsi="Arial"/>
                <w:sz w:val="17"/>
              </w:rPr>
              <w:t>Sistem HACCP – document/referință</w:t>
            </w:r>
          </w:p>
        </w:tc>
        <w:tc>
          <w:tcPr>
            <w:tcW w:type="dxa" w:w="5100"/>
            <w:vAlign w:val="center"/>
            <w:tcMar>
              <w:top w:w="80" w:type="dxa"/>
              <w:start w:w="80" w:type="dxa"/>
              <w:bottom w:w="80" w:type="dxa"/>
              <w:end w:w="80" w:type="dxa"/>
            </w:tcMar>
          </w:tcPr>
          <w:p>
            <w:pPr>
              <w:spacing w:after="0" w:before="0"/>
            </w:pPr>
            <w:r>
              <w:rPr>
                <w:rFonts w:ascii="Arial" w:hAnsi="Arial"/>
                <w:sz w:val="17"/>
              </w:rPr>
            </w:r>
          </w:p>
        </w:tc>
      </w:tr>
      <w:tr>
        <w:tc>
          <w:tcPr>
            <w:tcW w:type="dxa" w:w="5100"/>
            <w:vAlign w:val="center"/>
            <w:tcMar>
              <w:top w:w="80" w:type="dxa"/>
              <w:start w:w="80" w:type="dxa"/>
              <w:bottom w:w="80" w:type="dxa"/>
              <w:end w:w="80" w:type="dxa"/>
            </w:tcMar>
          </w:tcPr>
          <w:p>
            <w:pPr>
              <w:spacing w:after="0" w:before="0"/>
            </w:pPr>
            <w:r>
              <w:rPr>
                <w:rFonts w:ascii="Arial" w:hAnsi="Arial"/>
                <w:sz w:val="17"/>
              </w:rPr>
              <w:t>Plan combatere dăunători – document/referință</w:t>
            </w:r>
          </w:p>
        </w:tc>
        <w:tc>
          <w:tcPr>
            <w:tcW w:type="dxa" w:w="5100"/>
            <w:vAlign w:val="center"/>
            <w:tcMar>
              <w:top w:w="80" w:type="dxa"/>
              <w:start w:w="80" w:type="dxa"/>
              <w:bottom w:w="80" w:type="dxa"/>
              <w:end w:w="80" w:type="dxa"/>
            </w:tcMar>
          </w:tcPr>
          <w:p>
            <w:pPr>
              <w:spacing w:after="0" w:before="0"/>
            </w:pPr>
            <w:r>
              <w:rPr>
                <w:rFonts w:ascii="Arial" w:hAnsi="Arial"/>
                <w:sz w:val="17"/>
              </w:rPr>
            </w:r>
          </w:p>
        </w:tc>
      </w:tr>
      <w:tr>
        <w:tc>
          <w:tcPr>
            <w:tcW w:type="dxa" w:w="5100"/>
            <w:vAlign w:val="center"/>
            <w:tcMar>
              <w:top w:w="80" w:type="dxa"/>
              <w:start w:w="80" w:type="dxa"/>
              <w:bottom w:w="80" w:type="dxa"/>
              <w:end w:w="80" w:type="dxa"/>
            </w:tcMar>
          </w:tcPr>
          <w:p>
            <w:pPr>
              <w:spacing w:after="0" w:before="0"/>
            </w:pPr>
            <w:r>
              <w:rPr>
                <w:rFonts w:ascii="Arial" w:hAnsi="Arial"/>
                <w:sz w:val="17"/>
              </w:rPr>
              <w:t>Sursă alternativă / măsură de continuitate</w:t>
            </w:r>
          </w:p>
        </w:tc>
        <w:tc>
          <w:tcPr>
            <w:tcW w:type="dxa" w:w="5100"/>
            <w:vAlign w:val="center"/>
            <w:tcMar>
              <w:top w:w="80" w:type="dxa"/>
              <w:start w:w="80" w:type="dxa"/>
              <w:bottom w:w="80" w:type="dxa"/>
              <w:end w:w="80" w:type="dxa"/>
            </w:tcMar>
          </w:tcPr>
          <w:p>
            <w:pPr>
              <w:spacing w:after="0" w:before="0"/>
            </w:pPr>
            <w:r>
              <w:rPr>
                <w:rFonts w:ascii="Arial" w:hAnsi="Arial"/>
                <w:sz w:val="17"/>
              </w:rPr>
            </w:r>
          </w:p>
        </w:tc>
      </w:tr>
    </w:tbl>
    <w:p>
      <w:r>
        <w:br/>
        <w:t>Data: ________________</w:t>
      </w:r>
    </w:p>
    <w:p>
      <w:r>
        <w:t>Operator economic: ______________________________________________</w:t>
      </w:r>
    </w:p>
    <w:p>
      <w:r>
        <w:t>Reprezentant legal / împuternicit: ________________________________</w:t>
      </w:r>
    </w:p>
    <w:p>
      <w:r>
        <w:t>Semnătura: ________________________________</w:t>
      </w:r>
    </w:p>
    <w:p>
      <w:pPr>
        <w:pageBreakBefore/>
        <w:jc w:val="center"/>
      </w:pPr>
      <w:r>
        <w:rPr>
          <w:rFonts w:ascii="Arial" w:hAnsi="Arial"/>
          <w:b/>
          <w:sz w:val="28"/>
        </w:rPr>
        <w:t>FORMULARUL F12</w:t>
        <w:br/>
        <w:t>FIȘA MIJLOACELOR DE TRANSPORT ȘI A LANȚULUI TERMIC</w:t>
      </w:r>
    </w:p>
    <w:p>
      <w:pPr>
        <w:jc w:val="center"/>
      </w:pPr>
      <w:r>
        <w:rPr>
          <w:rFonts w:ascii="Arial" w:hAnsi="Arial"/>
          <w:i/>
          <w:sz w:val="18"/>
        </w:rPr>
        <w:t>Achiziție: Servicii de catering pentru asigurarea suportului alimentar – masă caldă – pentru elevii Școlii Gimnaziale Bălăcița, în cadrul PNMS 2026</w:t>
      </w:r>
    </w:p>
    <w:tbl>
      <w:tblPr>
        <w:tblStyle w:val="TableGrid"/>
        <w:tblW w:type="auto" w:w="0"/>
        <w:jc w:val="center"/>
        <w:tblLook w:firstColumn="1" w:firstRow="1" w:lastColumn="0" w:lastRow="0" w:noHBand="0" w:noVBand="1" w:val="04A0"/>
      </w:tblPr>
      <w:tblGrid>
        <w:gridCol w:w="1275"/>
        <w:gridCol w:w="1275"/>
        <w:gridCol w:w="1275"/>
        <w:gridCol w:w="1275"/>
        <w:gridCol w:w="1275"/>
        <w:gridCol w:w="1275"/>
        <w:gridCol w:w="1275"/>
        <w:gridCol w:w="1275"/>
      </w:tblGrid>
      <w:tr>
        <w:trPr>
          <w:tblHeader w:val="true"/>
        </w:trPr>
        <w:tc>
          <w:tcPr>
            <w:tcW w:type="dxa" w:w="1275"/>
            <w:vAlign w:val="center"/>
            <w:tcMar>
              <w:top w:w="80" w:type="dxa"/>
              <w:start w:w="80" w:type="dxa"/>
              <w:bottom w:w="80" w:type="dxa"/>
              <w:end w:w="80" w:type="dxa"/>
            </w:tcMar>
            <w:shd w:fill="D9EAF7"/>
          </w:tcPr>
          <w:p>
            <w:pPr>
              <w:spacing w:after="0" w:before="0"/>
            </w:pPr>
            <w:r>
              <w:rPr>
                <w:rFonts w:ascii="Arial" w:hAnsi="Arial"/>
                <w:b/>
                <w:sz w:val="13"/>
              </w:rPr>
              <w:t>Nr.</w:t>
            </w:r>
          </w:p>
        </w:tc>
        <w:tc>
          <w:tcPr>
            <w:tcW w:type="dxa" w:w="1275"/>
            <w:vAlign w:val="center"/>
            <w:tcMar>
              <w:top w:w="80" w:type="dxa"/>
              <w:start w:w="80" w:type="dxa"/>
              <w:bottom w:w="80" w:type="dxa"/>
              <w:end w:w="80" w:type="dxa"/>
            </w:tcMar>
            <w:shd w:fill="D9EAF7"/>
          </w:tcPr>
          <w:p>
            <w:pPr>
              <w:spacing w:after="0" w:before="0"/>
            </w:pPr>
            <w:r>
              <w:rPr>
                <w:rFonts w:ascii="Arial" w:hAnsi="Arial"/>
                <w:b/>
                <w:sz w:val="13"/>
              </w:rPr>
              <w:t>Marca/model</w:t>
            </w:r>
          </w:p>
        </w:tc>
        <w:tc>
          <w:tcPr>
            <w:tcW w:type="dxa" w:w="1275"/>
            <w:vAlign w:val="center"/>
            <w:tcMar>
              <w:top w:w="80" w:type="dxa"/>
              <w:start w:w="80" w:type="dxa"/>
              <w:bottom w:w="80" w:type="dxa"/>
              <w:end w:w="80" w:type="dxa"/>
            </w:tcMar>
            <w:shd w:fill="D9EAF7"/>
          </w:tcPr>
          <w:p>
            <w:pPr>
              <w:spacing w:after="0" w:before="0"/>
            </w:pPr>
            <w:r>
              <w:rPr>
                <w:rFonts w:ascii="Arial" w:hAnsi="Arial"/>
                <w:b/>
                <w:sz w:val="13"/>
              </w:rPr>
              <w:t>Nr. înmatriculare</w:t>
            </w:r>
          </w:p>
        </w:tc>
        <w:tc>
          <w:tcPr>
            <w:tcW w:type="dxa" w:w="1275"/>
            <w:vAlign w:val="center"/>
            <w:tcMar>
              <w:top w:w="80" w:type="dxa"/>
              <w:start w:w="80" w:type="dxa"/>
              <w:bottom w:w="80" w:type="dxa"/>
              <w:end w:w="80" w:type="dxa"/>
            </w:tcMar>
            <w:shd w:fill="D9EAF7"/>
          </w:tcPr>
          <w:p>
            <w:pPr>
              <w:spacing w:after="0" w:before="0"/>
            </w:pPr>
            <w:r>
              <w:rPr>
                <w:rFonts w:ascii="Arial" w:hAnsi="Arial"/>
                <w:b/>
                <w:sz w:val="13"/>
              </w:rPr>
              <w:t>Document DSVSA</w:t>
            </w:r>
          </w:p>
        </w:tc>
        <w:tc>
          <w:tcPr>
            <w:tcW w:type="dxa" w:w="1275"/>
            <w:vAlign w:val="center"/>
            <w:tcMar>
              <w:top w:w="80" w:type="dxa"/>
              <w:start w:w="80" w:type="dxa"/>
              <w:bottom w:w="80" w:type="dxa"/>
              <w:end w:w="80" w:type="dxa"/>
            </w:tcMar>
            <w:shd w:fill="D9EAF7"/>
          </w:tcPr>
          <w:p>
            <w:pPr>
              <w:spacing w:after="0" w:before="0"/>
            </w:pPr>
            <w:r>
              <w:rPr>
                <w:rFonts w:ascii="Arial" w:hAnsi="Arial"/>
                <w:b/>
                <w:sz w:val="13"/>
              </w:rPr>
              <w:t>Tip compartiment transport</w:t>
            </w:r>
          </w:p>
        </w:tc>
        <w:tc>
          <w:tcPr>
            <w:tcW w:type="dxa" w:w="1275"/>
            <w:vAlign w:val="center"/>
            <w:tcMar>
              <w:top w:w="80" w:type="dxa"/>
              <w:start w:w="80" w:type="dxa"/>
              <w:bottom w:w="80" w:type="dxa"/>
              <w:end w:w="80" w:type="dxa"/>
            </w:tcMar>
            <w:shd w:fill="D9EAF7"/>
          </w:tcPr>
          <w:p>
            <w:pPr>
              <w:spacing w:after="0" w:before="0"/>
            </w:pPr>
            <w:r>
              <w:rPr>
                <w:rFonts w:ascii="Arial" w:hAnsi="Arial"/>
                <w:b/>
                <w:sz w:val="13"/>
              </w:rPr>
              <w:t>Mijloc menținere temperatură</w:t>
            </w:r>
          </w:p>
        </w:tc>
        <w:tc>
          <w:tcPr>
            <w:tcW w:type="dxa" w:w="1275"/>
            <w:vAlign w:val="center"/>
            <w:tcMar>
              <w:top w:w="80" w:type="dxa"/>
              <w:start w:w="80" w:type="dxa"/>
              <w:bottom w:w="80" w:type="dxa"/>
              <w:end w:w="80" w:type="dxa"/>
            </w:tcMar>
            <w:shd w:fill="D9EAF7"/>
          </w:tcPr>
          <w:p>
            <w:pPr>
              <w:spacing w:after="0" w:before="0"/>
            </w:pPr>
            <w:r>
              <w:rPr>
                <w:rFonts w:ascii="Arial" w:hAnsi="Arial"/>
                <w:b/>
                <w:sz w:val="13"/>
              </w:rPr>
              <w:t>Capacitate porții</w:t>
            </w:r>
          </w:p>
        </w:tc>
        <w:tc>
          <w:tcPr>
            <w:tcW w:type="dxa" w:w="1275"/>
            <w:vAlign w:val="center"/>
            <w:tcMar>
              <w:top w:w="80" w:type="dxa"/>
              <w:start w:w="80" w:type="dxa"/>
              <w:bottom w:w="80" w:type="dxa"/>
              <w:end w:w="80" w:type="dxa"/>
            </w:tcMar>
            <w:shd w:fill="D9EAF7"/>
          </w:tcPr>
          <w:p>
            <w:pPr>
              <w:spacing w:after="0" w:before="0"/>
            </w:pPr>
            <w:r>
              <w:rPr>
                <w:rFonts w:ascii="Arial" w:hAnsi="Arial"/>
                <w:b/>
                <w:sz w:val="13"/>
              </w:rPr>
              <w:t>Rezervă/backup</w:t>
            </w:r>
          </w:p>
        </w:tc>
      </w:tr>
      <w:tr>
        <w:tc>
          <w:tcPr>
            <w:tcW w:type="dxa" w:w="1275"/>
            <w:vAlign w:val="center"/>
            <w:tcMar>
              <w:top w:w="80" w:type="dxa"/>
              <w:start w:w="80" w:type="dxa"/>
              <w:bottom w:w="80" w:type="dxa"/>
              <w:end w:w="80" w:type="dxa"/>
            </w:tcMar>
          </w:tcPr>
          <w:p>
            <w:pPr>
              <w:spacing w:after="0" w:before="0"/>
            </w:pPr>
            <w:r>
              <w:rPr>
                <w:rFonts w:ascii="Arial" w:hAnsi="Arial"/>
                <w:sz w:val="13"/>
              </w:rPr>
              <w:t>1</w:t>
            </w: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r>
      <w:tr>
        <w:tc>
          <w:tcPr>
            <w:tcW w:type="dxa" w:w="1275"/>
            <w:vAlign w:val="center"/>
            <w:tcMar>
              <w:top w:w="80" w:type="dxa"/>
              <w:start w:w="80" w:type="dxa"/>
              <w:bottom w:w="80" w:type="dxa"/>
              <w:end w:w="80" w:type="dxa"/>
            </w:tcMar>
          </w:tcPr>
          <w:p>
            <w:pPr>
              <w:spacing w:after="0" w:before="0"/>
            </w:pPr>
            <w:r>
              <w:rPr>
                <w:rFonts w:ascii="Arial" w:hAnsi="Arial"/>
                <w:sz w:val="13"/>
              </w:rPr>
              <w:t>2</w:t>
            </w: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r>
      <w:tr>
        <w:tc>
          <w:tcPr>
            <w:tcW w:type="dxa" w:w="1275"/>
            <w:vAlign w:val="center"/>
            <w:tcMar>
              <w:top w:w="80" w:type="dxa"/>
              <w:start w:w="80" w:type="dxa"/>
              <w:bottom w:w="80" w:type="dxa"/>
              <w:end w:w="80" w:type="dxa"/>
            </w:tcMar>
          </w:tcPr>
          <w:p>
            <w:pPr>
              <w:spacing w:after="0" w:before="0"/>
            </w:pPr>
            <w:r>
              <w:rPr>
                <w:rFonts w:ascii="Arial" w:hAnsi="Arial"/>
                <w:sz w:val="13"/>
              </w:rPr>
              <w:t>3</w:t>
            </w: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r>
      <w:tr>
        <w:tc>
          <w:tcPr>
            <w:tcW w:type="dxa" w:w="1275"/>
            <w:vAlign w:val="center"/>
            <w:tcMar>
              <w:top w:w="80" w:type="dxa"/>
              <w:start w:w="80" w:type="dxa"/>
              <w:bottom w:w="80" w:type="dxa"/>
              <w:end w:w="80" w:type="dxa"/>
            </w:tcMar>
          </w:tcPr>
          <w:p>
            <w:pPr>
              <w:spacing w:after="0" w:before="0"/>
            </w:pPr>
            <w:r>
              <w:rPr>
                <w:rFonts w:ascii="Arial" w:hAnsi="Arial"/>
                <w:sz w:val="13"/>
              </w:rPr>
              <w:t>4</w:t>
            </w: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r>
    </w:tbl>
    <w:p>
      <w:pPr>
        <w:pStyle w:val="Heading2"/>
        <w:keepNext/>
      </w:pPr>
      <w:r>
        <w:rPr>
          <w:b/>
        </w:rPr>
        <w:t>Procedura de control al temperaturii și igienei</w:t>
      </w:r>
    </w:p>
    <w:p>
      <w:r>
        <w:rPr>
          <w:b/>
        </w:rPr>
        <w:t xml:space="preserve">Temperatura/condițiile sunt verificate înainte de încărcare prin: </w:t>
      </w:r>
      <w:r>
        <w:t>________________________________________________________________________________</w:t>
      </w:r>
    </w:p>
    <w:p>
      <w:r>
        <w:rPr>
          <w:b/>
        </w:rPr>
        <w:t xml:space="preserve">Rezultatul se consemnează în: </w:t>
      </w:r>
      <w:r>
        <w:t>________________________________________________________________________________</w:t>
      </w:r>
    </w:p>
    <w:p>
      <w:r>
        <w:rPr>
          <w:b/>
        </w:rPr>
        <w:t xml:space="preserve">În caz de abatere se aplică: </w:t>
      </w:r>
      <w:r>
        <w:t>________________________________________________________________________________</w:t>
      </w:r>
    </w:p>
    <w:p>
      <w:r>
        <w:rPr>
          <w:b/>
        </w:rPr>
        <w:t xml:space="preserve">Igienizarea compartimentului de transport se efectuează: </w:t>
      </w:r>
      <w:r>
        <w:t>________________________________________________________________________________</w:t>
      </w:r>
    </w:p>
    <w:p>
      <w:r>
        <w:br/>
        <w:t>Data: ________________</w:t>
      </w:r>
    </w:p>
    <w:p>
      <w:r>
        <w:t>Operator economic: ______________________________________________</w:t>
      </w:r>
    </w:p>
    <w:p>
      <w:r>
        <w:t>Reprezentant legal / împuternicit: ________________________________</w:t>
      </w:r>
    </w:p>
    <w:p>
      <w:r>
        <w:t>Semnătura: ________________________________</w:t>
      </w:r>
    </w:p>
    <w:p>
      <w:pPr>
        <w:pageBreakBefore/>
        <w:jc w:val="center"/>
      </w:pPr>
      <w:r>
        <w:rPr>
          <w:rFonts w:ascii="Arial" w:hAnsi="Arial"/>
          <w:b/>
          <w:sz w:val="28"/>
        </w:rPr>
        <w:t>FORMULARUL F13</w:t>
        <w:br/>
        <w:t>MENIU ORIENTATIV – MINIMUM 10 ZILE CONSECUTIVE</w:t>
      </w:r>
    </w:p>
    <w:p>
      <w:pPr>
        <w:jc w:val="center"/>
      </w:pPr>
      <w:r>
        <w:rPr>
          <w:rFonts w:ascii="Arial" w:hAnsi="Arial"/>
          <w:i/>
          <w:sz w:val="18"/>
        </w:rPr>
        <w:t>Achiziție: Servicii de catering pentru asigurarea suportului alimentar – masă caldă – pentru elevii Școlii Gimnaziale Bălăcița, în cadrul PNMS 2026</w:t>
      </w:r>
    </w:p>
    <w:p>
      <w:r>
        <w:t>Completați cel puțin 10 zile consecutive de curs. Meniul trebuie corelat cu fișele de rețetar, gramajele și fundamentarea costului materiei prime.</w:t>
      </w:r>
    </w:p>
    <w:tbl>
      <w:tblPr>
        <w:tblStyle w:val="TableGrid"/>
        <w:tblW w:type="auto" w:w="0"/>
        <w:jc w:val="center"/>
        <w:tblLook w:firstColumn="1" w:firstRow="1" w:lastColumn="0" w:lastRow="0" w:noHBand="0" w:noVBand="1" w:val="04A0"/>
      </w:tblPr>
      <w:tblGrid>
        <w:gridCol w:w="1275"/>
        <w:gridCol w:w="1275"/>
        <w:gridCol w:w="1275"/>
        <w:gridCol w:w="1275"/>
        <w:gridCol w:w="1275"/>
        <w:gridCol w:w="1275"/>
        <w:gridCol w:w="1275"/>
        <w:gridCol w:w="1275"/>
      </w:tblGrid>
      <w:tr>
        <w:trPr>
          <w:tblHeader w:val="true"/>
        </w:trPr>
        <w:tc>
          <w:tcPr>
            <w:tcW w:type="dxa" w:w="1275"/>
            <w:vAlign w:val="center"/>
            <w:tcMar>
              <w:top w:w="80" w:type="dxa"/>
              <w:start w:w="80" w:type="dxa"/>
              <w:bottom w:w="80" w:type="dxa"/>
              <w:end w:w="80" w:type="dxa"/>
            </w:tcMar>
            <w:shd w:fill="D9EAF7"/>
          </w:tcPr>
          <w:p>
            <w:pPr>
              <w:spacing w:after="0" w:before="0"/>
            </w:pPr>
            <w:r>
              <w:rPr>
                <w:rFonts w:ascii="Arial" w:hAnsi="Arial"/>
                <w:b/>
                <w:sz w:val="13"/>
              </w:rPr>
              <w:t>Ziua</w:t>
            </w:r>
          </w:p>
        </w:tc>
        <w:tc>
          <w:tcPr>
            <w:tcW w:type="dxa" w:w="1275"/>
            <w:vAlign w:val="center"/>
            <w:tcMar>
              <w:top w:w="80" w:type="dxa"/>
              <w:start w:w="80" w:type="dxa"/>
              <w:bottom w:w="80" w:type="dxa"/>
              <w:end w:w="80" w:type="dxa"/>
            </w:tcMar>
            <w:shd w:fill="D9EAF7"/>
          </w:tcPr>
          <w:p>
            <w:pPr>
              <w:spacing w:after="0" w:before="0"/>
            </w:pPr>
            <w:r>
              <w:rPr>
                <w:rFonts w:ascii="Arial" w:hAnsi="Arial"/>
                <w:b/>
                <w:sz w:val="13"/>
              </w:rPr>
              <w:t>Preparat/meniu</w:t>
            </w:r>
          </w:p>
        </w:tc>
        <w:tc>
          <w:tcPr>
            <w:tcW w:type="dxa" w:w="1275"/>
            <w:vAlign w:val="center"/>
            <w:tcMar>
              <w:top w:w="80" w:type="dxa"/>
              <w:start w:w="80" w:type="dxa"/>
              <w:bottom w:w="80" w:type="dxa"/>
              <w:end w:w="80" w:type="dxa"/>
            </w:tcMar>
            <w:shd w:fill="D9EAF7"/>
          </w:tcPr>
          <w:p>
            <w:pPr>
              <w:spacing w:after="0" w:before="0"/>
            </w:pPr>
            <w:r>
              <w:rPr>
                <w:rFonts w:ascii="Arial" w:hAnsi="Arial"/>
                <w:b/>
                <w:sz w:val="13"/>
              </w:rPr>
              <w:t>Ingrediente principale</w:t>
            </w:r>
          </w:p>
        </w:tc>
        <w:tc>
          <w:tcPr>
            <w:tcW w:type="dxa" w:w="1275"/>
            <w:vAlign w:val="center"/>
            <w:tcMar>
              <w:top w:w="80" w:type="dxa"/>
              <w:start w:w="80" w:type="dxa"/>
              <w:bottom w:w="80" w:type="dxa"/>
              <w:end w:w="80" w:type="dxa"/>
            </w:tcMar>
            <w:shd w:fill="D9EAF7"/>
          </w:tcPr>
          <w:p>
            <w:pPr>
              <w:spacing w:after="0" w:before="0"/>
            </w:pPr>
            <w:r>
              <w:rPr>
                <w:rFonts w:ascii="Arial" w:hAnsi="Arial"/>
                <w:b/>
                <w:sz w:val="13"/>
              </w:rPr>
              <w:t>Gramaj total porție (g/ml)</w:t>
            </w:r>
          </w:p>
        </w:tc>
        <w:tc>
          <w:tcPr>
            <w:tcW w:type="dxa" w:w="1275"/>
            <w:vAlign w:val="center"/>
            <w:tcMar>
              <w:top w:w="80" w:type="dxa"/>
              <w:start w:w="80" w:type="dxa"/>
              <w:bottom w:w="80" w:type="dxa"/>
              <w:end w:w="80" w:type="dxa"/>
            </w:tcMar>
            <w:shd w:fill="D9EAF7"/>
          </w:tcPr>
          <w:p>
            <w:pPr>
              <w:spacing w:after="0" w:before="0"/>
            </w:pPr>
            <w:r>
              <w:rPr>
                <w:rFonts w:ascii="Arial" w:hAnsi="Arial"/>
                <w:b/>
                <w:sz w:val="13"/>
              </w:rPr>
              <w:t>Energie (kcal)</w:t>
            </w:r>
          </w:p>
        </w:tc>
        <w:tc>
          <w:tcPr>
            <w:tcW w:type="dxa" w:w="1275"/>
            <w:vAlign w:val="center"/>
            <w:tcMar>
              <w:top w:w="80" w:type="dxa"/>
              <w:start w:w="80" w:type="dxa"/>
              <w:bottom w:w="80" w:type="dxa"/>
              <w:end w:w="80" w:type="dxa"/>
            </w:tcMar>
            <w:shd w:fill="D9EAF7"/>
          </w:tcPr>
          <w:p>
            <w:pPr>
              <w:spacing w:after="0" w:before="0"/>
            </w:pPr>
            <w:r>
              <w:rPr>
                <w:rFonts w:ascii="Arial" w:hAnsi="Arial"/>
                <w:b/>
                <w:sz w:val="13"/>
              </w:rPr>
              <w:t>Proteine/Glucide/Lipide</w:t>
            </w:r>
          </w:p>
        </w:tc>
        <w:tc>
          <w:tcPr>
            <w:tcW w:type="dxa" w:w="1275"/>
            <w:vAlign w:val="center"/>
            <w:tcMar>
              <w:top w:w="80" w:type="dxa"/>
              <w:start w:w="80" w:type="dxa"/>
              <w:bottom w:w="80" w:type="dxa"/>
              <w:end w:w="80" w:type="dxa"/>
            </w:tcMar>
            <w:shd w:fill="D9EAF7"/>
          </w:tcPr>
          <w:p>
            <w:pPr>
              <w:spacing w:after="0" w:before="0"/>
            </w:pPr>
            <w:r>
              <w:rPr>
                <w:rFonts w:ascii="Arial" w:hAnsi="Arial"/>
                <w:b/>
                <w:sz w:val="13"/>
              </w:rPr>
              <w:t>Alergeni</w:t>
            </w:r>
          </w:p>
        </w:tc>
        <w:tc>
          <w:tcPr>
            <w:tcW w:type="dxa" w:w="1275"/>
            <w:vAlign w:val="center"/>
            <w:tcMar>
              <w:top w:w="80" w:type="dxa"/>
              <w:start w:w="80" w:type="dxa"/>
              <w:bottom w:w="80" w:type="dxa"/>
              <w:end w:w="80" w:type="dxa"/>
            </w:tcMar>
            <w:shd w:fill="D9EAF7"/>
          </w:tcPr>
          <w:p>
            <w:pPr>
              <w:spacing w:after="0" w:before="0"/>
            </w:pPr>
            <w:r>
              <w:rPr>
                <w:rFonts w:ascii="Arial" w:hAnsi="Arial"/>
                <w:b/>
                <w:sz w:val="13"/>
              </w:rPr>
              <w:t>Observații/regim alternativ</w:t>
            </w:r>
          </w:p>
        </w:tc>
      </w:tr>
      <w:tr>
        <w:tc>
          <w:tcPr>
            <w:tcW w:type="dxa" w:w="1275"/>
            <w:vAlign w:val="center"/>
            <w:tcMar>
              <w:top w:w="80" w:type="dxa"/>
              <w:start w:w="80" w:type="dxa"/>
              <w:bottom w:w="80" w:type="dxa"/>
              <w:end w:w="80" w:type="dxa"/>
            </w:tcMar>
          </w:tcPr>
          <w:p>
            <w:pPr>
              <w:spacing w:after="0" w:before="0"/>
            </w:pPr>
            <w:r>
              <w:rPr>
                <w:rFonts w:ascii="Arial" w:hAnsi="Arial"/>
                <w:sz w:val="13"/>
              </w:rPr>
              <w:t>Ziua 1</w:t>
            </w: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r>
      <w:tr>
        <w:tc>
          <w:tcPr>
            <w:tcW w:type="dxa" w:w="1275"/>
            <w:vAlign w:val="center"/>
            <w:tcMar>
              <w:top w:w="80" w:type="dxa"/>
              <w:start w:w="80" w:type="dxa"/>
              <w:bottom w:w="80" w:type="dxa"/>
              <w:end w:w="80" w:type="dxa"/>
            </w:tcMar>
          </w:tcPr>
          <w:p>
            <w:pPr>
              <w:spacing w:after="0" w:before="0"/>
            </w:pPr>
            <w:r>
              <w:rPr>
                <w:rFonts w:ascii="Arial" w:hAnsi="Arial"/>
                <w:sz w:val="13"/>
              </w:rPr>
              <w:t>Ziua 2</w:t>
            </w: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r>
      <w:tr>
        <w:tc>
          <w:tcPr>
            <w:tcW w:type="dxa" w:w="1275"/>
            <w:vAlign w:val="center"/>
            <w:tcMar>
              <w:top w:w="80" w:type="dxa"/>
              <w:start w:w="80" w:type="dxa"/>
              <w:bottom w:w="80" w:type="dxa"/>
              <w:end w:w="80" w:type="dxa"/>
            </w:tcMar>
          </w:tcPr>
          <w:p>
            <w:pPr>
              <w:spacing w:after="0" w:before="0"/>
            </w:pPr>
            <w:r>
              <w:rPr>
                <w:rFonts w:ascii="Arial" w:hAnsi="Arial"/>
                <w:sz w:val="13"/>
              </w:rPr>
              <w:t>Ziua 3</w:t>
            </w: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r>
      <w:tr>
        <w:tc>
          <w:tcPr>
            <w:tcW w:type="dxa" w:w="1275"/>
            <w:vAlign w:val="center"/>
            <w:tcMar>
              <w:top w:w="80" w:type="dxa"/>
              <w:start w:w="80" w:type="dxa"/>
              <w:bottom w:w="80" w:type="dxa"/>
              <w:end w:w="80" w:type="dxa"/>
            </w:tcMar>
          </w:tcPr>
          <w:p>
            <w:pPr>
              <w:spacing w:after="0" w:before="0"/>
            </w:pPr>
            <w:r>
              <w:rPr>
                <w:rFonts w:ascii="Arial" w:hAnsi="Arial"/>
                <w:sz w:val="13"/>
              </w:rPr>
              <w:t>Ziua 4</w:t>
            </w: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r>
      <w:tr>
        <w:tc>
          <w:tcPr>
            <w:tcW w:type="dxa" w:w="1275"/>
            <w:vAlign w:val="center"/>
            <w:tcMar>
              <w:top w:w="80" w:type="dxa"/>
              <w:start w:w="80" w:type="dxa"/>
              <w:bottom w:w="80" w:type="dxa"/>
              <w:end w:w="80" w:type="dxa"/>
            </w:tcMar>
          </w:tcPr>
          <w:p>
            <w:pPr>
              <w:spacing w:after="0" w:before="0"/>
            </w:pPr>
            <w:r>
              <w:rPr>
                <w:rFonts w:ascii="Arial" w:hAnsi="Arial"/>
                <w:sz w:val="13"/>
              </w:rPr>
              <w:t>Ziua 5</w:t>
            </w: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r>
      <w:tr>
        <w:tc>
          <w:tcPr>
            <w:tcW w:type="dxa" w:w="1275"/>
            <w:vAlign w:val="center"/>
            <w:tcMar>
              <w:top w:w="80" w:type="dxa"/>
              <w:start w:w="80" w:type="dxa"/>
              <w:bottom w:w="80" w:type="dxa"/>
              <w:end w:w="80" w:type="dxa"/>
            </w:tcMar>
          </w:tcPr>
          <w:p>
            <w:pPr>
              <w:spacing w:after="0" w:before="0"/>
            </w:pPr>
            <w:r>
              <w:rPr>
                <w:rFonts w:ascii="Arial" w:hAnsi="Arial"/>
                <w:sz w:val="13"/>
              </w:rPr>
              <w:t>Ziua 6</w:t>
            </w: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r>
      <w:tr>
        <w:tc>
          <w:tcPr>
            <w:tcW w:type="dxa" w:w="1275"/>
            <w:vAlign w:val="center"/>
            <w:tcMar>
              <w:top w:w="80" w:type="dxa"/>
              <w:start w:w="80" w:type="dxa"/>
              <w:bottom w:w="80" w:type="dxa"/>
              <w:end w:w="80" w:type="dxa"/>
            </w:tcMar>
          </w:tcPr>
          <w:p>
            <w:pPr>
              <w:spacing w:after="0" w:before="0"/>
            </w:pPr>
            <w:r>
              <w:rPr>
                <w:rFonts w:ascii="Arial" w:hAnsi="Arial"/>
                <w:sz w:val="13"/>
              </w:rPr>
              <w:t>Ziua 7</w:t>
            </w: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r>
      <w:tr>
        <w:tc>
          <w:tcPr>
            <w:tcW w:type="dxa" w:w="1275"/>
            <w:vAlign w:val="center"/>
            <w:tcMar>
              <w:top w:w="80" w:type="dxa"/>
              <w:start w:w="80" w:type="dxa"/>
              <w:bottom w:w="80" w:type="dxa"/>
              <w:end w:w="80" w:type="dxa"/>
            </w:tcMar>
          </w:tcPr>
          <w:p>
            <w:pPr>
              <w:spacing w:after="0" w:before="0"/>
            </w:pPr>
            <w:r>
              <w:rPr>
                <w:rFonts w:ascii="Arial" w:hAnsi="Arial"/>
                <w:sz w:val="13"/>
              </w:rPr>
              <w:t>Ziua 8</w:t>
            </w: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r>
      <w:tr>
        <w:tc>
          <w:tcPr>
            <w:tcW w:type="dxa" w:w="1275"/>
            <w:vAlign w:val="center"/>
            <w:tcMar>
              <w:top w:w="80" w:type="dxa"/>
              <w:start w:w="80" w:type="dxa"/>
              <w:bottom w:w="80" w:type="dxa"/>
              <w:end w:w="80" w:type="dxa"/>
            </w:tcMar>
          </w:tcPr>
          <w:p>
            <w:pPr>
              <w:spacing w:after="0" w:before="0"/>
            </w:pPr>
            <w:r>
              <w:rPr>
                <w:rFonts w:ascii="Arial" w:hAnsi="Arial"/>
                <w:sz w:val="13"/>
              </w:rPr>
              <w:t>Ziua 9</w:t>
            </w: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r>
      <w:tr>
        <w:tc>
          <w:tcPr>
            <w:tcW w:type="dxa" w:w="1275"/>
            <w:vAlign w:val="center"/>
            <w:tcMar>
              <w:top w:w="80" w:type="dxa"/>
              <w:start w:w="80" w:type="dxa"/>
              <w:bottom w:w="80" w:type="dxa"/>
              <w:end w:w="80" w:type="dxa"/>
            </w:tcMar>
          </w:tcPr>
          <w:p>
            <w:pPr>
              <w:spacing w:after="0" w:before="0"/>
            </w:pPr>
            <w:r>
              <w:rPr>
                <w:rFonts w:ascii="Arial" w:hAnsi="Arial"/>
                <w:sz w:val="13"/>
              </w:rPr>
              <w:t>Ziua 10</w:t>
            </w: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r>
    </w:tbl>
    <w:p>
      <w:r>
        <w:rPr>
          <w:b/>
          <w:sz w:val="18"/>
        </w:rPr>
        <w:t>NOTĂ: Valorile nutriționale sunt orientative, dar trebuie fundamentate rezonabil și corelate cu rețetarele/gramajele. Alergenii se declară potrivit legislației aplicabile.</w:t>
      </w:r>
    </w:p>
    <w:p>
      <w:r>
        <w:br/>
        <w:t>Data: ________________</w:t>
      </w:r>
    </w:p>
    <w:p>
      <w:r>
        <w:t>Operator economic: ______________________________________________</w:t>
      </w:r>
    </w:p>
    <w:p>
      <w:r>
        <w:t>Reprezentant legal / împuternicit: ________________________________</w:t>
      </w:r>
    </w:p>
    <w:p>
      <w:r>
        <w:t>Semnătura: ________________________________</w:t>
      </w:r>
    </w:p>
    <w:p>
      <w:pPr>
        <w:pageBreakBefore/>
        <w:jc w:val="center"/>
      </w:pPr>
      <w:r>
        <w:rPr>
          <w:rFonts w:ascii="Arial" w:hAnsi="Arial"/>
          <w:b/>
          <w:sz w:val="28"/>
        </w:rPr>
        <w:t>FORMULARUL F14</w:t>
        <w:br/>
        <w:t>FIȘA DETALIATĂ DE REȚETAR / INGREDIENTE / GRAMAJE / NUTRIȚIE / ALERGENI</w:t>
      </w:r>
    </w:p>
    <w:p>
      <w:pPr>
        <w:jc w:val="center"/>
      </w:pPr>
      <w:r>
        <w:rPr>
          <w:rFonts w:ascii="Arial" w:hAnsi="Arial"/>
          <w:i/>
          <w:sz w:val="18"/>
        </w:rPr>
        <w:t>Achiziție: Servicii de catering pentru asigurarea suportului alimentar – masă caldă – pentru elevii Școlii Gimnaziale Bălăcița, în cadrul PNMS 2026</w:t>
      </w:r>
    </w:p>
    <w:p>
      <w:r>
        <w:t>Se completează câte o fișă pentru fiecare meniu/zi ofertată sau se multiplică prezentul formular.</w:t>
      </w:r>
    </w:p>
    <w:tbl>
      <w:tblPr>
        <w:tblStyle w:val="TableGrid"/>
        <w:tblW w:type="auto" w:w="0"/>
        <w:jc w:val="center"/>
        <w:tblLook w:firstColumn="1" w:firstRow="1" w:lastColumn="0" w:lastRow="0" w:noHBand="0" w:noVBand="1" w:val="04A0"/>
      </w:tblPr>
      <w:tblGrid>
        <w:gridCol w:w="5100"/>
        <w:gridCol w:w="5100"/>
      </w:tblGrid>
      <w:tr>
        <w:trPr>
          <w:tblHeader w:val="true"/>
        </w:trPr>
        <w:tc>
          <w:tcPr>
            <w:tcW w:type="dxa" w:w="5100"/>
            <w:vAlign w:val="center"/>
            <w:tcMar>
              <w:top w:w="80" w:type="dxa"/>
              <w:start w:w="80" w:type="dxa"/>
              <w:bottom w:w="80" w:type="dxa"/>
              <w:end w:w="80" w:type="dxa"/>
            </w:tcMar>
            <w:shd w:fill="D9EAF7"/>
          </w:tcPr>
          <w:p>
            <w:pPr>
              <w:spacing w:after="0" w:before="0"/>
            </w:pPr>
            <w:r>
              <w:rPr>
                <w:rFonts w:ascii="Arial" w:hAnsi="Arial"/>
                <w:b/>
                <w:sz w:val="16"/>
              </w:rPr>
              <w:t>Element</w:t>
            </w:r>
          </w:p>
        </w:tc>
        <w:tc>
          <w:tcPr>
            <w:tcW w:type="dxa" w:w="5100"/>
            <w:vAlign w:val="center"/>
            <w:tcMar>
              <w:top w:w="80" w:type="dxa"/>
              <w:start w:w="80" w:type="dxa"/>
              <w:bottom w:w="80" w:type="dxa"/>
              <w:end w:w="80" w:type="dxa"/>
            </w:tcMar>
            <w:shd w:fill="D9EAF7"/>
          </w:tcPr>
          <w:p>
            <w:pPr>
              <w:spacing w:after="0" w:before="0"/>
            </w:pPr>
            <w:r>
              <w:rPr>
                <w:rFonts w:ascii="Arial" w:hAnsi="Arial"/>
                <w:b/>
                <w:sz w:val="16"/>
              </w:rPr>
              <w:t>Date</w:t>
            </w:r>
          </w:p>
        </w:tc>
      </w:tr>
      <w:tr>
        <w:tc>
          <w:tcPr>
            <w:tcW w:type="dxa" w:w="5100"/>
            <w:vAlign w:val="center"/>
            <w:tcMar>
              <w:top w:w="80" w:type="dxa"/>
              <w:start w:w="80" w:type="dxa"/>
              <w:bottom w:w="80" w:type="dxa"/>
              <w:end w:w="80" w:type="dxa"/>
            </w:tcMar>
          </w:tcPr>
          <w:p>
            <w:pPr>
              <w:spacing w:after="0" w:before="0"/>
            </w:pPr>
            <w:r>
              <w:rPr>
                <w:rFonts w:ascii="Arial" w:hAnsi="Arial"/>
                <w:sz w:val="16"/>
              </w:rPr>
              <w:t>Ziua / denumirea meniului</w:t>
            </w:r>
          </w:p>
        </w:tc>
        <w:tc>
          <w:tcPr>
            <w:tcW w:type="dxa" w:w="5100"/>
            <w:vAlign w:val="center"/>
            <w:tcMar>
              <w:top w:w="80" w:type="dxa"/>
              <w:start w:w="80" w:type="dxa"/>
              <w:bottom w:w="80" w:type="dxa"/>
              <w:end w:w="80" w:type="dxa"/>
            </w:tcMar>
          </w:tcPr>
          <w:p>
            <w:pPr>
              <w:spacing w:after="0" w:before="0"/>
            </w:pPr>
          </w:p>
        </w:tc>
      </w:tr>
      <w:tr>
        <w:tc>
          <w:tcPr>
            <w:tcW w:type="dxa" w:w="5100"/>
            <w:vAlign w:val="center"/>
            <w:tcMar>
              <w:top w:w="80" w:type="dxa"/>
              <w:start w:w="80" w:type="dxa"/>
              <w:bottom w:w="80" w:type="dxa"/>
              <w:end w:w="80" w:type="dxa"/>
            </w:tcMar>
          </w:tcPr>
          <w:p>
            <w:pPr>
              <w:spacing w:after="0" w:before="0"/>
            </w:pPr>
            <w:r>
              <w:rPr>
                <w:rFonts w:ascii="Arial" w:hAnsi="Arial"/>
                <w:sz w:val="16"/>
              </w:rPr>
              <w:t>Denumirea preparatului</w:t>
            </w:r>
          </w:p>
        </w:tc>
        <w:tc>
          <w:tcPr>
            <w:tcW w:type="dxa" w:w="5100"/>
            <w:vAlign w:val="center"/>
            <w:tcMar>
              <w:top w:w="80" w:type="dxa"/>
              <w:start w:w="80" w:type="dxa"/>
              <w:bottom w:w="80" w:type="dxa"/>
              <w:end w:w="80" w:type="dxa"/>
            </w:tcMar>
          </w:tcPr>
          <w:p>
            <w:pPr>
              <w:spacing w:after="0" w:before="0"/>
            </w:pPr>
          </w:p>
        </w:tc>
      </w:tr>
      <w:tr>
        <w:tc>
          <w:tcPr>
            <w:tcW w:type="dxa" w:w="5100"/>
            <w:vAlign w:val="center"/>
            <w:tcMar>
              <w:top w:w="80" w:type="dxa"/>
              <w:start w:w="80" w:type="dxa"/>
              <w:bottom w:w="80" w:type="dxa"/>
              <w:end w:w="80" w:type="dxa"/>
            </w:tcMar>
          </w:tcPr>
          <w:p>
            <w:pPr>
              <w:spacing w:after="0" w:before="0"/>
            </w:pPr>
            <w:r>
              <w:rPr>
                <w:rFonts w:ascii="Arial" w:hAnsi="Arial"/>
                <w:sz w:val="16"/>
              </w:rPr>
              <w:t>Gramaj final/porție</w:t>
            </w:r>
          </w:p>
        </w:tc>
        <w:tc>
          <w:tcPr>
            <w:tcW w:type="dxa" w:w="5100"/>
            <w:vAlign w:val="center"/>
            <w:tcMar>
              <w:top w:w="80" w:type="dxa"/>
              <w:start w:w="80" w:type="dxa"/>
              <w:bottom w:w="80" w:type="dxa"/>
              <w:end w:w="80" w:type="dxa"/>
            </w:tcMar>
          </w:tcPr>
          <w:p>
            <w:pPr>
              <w:spacing w:after="0" w:before="0"/>
            </w:pPr>
          </w:p>
        </w:tc>
      </w:tr>
      <w:tr>
        <w:tc>
          <w:tcPr>
            <w:tcW w:type="dxa" w:w="5100"/>
            <w:vAlign w:val="center"/>
            <w:tcMar>
              <w:top w:w="80" w:type="dxa"/>
              <w:start w:w="80" w:type="dxa"/>
              <w:bottom w:w="80" w:type="dxa"/>
              <w:end w:w="80" w:type="dxa"/>
            </w:tcMar>
          </w:tcPr>
          <w:p>
            <w:pPr>
              <w:spacing w:after="0" w:before="0"/>
            </w:pPr>
            <w:r>
              <w:rPr>
                <w:rFonts w:ascii="Arial" w:hAnsi="Arial"/>
                <w:sz w:val="16"/>
              </w:rPr>
              <w:t>Energie estimată/porție</w:t>
            </w:r>
          </w:p>
        </w:tc>
        <w:tc>
          <w:tcPr>
            <w:tcW w:type="dxa" w:w="5100"/>
            <w:vAlign w:val="center"/>
            <w:tcMar>
              <w:top w:w="80" w:type="dxa"/>
              <w:start w:w="80" w:type="dxa"/>
              <w:bottom w:w="80" w:type="dxa"/>
              <w:end w:w="80" w:type="dxa"/>
            </w:tcMar>
          </w:tcPr>
          <w:p>
            <w:pPr>
              <w:spacing w:after="0" w:before="0"/>
            </w:pPr>
          </w:p>
        </w:tc>
      </w:tr>
      <w:tr>
        <w:tc>
          <w:tcPr>
            <w:tcW w:type="dxa" w:w="5100"/>
            <w:vAlign w:val="center"/>
            <w:tcMar>
              <w:top w:w="80" w:type="dxa"/>
              <w:start w:w="80" w:type="dxa"/>
              <w:bottom w:w="80" w:type="dxa"/>
              <w:end w:w="80" w:type="dxa"/>
            </w:tcMar>
          </w:tcPr>
          <w:p>
            <w:pPr>
              <w:spacing w:after="0" w:before="0"/>
            </w:pPr>
            <w:r>
              <w:rPr>
                <w:rFonts w:ascii="Arial" w:hAnsi="Arial"/>
                <w:sz w:val="16"/>
              </w:rPr>
              <w:t>Proteine</w:t>
            </w:r>
          </w:p>
        </w:tc>
        <w:tc>
          <w:tcPr>
            <w:tcW w:type="dxa" w:w="5100"/>
            <w:vAlign w:val="center"/>
            <w:tcMar>
              <w:top w:w="80" w:type="dxa"/>
              <w:start w:w="80" w:type="dxa"/>
              <w:bottom w:w="80" w:type="dxa"/>
              <w:end w:w="80" w:type="dxa"/>
            </w:tcMar>
          </w:tcPr>
          <w:p>
            <w:pPr>
              <w:spacing w:after="0" w:before="0"/>
            </w:pPr>
          </w:p>
        </w:tc>
      </w:tr>
      <w:tr>
        <w:tc>
          <w:tcPr>
            <w:tcW w:type="dxa" w:w="5100"/>
            <w:vAlign w:val="center"/>
            <w:tcMar>
              <w:top w:w="80" w:type="dxa"/>
              <w:start w:w="80" w:type="dxa"/>
              <w:bottom w:w="80" w:type="dxa"/>
              <w:end w:w="80" w:type="dxa"/>
            </w:tcMar>
          </w:tcPr>
          <w:p>
            <w:pPr>
              <w:spacing w:after="0" w:before="0"/>
            </w:pPr>
            <w:r>
              <w:rPr>
                <w:rFonts w:ascii="Arial" w:hAnsi="Arial"/>
                <w:sz w:val="16"/>
              </w:rPr>
              <w:t>Glucide</w:t>
            </w:r>
          </w:p>
        </w:tc>
        <w:tc>
          <w:tcPr>
            <w:tcW w:type="dxa" w:w="5100"/>
            <w:vAlign w:val="center"/>
            <w:tcMar>
              <w:top w:w="80" w:type="dxa"/>
              <w:start w:w="80" w:type="dxa"/>
              <w:bottom w:w="80" w:type="dxa"/>
              <w:end w:w="80" w:type="dxa"/>
            </w:tcMar>
          </w:tcPr>
          <w:p>
            <w:pPr>
              <w:spacing w:after="0" w:before="0"/>
            </w:pPr>
          </w:p>
        </w:tc>
      </w:tr>
      <w:tr>
        <w:tc>
          <w:tcPr>
            <w:tcW w:type="dxa" w:w="5100"/>
            <w:vAlign w:val="center"/>
            <w:tcMar>
              <w:top w:w="80" w:type="dxa"/>
              <w:start w:w="80" w:type="dxa"/>
              <w:bottom w:w="80" w:type="dxa"/>
              <w:end w:w="80" w:type="dxa"/>
            </w:tcMar>
          </w:tcPr>
          <w:p>
            <w:pPr>
              <w:spacing w:after="0" w:before="0"/>
            </w:pPr>
            <w:r>
              <w:rPr>
                <w:rFonts w:ascii="Arial" w:hAnsi="Arial"/>
                <w:sz w:val="16"/>
              </w:rPr>
              <w:t>Lipide</w:t>
            </w:r>
          </w:p>
        </w:tc>
        <w:tc>
          <w:tcPr>
            <w:tcW w:type="dxa" w:w="5100"/>
            <w:vAlign w:val="center"/>
            <w:tcMar>
              <w:top w:w="80" w:type="dxa"/>
              <w:start w:w="80" w:type="dxa"/>
              <w:bottom w:w="80" w:type="dxa"/>
              <w:end w:w="80" w:type="dxa"/>
            </w:tcMar>
          </w:tcPr>
          <w:p>
            <w:pPr>
              <w:spacing w:after="0" w:before="0"/>
            </w:pPr>
          </w:p>
        </w:tc>
      </w:tr>
      <w:tr>
        <w:tc>
          <w:tcPr>
            <w:tcW w:type="dxa" w:w="5100"/>
            <w:vAlign w:val="center"/>
            <w:tcMar>
              <w:top w:w="80" w:type="dxa"/>
              <w:start w:w="80" w:type="dxa"/>
              <w:bottom w:w="80" w:type="dxa"/>
              <w:end w:w="80" w:type="dxa"/>
            </w:tcMar>
          </w:tcPr>
          <w:p>
            <w:pPr>
              <w:spacing w:after="0" w:before="0"/>
            </w:pPr>
            <w:r>
              <w:rPr>
                <w:rFonts w:ascii="Arial" w:hAnsi="Arial"/>
                <w:sz w:val="16"/>
              </w:rPr>
              <w:t>Sare estimată</w:t>
            </w:r>
          </w:p>
        </w:tc>
        <w:tc>
          <w:tcPr>
            <w:tcW w:type="dxa" w:w="5100"/>
            <w:vAlign w:val="center"/>
            <w:tcMar>
              <w:top w:w="80" w:type="dxa"/>
              <w:start w:w="80" w:type="dxa"/>
              <w:bottom w:w="80" w:type="dxa"/>
              <w:end w:w="80" w:type="dxa"/>
            </w:tcMar>
          </w:tcPr>
          <w:p>
            <w:pPr>
              <w:spacing w:after="0" w:before="0"/>
            </w:pPr>
          </w:p>
        </w:tc>
      </w:tr>
      <w:tr>
        <w:tc>
          <w:tcPr>
            <w:tcW w:type="dxa" w:w="5100"/>
            <w:vAlign w:val="center"/>
            <w:tcMar>
              <w:top w:w="80" w:type="dxa"/>
              <w:start w:w="80" w:type="dxa"/>
              <w:bottom w:w="80" w:type="dxa"/>
              <w:end w:w="80" w:type="dxa"/>
            </w:tcMar>
          </w:tcPr>
          <w:p>
            <w:pPr>
              <w:spacing w:after="0" w:before="0"/>
            </w:pPr>
            <w:r>
              <w:rPr>
                <w:rFonts w:ascii="Arial" w:hAnsi="Arial"/>
                <w:sz w:val="16"/>
              </w:rPr>
              <w:t>Alergeni declarați</w:t>
            </w:r>
          </w:p>
        </w:tc>
        <w:tc>
          <w:tcPr>
            <w:tcW w:type="dxa" w:w="5100"/>
            <w:vAlign w:val="center"/>
            <w:tcMar>
              <w:top w:w="80" w:type="dxa"/>
              <w:start w:w="80" w:type="dxa"/>
              <w:bottom w:w="80" w:type="dxa"/>
              <w:end w:w="80" w:type="dxa"/>
            </w:tcMar>
          </w:tcPr>
          <w:p>
            <w:pPr>
              <w:spacing w:after="0" w:before="0"/>
            </w:pPr>
          </w:p>
        </w:tc>
      </w:tr>
    </w:tbl>
    <w:p>
      <w:pPr>
        <w:pStyle w:val="Heading2"/>
        <w:keepNext/>
      </w:pPr>
      <w:r>
        <w:rPr>
          <w:b/>
        </w:rPr>
        <w:t>Ingrediente și cost materie primă aferent unei porții</w:t>
      </w:r>
    </w:p>
    <w:tbl>
      <w:tblPr>
        <w:tblStyle w:val="TableGrid"/>
        <w:tblW w:type="auto" w:w="0"/>
        <w:jc w:val="center"/>
        <w:tblLook w:firstColumn="1" w:firstRow="1" w:lastColumn="0" w:lastRow="0" w:noHBand="0" w:noVBand="1" w:val="04A0"/>
      </w:tblPr>
      <w:tblGrid>
        <w:gridCol w:w="1275"/>
        <w:gridCol w:w="1275"/>
        <w:gridCol w:w="1275"/>
        <w:gridCol w:w="1275"/>
        <w:gridCol w:w="1275"/>
        <w:gridCol w:w="1275"/>
        <w:gridCol w:w="1275"/>
        <w:gridCol w:w="1275"/>
      </w:tblGrid>
      <w:tr>
        <w:trPr>
          <w:tblHeader w:val="true"/>
          <w:tblHeader w:val="true"/>
        </w:trPr>
        <w:tc>
          <w:tcPr>
            <w:tcW w:type="dxa" w:w="1275"/>
            <w:vAlign w:val="center"/>
            <w:tcMar>
              <w:top w:w="80" w:type="dxa"/>
              <w:start w:w="80" w:type="dxa"/>
              <w:bottom w:w="80" w:type="dxa"/>
              <w:end w:w="80" w:type="dxa"/>
            </w:tcMar>
            <w:shd w:fill="D9EAF7"/>
            <w:shd w:fill="D9EAF7"/>
          </w:tcPr>
          <w:p>
            <w:pPr>
              <w:spacing w:after="0" w:before="0"/>
            </w:pPr>
            <w:r>
              <w:rPr>
                <w:rFonts w:ascii="Arial" w:hAnsi="Arial"/>
                <w:b/>
                <w:sz w:val="14"/>
              </w:rPr>
              <w:t>Nr.</w:t>
            </w:r>
          </w:p>
        </w:tc>
        <w:tc>
          <w:tcPr>
            <w:tcW w:type="dxa" w:w="1275"/>
            <w:vAlign w:val="center"/>
            <w:tcMar>
              <w:top w:w="80" w:type="dxa"/>
              <w:start w:w="80" w:type="dxa"/>
              <w:bottom w:w="80" w:type="dxa"/>
              <w:end w:w="80" w:type="dxa"/>
            </w:tcMar>
            <w:shd w:fill="D9EAF7"/>
            <w:shd w:fill="D9EAF7"/>
          </w:tcPr>
          <w:p>
            <w:pPr>
              <w:spacing w:after="0" w:before="0"/>
            </w:pPr>
            <w:r>
              <w:rPr>
                <w:rFonts w:ascii="Arial" w:hAnsi="Arial"/>
                <w:b/>
                <w:sz w:val="14"/>
              </w:rPr>
              <w:t>Ingredient</w:t>
            </w:r>
          </w:p>
        </w:tc>
        <w:tc>
          <w:tcPr>
            <w:tcW w:type="dxa" w:w="1275"/>
            <w:vAlign w:val="center"/>
            <w:tcMar>
              <w:top w:w="80" w:type="dxa"/>
              <w:start w:w="80" w:type="dxa"/>
              <w:bottom w:w="80" w:type="dxa"/>
              <w:end w:w="80" w:type="dxa"/>
            </w:tcMar>
            <w:shd w:fill="D9EAF7"/>
            <w:shd w:fill="D9EAF7"/>
          </w:tcPr>
          <w:p>
            <w:pPr>
              <w:spacing w:after="0" w:before="0"/>
            </w:pPr>
            <w:r>
              <w:rPr>
                <w:rFonts w:ascii="Arial" w:hAnsi="Arial"/>
                <w:b/>
                <w:sz w:val="14"/>
              </w:rPr>
              <w:t>Cantitate brută/porție</w:t>
            </w:r>
          </w:p>
        </w:tc>
        <w:tc>
          <w:tcPr>
            <w:tcW w:type="dxa" w:w="1275"/>
            <w:vAlign w:val="center"/>
            <w:tcMar>
              <w:top w:w="80" w:type="dxa"/>
              <w:start w:w="80" w:type="dxa"/>
              <w:bottom w:w="80" w:type="dxa"/>
              <w:end w:w="80" w:type="dxa"/>
            </w:tcMar>
            <w:shd w:fill="D9EAF7"/>
            <w:shd w:fill="D9EAF7"/>
          </w:tcPr>
          <w:p>
            <w:pPr>
              <w:spacing w:after="0" w:before="0"/>
            </w:pPr>
            <w:r>
              <w:rPr>
                <w:rFonts w:ascii="Arial" w:hAnsi="Arial"/>
                <w:b/>
                <w:sz w:val="14"/>
              </w:rPr>
              <w:t>U.M.</w:t>
            </w:r>
          </w:p>
        </w:tc>
        <w:tc>
          <w:tcPr>
            <w:tcW w:type="dxa" w:w="1275"/>
            <w:vAlign w:val="center"/>
            <w:tcMar>
              <w:top w:w="80" w:type="dxa"/>
              <w:start w:w="80" w:type="dxa"/>
              <w:bottom w:w="80" w:type="dxa"/>
              <w:end w:w="80" w:type="dxa"/>
            </w:tcMar>
            <w:shd w:fill="D9EAF7"/>
            <w:shd w:fill="D9EAF7"/>
          </w:tcPr>
          <w:p>
            <w:pPr>
              <w:spacing w:after="0" w:before="0"/>
            </w:pPr>
            <w:r>
              <w:rPr>
                <w:rFonts w:ascii="Arial" w:hAnsi="Arial"/>
                <w:b/>
                <w:sz w:val="14"/>
              </w:rPr>
              <w:t>Preț achiziție fără TVA/U.M.</w:t>
            </w:r>
          </w:p>
        </w:tc>
        <w:tc>
          <w:tcPr>
            <w:tcW w:type="dxa" w:w="1275"/>
            <w:vAlign w:val="center"/>
            <w:tcMar>
              <w:top w:w="80" w:type="dxa"/>
              <w:start w:w="80" w:type="dxa"/>
              <w:bottom w:w="80" w:type="dxa"/>
              <w:end w:w="80" w:type="dxa"/>
            </w:tcMar>
            <w:shd w:fill="D9EAF7"/>
            <w:shd w:fill="D9EAF7"/>
          </w:tcPr>
          <w:p>
            <w:pPr>
              <w:spacing w:after="0" w:before="0"/>
            </w:pPr>
            <w:r>
              <w:rPr>
                <w:rFonts w:ascii="Arial" w:hAnsi="Arial"/>
                <w:b/>
                <w:sz w:val="14"/>
              </w:rPr>
              <w:t>Cost/porție fără TVA</w:t>
            </w:r>
          </w:p>
        </w:tc>
        <w:tc>
          <w:tcPr>
            <w:tcW w:type="dxa" w:w="1275"/>
            <w:vAlign w:val="center"/>
            <w:tcMar>
              <w:top w:w="80" w:type="dxa"/>
              <w:start w:w="80" w:type="dxa"/>
              <w:bottom w:w="80" w:type="dxa"/>
              <w:end w:w="80" w:type="dxa"/>
            </w:tcMar>
            <w:shd w:fill="D9EAF7"/>
            <w:shd w:fill="D9EAF7"/>
          </w:tcPr>
          <w:p>
            <w:pPr>
              <w:spacing w:after="0" w:before="0"/>
            </w:pPr>
            <w:r>
              <w:rPr>
                <w:rFonts w:ascii="Arial" w:hAnsi="Arial"/>
                <w:b/>
                <w:sz w:val="14"/>
              </w:rPr>
              <w:t>Document justificativ</w:t>
            </w:r>
          </w:p>
        </w:tc>
        <w:tc>
          <w:tcPr>
            <w:tcW w:type="dxa" w:w="1275"/>
            <w:vAlign w:val="center"/>
            <w:tcMar>
              <w:top w:w="80" w:type="dxa"/>
              <w:start w:w="80" w:type="dxa"/>
              <w:bottom w:w="80" w:type="dxa"/>
              <w:end w:w="80" w:type="dxa"/>
            </w:tcMar>
            <w:shd w:fill="D9EAF7"/>
            <w:shd w:fill="D9EAF7"/>
          </w:tcPr>
          <w:p>
            <w:pPr>
              <w:spacing w:after="0" w:before="0"/>
            </w:pPr>
            <w:r>
              <w:rPr>
                <w:rFonts w:ascii="Arial" w:hAnsi="Arial"/>
                <w:b/>
                <w:sz w:val="14"/>
              </w:rPr>
              <w:t>Observații/pierderi tehnologice</w:t>
            </w:r>
          </w:p>
        </w:tc>
      </w:tr>
      <w:tr>
        <w:tc>
          <w:tcPr>
            <w:tcW w:type="dxa" w:w="1275"/>
            <w:vAlign w:val="center"/>
            <w:tcMar>
              <w:top w:w="80" w:type="dxa"/>
              <w:start w:w="80" w:type="dxa"/>
              <w:bottom w:w="80" w:type="dxa"/>
              <w:end w:w="80" w:type="dxa"/>
            </w:tcMar>
          </w:tcPr>
          <w:p>
            <w:pPr>
              <w:spacing w:after="0" w:before="0"/>
            </w:pPr>
            <w:r>
              <w:rPr>
                <w:rFonts w:ascii="Arial" w:hAnsi="Arial"/>
                <w:sz w:val="14"/>
              </w:rPr>
              <w:t>1</w:t>
            </w: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r>
      <w:tr>
        <w:tc>
          <w:tcPr>
            <w:tcW w:type="dxa" w:w="1275"/>
            <w:vAlign w:val="center"/>
            <w:tcMar>
              <w:top w:w="80" w:type="dxa"/>
              <w:start w:w="80" w:type="dxa"/>
              <w:bottom w:w="80" w:type="dxa"/>
              <w:end w:w="80" w:type="dxa"/>
            </w:tcMar>
          </w:tcPr>
          <w:p>
            <w:pPr>
              <w:spacing w:after="0" w:before="0"/>
            </w:pPr>
            <w:r>
              <w:rPr>
                <w:rFonts w:ascii="Arial" w:hAnsi="Arial"/>
                <w:sz w:val="14"/>
              </w:rPr>
              <w:t>2</w:t>
            </w: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r>
      <w:tr>
        <w:tc>
          <w:tcPr>
            <w:tcW w:type="dxa" w:w="1275"/>
            <w:vAlign w:val="center"/>
            <w:tcMar>
              <w:top w:w="80" w:type="dxa"/>
              <w:start w:w="80" w:type="dxa"/>
              <w:bottom w:w="80" w:type="dxa"/>
              <w:end w:w="80" w:type="dxa"/>
            </w:tcMar>
          </w:tcPr>
          <w:p>
            <w:pPr>
              <w:spacing w:after="0" w:before="0"/>
            </w:pPr>
            <w:r>
              <w:rPr>
                <w:rFonts w:ascii="Arial" w:hAnsi="Arial"/>
                <w:sz w:val="14"/>
              </w:rPr>
              <w:t>3</w:t>
            </w: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r>
      <w:tr>
        <w:tc>
          <w:tcPr>
            <w:tcW w:type="dxa" w:w="1275"/>
            <w:vAlign w:val="center"/>
            <w:tcMar>
              <w:top w:w="80" w:type="dxa"/>
              <w:start w:w="80" w:type="dxa"/>
              <w:bottom w:w="80" w:type="dxa"/>
              <w:end w:w="80" w:type="dxa"/>
            </w:tcMar>
          </w:tcPr>
          <w:p>
            <w:pPr>
              <w:spacing w:after="0" w:before="0"/>
            </w:pPr>
            <w:r>
              <w:rPr>
                <w:rFonts w:ascii="Arial" w:hAnsi="Arial"/>
                <w:sz w:val="14"/>
              </w:rPr>
              <w:t>4</w:t>
            </w: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r>
      <w:tr>
        <w:tc>
          <w:tcPr>
            <w:tcW w:type="dxa" w:w="1275"/>
            <w:vAlign w:val="center"/>
            <w:tcMar>
              <w:top w:w="80" w:type="dxa"/>
              <w:start w:w="80" w:type="dxa"/>
              <w:bottom w:w="80" w:type="dxa"/>
              <w:end w:w="80" w:type="dxa"/>
            </w:tcMar>
          </w:tcPr>
          <w:p>
            <w:pPr>
              <w:spacing w:after="0" w:before="0"/>
            </w:pPr>
            <w:r>
              <w:rPr>
                <w:rFonts w:ascii="Arial" w:hAnsi="Arial"/>
                <w:sz w:val="14"/>
              </w:rPr>
              <w:t>5</w:t>
            </w: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r>
      <w:tr>
        <w:tc>
          <w:tcPr>
            <w:tcW w:type="dxa" w:w="1275"/>
            <w:vAlign w:val="center"/>
            <w:tcMar>
              <w:top w:w="80" w:type="dxa"/>
              <w:start w:w="80" w:type="dxa"/>
              <w:bottom w:w="80" w:type="dxa"/>
              <w:end w:w="80" w:type="dxa"/>
            </w:tcMar>
          </w:tcPr>
          <w:p>
            <w:pPr>
              <w:spacing w:after="0" w:before="0"/>
            </w:pPr>
            <w:r>
              <w:rPr>
                <w:rFonts w:ascii="Arial" w:hAnsi="Arial"/>
                <w:sz w:val="14"/>
              </w:rPr>
              <w:t>6</w:t>
            </w: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r>
      <w:tr>
        <w:tc>
          <w:tcPr>
            <w:tcW w:type="dxa" w:w="1275"/>
            <w:vAlign w:val="center"/>
            <w:tcMar>
              <w:top w:w="80" w:type="dxa"/>
              <w:start w:w="80" w:type="dxa"/>
              <w:bottom w:w="80" w:type="dxa"/>
              <w:end w:w="80" w:type="dxa"/>
            </w:tcMar>
          </w:tcPr>
          <w:p>
            <w:pPr>
              <w:spacing w:after="0" w:before="0"/>
            </w:pPr>
            <w:r>
              <w:rPr>
                <w:rFonts w:ascii="Arial" w:hAnsi="Arial"/>
                <w:sz w:val="14"/>
              </w:rPr>
              <w:t>7</w:t>
            </w: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r>
      <w:tr>
        <w:tc>
          <w:tcPr>
            <w:tcW w:type="dxa" w:w="1275"/>
            <w:vAlign w:val="center"/>
            <w:tcMar>
              <w:top w:w="80" w:type="dxa"/>
              <w:start w:w="80" w:type="dxa"/>
              <w:bottom w:w="80" w:type="dxa"/>
              <w:end w:w="80" w:type="dxa"/>
            </w:tcMar>
          </w:tcPr>
          <w:p>
            <w:pPr>
              <w:spacing w:after="0" w:before="0"/>
            </w:pPr>
            <w:r>
              <w:rPr>
                <w:rFonts w:ascii="Arial" w:hAnsi="Arial"/>
                <w:sz w:val="14"/>
              </w:rPr>
              <w:t>8</w:t>
            </w: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r>
      <w:tr>
        <w:tc>
          <w:tcPr>
            <w:tcW w:type="dxa" w:w="1275"/>
            <w:vAlign w:val="center"/>
            <w:tcMar>
              <w:top w:w="80" w:type="dxa"/>
              <w:start w:w="80" w:type="dxa"/>
              <w:bottom w:w="80" w:type="dxa"/>
              <w:end w:w="80" w:type="dxa"/>
            </w:tcMar>
          </w:tcPr>
          <w:p>
            <w:pPr>
              <w:spacing w:after="0" w:before="0"/>
            </w:pPr>
            <w:r>
              <w:rPr>
                <w:rFonts w:ascii="Arial" w:hAnsi="Arial"/>
                <w:sz w:val="14"/>
              </w:rPr>
              <w:t>9</w:t>
            </w: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r>
      <w:tr>
        <w:tc>
          <w:tcPr>
            <w:tcW w:type="dxa" w:w="1275"/>
            <w:vAlign w:val="center"/>
            <w:tcMar>
              <w:top w:w="80" w:type="dxa"/>
              <w:start w:w="80" w:type="dxa"/>
              <w:bottom w:w="80" w:type="dxa"/>
              <w:end w:w="80" w:type="dxa"/>
            </w:tcMar>
          </w:tcPr>
          <w:p>
            <w:pPr>
              <w:spacing w:after="0" w:before="0"/>
            </w:pPr>
            <w:r>
              <w:rPr>
                <w:rFonts w:ascii="Arial" w:hAnsi="Arial"/>
                <w:sz w:val="14"/>
              </w:rPr>
              <w:t>10</w:t>
            </w: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c>
          <w:tcPr>
            <w:tcW w:type="dxa" w:w="1275"/>
            <w:vAlign w:val="center"/>
            <w:tcMar>
              <w:top w:w="80" w:type="dxa"/>
              <w:start w:w="80" w:type="dxa"/>
              <w:bottom w:w="80" w:type="dxa"/>
              <w:end w:w="80" w:type="dxa"/>
            </w:tcMar>
          </w:tcPr>
          <w:p>
            <w:pPr>
              <w:spacing w:after="0" w:before="0"/>
            </w:pPr>
          </w:p>
        </w:tc>
      </w:tr>
      <w:tr>
        <w:tc>
          <w:tcPr>
            <w:tcW w:type="dxa" w:w="6375"/>
            <w:gridSpan w:val="5"/>
            <w:vAlign w:val="center"/>
            <w:tcMar>
              <w:top w:w="80" w:type="dxa"/>
              <w:start w:w="80" w:type="dxa"/>
              <w:bottom w:w="80" w:type="dxa"/>
              <w:end w:w="80" w:type="dxa"/>
            </w:tcMar>
          </w:tcPr>
          <w:p>
            <w:pPr>
              <w:spacing w:after="0" w:before="0"/>
            </w:pPr>
            <w:r>
              <w:rPr>
                <w:rFonts w:ascii="Arial" w:hAnsi="Arial"/>
                <w:sz w:val="14"/>
              </w:rPr>
              <w:t>TOTAL COST MATERIE PRIMĂ / PORȚIE – ACEST MENIU</w:t>
            </w:r>
          </w:p>
        </w:tc>
        <w:tc>
          <w:tcPr>
            <w:tcW w:type="dxa" w:w="1275"/>
            <w:vAlign w:val="center"/>
            <w:tcMar>
              <w:top w:w="80" w:type="dxa"/>
              <w:start w:w="80" w:type="dxa"/>
              <w:bottom w:w="80" w:type="dxa"/>
              <w:end w:w="80" w:type="dxa"/>
            </w:tcMar>
          </w:tcPr>
          <w:p>
            <w:pPr>
              <w:spacing w:after="0" w:before="0"/>
            </w:pPr>
            <w:r>
              <w:rPr>
                <w:rFonts w:ascii="Arial" w:hAnsi="Arial"/>
                <w:sz w:val="14"/>
              </w:rPr>
              <w:t>________ lei</w:t>
            </w:r>
          </w:p>
        </w:tc>
        <w:tc>
          <w:tcPr>
            <w:tcW w:type="dxa" w:w="1275"/>
            <w:vAlign w:val="center"/>
            <w:tcMar>
              <w:top w:w="80" w:type="dxa"/>
              <w:start w:w="80" w:type="dxa"/>
              <w:bottom w:w="80" w:type="dxa"/>
              <w:end w:w="80" w:type="dxa"/>
            </w:tcMar>
          </w:tcPr>
          <w:p>
            <w:pPr>
              <w:spacing w:after="0" w:before="0"/>
            </w:pPr>
            <w:r>
              <w:rPr>
                <w:rFonts w:ascii="Arial" w:hAnsi="Arial"/>
                <w:sz w:val="14"/>
              </w:rPr>
            </w:r>
          </w:p>
        </w:tc>
        <w:tc>
          <w:tcPr>
            <w:tcW w:type="dxa" w:w="1275"/>
            <w:vAlign w:val="center"/>
            <w:tcMar>
              <w:top w:w="80" w:type="dxa"/>
              <w:start w:w="80" w:type="dxa"/>
              <w:bottom w:w="80" w:type="dxa"/>
              <w:end w:w="80" w:type="dxa"/>
            </w:tcMar>
          </w:tcPr>
          <w:p>
            <w:pPr>
              <w:spacing w:after="0" w:before="0"/>
            </w:pPr>
            <w:r>
              <w:rPr>
                <w:rFonts w:ascii="Arial" w:hAnsi="Arial"/>
                <w:sz w:val="14"/>
              </w:rPr>
            </w:r>
          </w:p>
        </w:tc>
      </w:tr>
    </w:tbl>
    <w:p>
      <w:r>
        <w:rPr>
          <w:b/>
          <w:sz w:val="18"/>
        </w:rPr>
        <w:t>NOTĂ: Pentru verificarea ponderii ofertate, autoritatea poate solicita corelarea acestor fișe cu facturi recente, oferte de preț de la furnizori sau documente echivalente.</w:t>
      </w:r>
    </w:p>
    <w:p>
      <w:r>
        <w:br/>
        <w:t>Data: ________________</w:t>
      </w:r>
    </w:p>
    <w:p>
      <w:r>
        <w:t>Operator economic: ______________________________________________</w:t>
      </w:r>
    </w:p>
    <w:p>
      <w:r>
        <w:t>Reprezentant legal / împuternicit: ________________________________</w:t>
      </w:r>
    </w:p>
    <w:p>
      <w:r>
        <w:t>Semnătura: ________________________________</w:t>
      </w:r>
    </w:p>
    <w:p>
      <w:pPr>
        <w:pageBreakBefore/>
        <w:jc w:val="center"/>
      </w:pPr>
      <w:r>
        <w:rPr>
          <w:rFonts w:ascii="Arial" w:hAnsi="Arial"/>
          <w:b/>
          <w:sz w:val="28"/>
        </w:rPr>
        <w:t>FORMULARUL F15</w:t>
        <w:br/>
        <w:t>FORMULAR DE OFERTĂ FINANCIARĂ</w:t>
      </w:r>
    </w:p>
    <w:p>
      <w:pPr>
        <w:jc w:val="center"/>
      </w:pPr>
      <w:r>
        <w:rPr>
          <w:rFonts w:ascii="Arial" w:hAnsi="Arial"/>
          <w:i/>
          <w:sz w:val="18"/>
        </w:rPr>
        <w:t>Achiziție: Servicii de catering pentru asigurarea suportului alimentar – masă caldă – pentru elevii Școlii Gimnaziale Bălăcița, în cadrul PNMS 2026</w:t>
      </w:r>
    </w:p>
    <w:p>
      <w:r>
        <w:t>Către: UAT Comuna Bălăcița, județul Mehedinți</w:t>
      </w:r>
    </w:p>
    <w:p>
      <w:r>
        <w:t>După examinarea documentației, ne oferim să prestăm integral serviciile de catering solicitate, la următoarele prețuri:</w:t>
      </w:r>
    </w:p>
    <w:tbl>
      <w:tblPr>
        <w:tblStyle w:val="TableGrid"/>
        <w:tblW w:type="auto" w:w="0"/>
        <w:jc w:val="center"/>
        <w:tblLook w:firstColumn="1" w:firstRow="1" w:lastColumn="0" w:lastRow="0" w:noHBand="0" w:noVBand="1" w:val="04A0"/>
      </w:tblPr>
      <w:tblGrid>
        <w:gridCol w:w="1457"/>
        <w:gridCol w:w="1457"/>
        <w:gridCol w:w="1457"/>
        <w:gridCol w:w="1457"/>
        <w:gridCol w:w="1457"/>
        <w:gridCol w:w="1457"/>
        <w:gridCol w:w="1457"/>
      </w:tblGrid>
      <w:tr>
        <w:trPr>
          <w:tblHeader w:val="true"/>
        </w:trPr>
        <w:tc>
          <w:tcPr>
            <w:tcW w:type="dxa" w:w="1457"/>
            <w:vAlign w:val="center"/>
            <w:tcMar>
              <w:top w:w="80" w:type="dxa"/>
              <w:start w:w="80" w:type="dxa"/>
              <w:bottom w:w="80" w:type="dxa"/>
              <w:end w:w="80" w:type="dxa"/>
            </w:tcMar>
            <w:shd w:fill="D9EAF7"/>
          </w:tcPr>
          <w:p>
            <w:pPr>
              <w:spacing w:after="0" w:before="0"/>
            </w:pPr>
            <w:r>
              <w:rPr>
                <w:rFonts w:ascii="Arial" w:hAnsi="Arial"/>
                <w:b/>
                <w:sz w:val="14"/>
              </w:rPr>
              <w:t>Cantitate maximă (porții)</w:t>
            </w:r>
          </w:p>
        </w:tc>
        <w:tc>
          <w:tcPr>
            <w:tcW w:type="dxa" w:w="1457"/>
            <w:vAlign w:val="center"/>
            <w:tcMar>
              <w:top w:w="80" w:type="dxa"/>
              <w:start w:w="80" w:type="dxa"/>
              <w:bottom w:w="80" w:type="dxa"/>
              <w:end w:w="80" w:type="dxa"/>
            </w:tcMar>
            <w:shd w:fill="D9EAF7"/>
          </w:tcPr>
          <w:p>
            <w:pPr>
              <w:spacing w:after="0" w:before="0"/>
            </w:pPr>
            <w:r>
              <w:rPr>
                <w:rFonts w:ascii="Arial" w:hAnsi="Arial"/>
                <w:b/>
                <w:sz w:val="14"/>
              </w:rPr>
              <w:t>Preț unitar fără TVA (lei/porție)</w:t>
            </w:r>
          </w:p>
        </w:tc>
        <w:tc>
          <w:tcPr>
            <w:tcW w:type="dxa" w:w="1457"/>
            <w:vAlign w:val="center"/>
            <w:tcMar>
              <w:top w:w="80" w:type="dxa"/>
              <w:start w:w="80" w:type="dxa"/>
              <w:bottom w:w="80" w:type="dxa"/>
              <w:end w:w="80" w:type="dxa"/>
            </w:tcMar>
            <w:shd w:fill="D9EAF7"/>
          </w:tcPr>
          <w:p>
            <w:pPr>
              <w:spacing w:after="0" w:before="0"/>
            </w:pPr>
            <w:r>
              <w:rPr>
                <w:rFonts w:ascii="Arial" w:hAnsi="Arial"/>
                <w:b/>
                <w:sz w:val="14"/>
              </w:rPr>
              <w:t>Cota TVA</w:t>
            </w:r>
          </w:p>
        </w:tc>
        <w:tc>
          <w:tcPr>
            <w:tcW w:type="dxa" w:w="1457"/>
            <w:vAlign w:val="center"/>
            <w:tcMar>
              <w:top w:w="80" w:type="dxa"/>
              <w:start w:w="80" w:type="dxa"/>
              <w:bottom w:w="80" w:type="dxa"/>
              <w:end w:w="80" w:type="dxa"/>
            </w:tcMar>
            <w:shd w:fill="D9EAF7"/>
          </w:tcPr>
          <w:p>
            <w:pPr>
              <w:spacing w:after="0" w:before="0"/>
            </w:pPr>
            <w:r>
              <w:rPr>
                <w:rFonts w:ascii="Arial" w:hAnsi="Arial"/>
                <w:b/>
                <w:sz w:val="14"/>
              </w:rPr>
              <w:t>TVA unitar (lei)</w:t>
            </w:r>
          </w:p>
        </w:tc>
        <w:tc>
          <w:tcPr>
            <w:tcW w:type="dxa" w:w="1457"/>
            <w:vAlign w:val="center"/>
            <w:tcMar>
              <w:top w:w="80" w:type="dxa"/>
              <w:start w:w="80" w:type="dxa"/>
              <w:bottom w:w="80" w:type="dxa"/>
              <w:end w:w="80" w:type="dxa"/>
            </w:tcMar>
            <w:shd w:fill="D9EAF7"/>
          </w:tcPr>
          <w:p>
            <w:pPr>
              <w:spacing w:after="0" w:before="0"/>
            </w:pPr>
            <w:r>
              <w:rPr>
                <w:rFonts w:ascii="Arial" w:hAnsi="Arial"/>
                <w:b/>
                <w:sz w:val="14"/>
              </w:rPr>
              <w:t>Preț unitar cu TVA (lei/porție)</w:t>
            </w:r>
          </w:p>
        </w:tc>
        <w:tc>
          <w:tcPr>
            <w:tcW w:type="dxa" w:w="1457"/>
            <w:vAlign w:val="center"/>
            <w:tcMar>
              <w:top w:w="80" w:type="dxa"/>
              <w:start w:w="80" w:type="dxa"/>
              <w:bottom w:w="80" w:type="dxa"/>
              <w:end w:w="80" w:type="dxa"/>
            </w:tcMar>
            <w:shd w:fill="D9EAF7"/>
          </w:tcPr>
          <w:p>
            <w:pPr>
              <w:spacing w:after="0" w:before="0"/>
            </w:pPr>
            <w:r>
              <w:rPr>
                <w:rFonts w:ascii="Arial" w:hAnsi="Arial"/>
                <w:b/>
                <w:sz w:val="14"/>
              </w:rPr>
              <w:t>Valoare totală fără TVA (lei)</w:t>
            </w:r>
          </w:p>
        </w:tc>
        <w:tc>
          <w:tcPr>
            <w:tcW w:type="dxa" w:w="1457"/>
            <w:vAlign w:val="center"/>
            <w:tcMar>
              <w:top w:w="80" w:type="dxa"/>
              <w:start w:w="80" w:type="dxa"/>
              <w:bottom w:w="80" w:type="dxa"/>
              <w:end w:w="80" w:type="dxa"/>
            </w:tcMar>
            <w:shd w:fill="D9EAF7"/>
          </w:tcPr>
          <w:p>
            <w:pPr>
              <w:spacing w:after="0" w:before="0"/>
            </w:pPr>
            <w:r>
              <w:rPr>
                <w:rFonts w:ascii="Arial" w:hAnsi="Arial"/>
                <w:b/>
                <w:sz w:val="14"/>
              </w:rPr>
              <w:t>Valoare totală cu TVA (lei)</w:t>
            </w:r>
          </w:p>
        </w:tc>
      </w:tr>
      <w:tr>
        <w:tc>
          <w:tcPr>
            <w:tcW w:type="dxa" w:w="1457"/>
            <w:vAlign w:val="center"/>
            <w:tcMar>
              <w:top w:w="80" w:type="dxa"/>
              <w:start w:w="80" w:type="dxa"/>
              <w:bottom w:w="80" w:type="dxa"/>
              <w:end w:w="80" w:type="dxa"/>
            </w:tcMar>
          </w:tcPr>
          <w:p>
            <w:pPr>
              <w:spacing w:after="0" w:before="0"/>
            </w:pPr>
            <w:r>
              <w:rPr>
                <w:rFonts w:ascii="Arial" w:hAnsi="Arial"/>
                <w:sz w:val="14"/>
              </w:rPr>
              <w:t>12.351</w:t>
            </w:r>
          </w:p>
        </w:tc>
        <w:tc>
          <w:tcPr>
            <w:tcW w:type="dxa" w:w="1457"/>
            <w:vAlign w:val="center"/>
            <w:tcMar>
              <w:top w:w="80" w:type="dxa"/>
              <w:start w:w="80" w:type="dxa"/>
              <w:bottom w:w="80" w:type="dxa"/>
              <w:end w:w="80" w:type="dxa"/>
            </w:tcMar>
          </w:tcPr>
          <w:p>
            <w:pPr>
              <w:spacing w:after="0" w:before="0"/>
            </w:pPr>
            <w:r>
              <w:rPr>
                <w:rFonts w:ascii="Arial" w:hAnsi="Arial"/>
                <w:sz w:val="14"/>
              </w:rPr>
              <w:t>________</w:t>
            </w:r>
          </w:p>
        </w:tc>
        <w:tc>
          <w:tcPr>
            <w:tcW w:type="dxa" w:w="1457"/>
            <w:vAlign w:val="center"/>
            <w:tcMar>
              <w:top w:w="80" w:type="dxa"/>
              <w:start w:w="80" w:type="dxa"/>
              <w:bottom w:w="80" w:type="dxa"/>
              <w:end w:w="80" w:type="dxa"/>
            </w:tcMar>
          </w:tcPr>
          <w:p>
            <w:pPr>
              <w:spacing w:after="0" w:before="0"/>
            </w:pPr>
            <w:r>
              <w:rPr>
                <w:rFonts w:ascii="Arial" w:hAnsi="Arial"/>
                <w:sz w:val="14"/>
              </w:rPr>
              <w:t>11%*</w:t>
            </w:r>
          </w:p>
        </w:tc>
        <w:tc>
          <w:tcPr>
            <w:tcW w:type="dxa" w:w="1457"/>
            <w:vAlign w:val="center"/>
            <w:tcMar>
              <w:top w:w="80" w:type="dxa"/>
              <w:start w:w="80" w:type="dxa"/>
              <w:bottom w:w="80" w:type="dxa"/>
              <w:end w:w="80" w:type="dxa"/>
            </w:tcMar>
          </w:tcPr>
          <w:p>
            <w:pPr>
              <w:spacing w:after="0" w:before="0"/>
            </w:pPr>
            <w:r>
              <w:rPr>
                <w:rFonts w:ascii="Arial" w:hAnsi="Arial"/>
                <w:sz w:val="14"/>
              </w:rPr>
              <w:t>________</w:t>
            </w:r>
          </w:p>
        </w:tc>
        <w:tc>
          <w:tcPr>
            <w:tcW w:type="dxa" w:w="1457"/>
            <w:vAlign w:val="center"/>
            <w:tcMar>
              <w:top w:w="80" w:type="dxa"/>
              <w:start w:w="80" w:type="dxa"/>
              <w:bottom w:w="80" w:type="dxa"/>
              <w:end w:w="80" w:type="dxa"/>
            </w:tcMar>
          </w:tcPr>
          <w:p>
            <w:pPr>
              <w:spacing w:after="0" w:before="0"/>
            </w:pPr>
            <w:r>
              <w:rPr>
                <w:rFonts w:ascii="Arial" w:hAnsi="Arial"/>
                <w:sz w:val="14"/>
              </w:rPr>
              <w:t>________</w:t>
            </w:r>
          </w:p>
        </w:tc>
        <w:tc>
          <w:tcPr>
            <w:tcW w:type="dxa" w:w="1457"/>
            <w:vAlign w:val="center"/>
            <w:tcMar>
              <w:top w:w="80" w:type="dxa"/>
              <w:start w:w="80" w:type="dxa"/>
              <w:bottom w:w="80" w:type="dxa"/>
              <w:end w:w="80" w:type="dxa"/>
            </w:tcMar>
          </w:tcPr>
          <w:p>
            <w:pPr>
              <w:spacing w:after="0" w:before="0"/>
            </w:pPr>
            <w:r>
              <w:rPr>
                <w:rFonts w:ascii="Arial" w:hAnsi="Arial"/>
                <w:sz w:val="14"/>
              </w:rPr>
              <w:t>________</w:t>
            </w:r>
          </w:p>
        </w:tc>
        <w:tc>
          <w:tcPr>
            <w:tcW w:type="dxa" w:w="1457"/>
            <w:vAlign w:val="center"/>
            <w:tcMar>
              <w:top w:w="80" w:type="dxa"/>
              <w:start w:w="80" w:type="dxa"/>
              <w:bottom w:w="80" w:type="dxa"/>
              <w:end w:w="80" w:type="dxa"/>
            </w:tcMar>
          </w:tcPr>
          <w:p>
            <w:pPr>
              <w:spacing w:after="0" w:before="0"/>
            </w:pPr>
            <w:r>
              <w:rPr>
                <w:rFonts w:ascii="Arial" w:hAnsi="Arial"/>
                <w:sz w:val="14"/>
              </w:rPr>
              <w:t>________</w:t>
            </w:r>
          </w:p>
        </w:tc>
      </w:tr>
    </w:tbl>
    <w:p>
      <w:r>
        <w:t>Prețul unitar cu TVA ofertat: __________________ lei/porție.</w:t>
      </w:r>
    </w:p>
    <w:p>
      <w:r>
        <w:t>Prețul total fără TVA pentru cantitatea maximă estimată de 12.351 porții: __________________ lei.</w:t>
      </w:r>
    </w:p>
    <w:p>
      <w:r>
        <w:t>TVA total: __________________ lei.</w:t>
      </w:r>
    </w:p>
    <w:p>
      <w:r>
        <w:t>Prețul total cu TVA: __________________ lei.</w:t>
      </w:r>
    </w:p>
    <w:p>
      <w:r>
        <w:rPr>
          <w:b/>
          <w:sz w:val="18"/>
        </w:rPr>
        <w:t>NOTĂ: Prețul unitar cu TVA nu poate depăși 16,50 lei/beneficiar/zi. Valoarea totală maximă a ofertei nu poate depăși valoarea estimată corespunzătoare cantității maxime. Prețul unitar include toate costurile necesare executării contractului. *Se va utiliza cota de TVA legal aplicabilă ofertantului/prestației la data depunerii ofertei; documentația a estimat 11%.</w:t>
      </w:r>
    </w:p>
    <w:p>
      <w:r>
        <w:t>Ne menținem oferta valabilă minimum 30 de zile de la data-limită de depunere sau pentru perioada mai mare indicată aici: ______ zile.</w:t>
      </w:r>
    </w:p>
    <w:p>
      <w:r>
        <w:br/>
        <w:t>Data: ________________</w:t>
      </w:r>
    </w:p>
    <w:p>
      <w:r>
        <w:t>Operator economic: ______________________________________________</w:t>
      </w:r>
    </w:p>
    <w:p>
      <w:r>
        <w:t>Reprezentant legal / împuternicit: ________________________________</w:t>
      </w:r>
    </w:p>
    <w:p>
      <w:r>
        <w:t>Semnătura: ________________________________</w:t>
      </w:r>
    </w:p>
    <w:p>
      <w:pPr>
        <w:pageBreakBefore/>
        <w:jc w:val="center"/>
      </w:pPr>
      <w:r>
        <w:rPr>
          <w:rFonts w:ascii="Arial" w:hAnsi="Arial"/>
          <w:b/>
          <w:sz w:val="28"/>
        </w:rPr>
        <w:t>FORMULARUL F16</w:t>
        <w:br/>
        <w:t>DEFALCAREA COSTULUI UNITAR / PORȚIE ȘI CALCULUL PONDERII MATERIEI PRIME</w:t>
      </w:r>
    </w:p>
    <w:p>
      <w:pPr>
        <w:jc w:val="center"/>
      </w:pPr>
      <w:r>
        <w:rPr>
          <w:rFonts w:ascii="Arial" w:hAnsi="Arial"/>
          <w:i/>
          <w:sz w:val="18"/>
        </w:rPr>
        <w:t>Achiziție: Servicii de catering pentru asigurarea suportului alimentar – masă caldă – pentru elevii Școlii Gimnaziale Bălăcița, în cadrul PNMS 2026</w:t>
      </w:r>
    </w:p>
    <w:p>
      <w:r>
        <w:t>Defalcarea se realizează exclusiv pe valori fără TVA pentru calculul ponderii materiei prime.</w:t>
      </w:r>
    </w:p>
    <w:tbl>
      <w:tblPr>
        <w:tblStyle w:val="TableGrid"/>
        <w:tblW w:type="auto" w:w="0"/>
        <w:jc w:val="center"/>
        <w:tblLook w:firstColumn="1" w:firstRow="1" w:lastColumn="0" w:lastRow="0" w:noHBand="0" w:noVBand="1" w:val="04A0"/>
      </w:tblPr>
      <w:tblGrid>
        <w:gridCol w:w="2040"/>
        <w:gridCol w:w="2040"/>
        <w:gridCol w:w="2040"/>
        <w:gridCol w:w="2040"/>
        <w:gridCol w:w="2040"/>
      </w:tblGrid>
      <w:tr>
        <w:trPr>
          <w:tblHeader w:val="true"/>
        </w:trPr>
        <w:tc>
          <w:tcPr>
            <w:tcW w:type="dxa" w:w="2040"/>
            <w:vAlign w:val="center"/>
            <w:tcMar>
              <w:top w:w="80" w:type="dxa"/>
              <w:start w:w="80" w:type="dxa"/>
              <w:bottom w:w="80" w:type="dxa"/>
              <w:end w:w="80" w:type="dxa"/>
            </w:tcMar>
            <w:shd w:fill="D9EAF7"/>
          </w:tcPr>
          <w:p>
            <w:pPr>
              <w:spacing w:after="0" w:before="0"/>
            </w:pPr>
            <w:r>
              <w:rPr>
                <w:rFonts w:ascii="Arial" w:hAnsi="Arial"/>
                <w:b/>
                <w:sz w:val="15"/>
              </w:rPr>
              <w:t>Componentă cost</w:t>
            </w:r>
          </w:p>
        </w:tc>
        <w:tc>
          <w:tcPr>
            <w:tcW w:type="dxa" w:w="2040"/>
            <w:vAlign w:val="center"/>
            <w:tcMar>
              <w:top w:w="80" w:type="dxa"/>
              <w:start w:w="80" w:type="dxa"/>
              <w:bottom w:w="80" w:type="dxa"/>
              <w:end w:w="80" w:type="dxa"/>
            </w:tcMar>
            <w:shd w:fill="D9EAF7"/>
          </w:tcPr>
          <w:p>
            <w:pPr>
              <w:spacing w:after="0" w:before="0"/>
            </w:pPr>
            <w:r>
              <w:rPr>
                <w:rFonts w:ascii="Arial" w:hAnsi="Arial"/>
                <w:b/>
                <w:sz w:val="15"/>
              </w:rPr>
              <w:t>Valoare fără TVA lei/porție</w:t>
            </w:r>
          </w:p>
        </w:tc>
        <w:tc>
          <w:tcPr>
            <w:tcW w:type="dxa" w:w="2040"/>
            <w:vAlign w:val="center"/>
            <w:tcMar>
              <w:top w:w="80" w:type="dxa"/>
              <w:start w:w="80" w:type="dxa"/>
              <w:bottom w:w="80" w:type="dxa"/>
              <w:end w:w="80" w:type="dxa"/>
            </w:tcMar>
            <w:shd w:fill="D9EAF7"/>
          </w:tcPr>
          <w:p>
            <w:pPr>
              <w:spacing w:after="0" w:before="0"/>
            </w:pPr>
            <w:r>
              <w:rPr>
                <w:rFonts w:ascii="Arial" w:hAnsi="Arial"/>
                <w:b/>
                <w:sz w:val="15"/>
              </w:rPr>
              <w:t>Pondere în prețul unitar fără TVA (%)</w:t>
            </w:r>
          </w:p>
        </w:tc>
        <w:tc>
          <w:tcPr>
            <w:tcW w:type="dxa" w:w="2040"/>
            <w:vAlign w:val="center"/>
            <w:tcMar>
              <w:top w:w="80" w:type="dxa"/>
              <w:start w:w="80" w:type="dxa"/>
              <w:bottom w:w="80" w:type="dxa"/>
              <w:end w:w="80" w:type="dxa"/>
            </w:tcMar>
            <w:shd w:fill="D9EAF7"/>
          </w:tcPr>
          <w:p>
            <w:pPr>
              <w:spacing w:after="0" w:before="0"/>
            </w:pPr>
            <w:r>
              <w:rPr>
                <w:rFonts w:ascii="Arial" w:hAnsi="Arial"/>
                <w:b/>
                <w:sz w:val="15"/>
              </w:rPr>
              <w:t>Elemente incluse</w:t>
            </w:r>
          </w:p>
        </w:tc>
        <w:tc>
          <w:tcPr>
            <w:tcW w:type="dxa" w:w="2040"/>
            <w:vAlign w:val="center"/>
            <w:tcMar>
              <w:top w:w="80" w:type="dxa"/>
              <w:start w:w="80" w:type="dxa"/>
              <w:bottom w:w="80" w:type="dxa"/>
              <w:end w:w="80" w:type="dxa"/>
            </w:tcMar>
            <w:shd w:fill="D9EAF7"/>
          </w:tcPr>
          <w:p>
            <w:pPr>
              <w:spacing w:after="0" w:before="0"/>
            </w:pPr>
            <w:r>
              <w:rPr>
                <w:rFonts w:ascii="Arial" w:hAnsi="Arial"/>
                <w:b/>
                <w:sz w:val="15"/>
              </w:rPr>
              <w:t>Documente de fundamentare</w:t>
            </w:r>
          </w:p>
        </w:tc>
      </w:tr>
      <w:tr>
        <w:tc>
          <w:tcPr>
            <w:tcW w:type="dxa" w:w="2040"/>
            <w:vAlign w:val="center"/>
            <w:tcMar>
              <w:top w:w="80" w:type="dxa"/>
              <w:start w:w="80" w:type="dxa"/>
              <w:bottom w:w="80" w:type="dxa"/>
              <w:end w:w="80" w:type="dxa"/>
            </w:tcMar>
          </w:tcPr>
          <w:p>
            <w:pPr>
              <w:spacing w:after="0" w:before="0"/>
            </w:pPr>
            <w:r>
              <w:rPr>
                <w:rFonts w:ascii="Arial" w:hAnsi="Arial"/>
                <w:sz w:val="15"/>
              </w:rPr>
              <w:t>A. Materie primă / produse alimentare</w:t>
            </w:r>
          </w:p>
        </w:tc>
        <w:tc>
          <w:tcPr>
            <w:tcW w:type="dxa" w:w="2040"/>
            <w:vAlign w:val="center"/>
            <w:tcMar>
              <w:top w:w="80" w:type="dxa"/>
              <w:start w:w="80" w:type="dxa"/>
              <w:bottom w:w="80" w:type="dxa"/>
              <w:end w:w="80" w:type="dxa"/>
            </w:tcMar>
          </w:tcPr>
          <w:p>
            <w:pPr>
              <w:spacing w:after="0" w:before="0"/>
            </w:pPr>
            <w:r>
              <w:rPr>
                <w:rFonts w:ascii="Arial" w:hAnsi="Arial"/>
                <w:sz w:val="15"/>
              </w:rPr>
              <w:t>________</w:t>
            </w:r>
          </w:p>
        </w:tc>
        <w:tc>
          <w:tcPr>
            <w:tcW w:type="dxa" w:w="2040"/>
            <w:vAlign w:val="center"/>
            <w:tcMar>
              <w:top w:w="80" w:type="dxa"/>
              <w:start w:w="80" w:type="dxa"/>
              <w:bottom w:w="80" w:type="dxa"/>
              <w:end w:w="80" w:type="dxa"/>
            </w:tcMar>
          </w:tcPr>
          <w:p>
            <w:pPr>
              <w:spacing w:after="0" w:before="0"/>
            </w:pPr>
            <w:r>
              <w:rPr>
                <w:rFonts w:ascii="Arial" w:hAnsi="Arial"/>
                <w:sz w:val="15"/>
              </w:rPr>
              <w:t>________ %</w:t>
            </w:r>
          </w:p>
        </w:tc>
        <w:tc>
          <w:tcPr>
            <w:tcW w:type="dxa" w:w="2040"/>
            <w:vAlign w:val="center"/>
            <w:tcMar>
              <w:top w:w="80" w:type="dxa"/>
              <w:start w:w="80" w:type="dxa"/>
              <w:bottom w:w="80" w:type="dxa"/>
              <w:end w:w="80" w:type="dxa"/>
            </w:tcMar>
          </w:tcPr>
          <w:p>
            <w:pPr>
              <w:spacing w:after="0" w:before="0"/>
            </w:pPr>
            <w:r>
              <w:rPr>
                <w:rFonts w:ascii="Arial" w:hAnsi="Arial"/>
                <w:sz w:val="15"/>
              </w:rPr>
              <w:t>Ingrediente, produse alimentare utilizate în meniuri</w:t>
            </w:r>
          </w:p>
        </w:tc>
        <w:tc>
          <w:tcPr>
            <w:tcW w:type="dxa" w:w="2040"/>
            <w:vAlign w:val="center"/>
            <w:tcMar>
              <w:top w:w="80" w:type="dxa"/>
              <w:start w:w="80" w:type="dxa"/>
              <w:bottom w:w="80" w:type="dxa"/>
              <w:end w:w="80" w:type="dxa"/>
            </w:tcMar>
          </w:tcPr>
          <w:p>
            <w:pPr>
              <w:spacing w:after="0" w:before="0"/>
            </w:pPr>
            <w:r>
              <w:rPr>
                <w:rFonts w:ascii="Arial" w:hAnsi="Arial"/>
                <w:sz w:val="15"/>
              </w:rPr>
              <w:t>Fișe rețetar, gramaje, facturi/oferte furnizori etc.</w:t>
            </w:r>
          </w:p>
        </w:tc>
      </w:tr>
      <w:tr>
        <w:tc>
          <w:tcPr>
            <w:tcW w:type="dxa" w:w="2040"/>
            <w:vAlign w:val="center"/>
            <w:tcMar>
              <w:top w:w="80" w:type="dxa"/>
              <w:start w:w="80" w:type="dxa"/>
              <w:bottom w:w="80" w:type="dxa"/>
              <w:end w:w="80" w:type="dxa"/>
            </w:tcMar>
          </w:tcPr>
          <w:p>
            <w:pPr>
              <w:spacing w:after="0" w:before="0"/>
            </w:pPr>
            <w:r>
              <w:rPr>
                <w:rFonts w:ascii="Arial" w:hAnsi="Arial"/>
                <w:sz w:val="15"/>
              </w:rPr>
              <w:t>B. Prepararea hranei</w:t>
            </w:r>
          </w:p>
        </w:tc>
        <w:tc>
          <w:tcPr>
            <w:tcW w:type="dxa" w:w="2040"/>
            <w:vAlign w:val="center"/>
            <w:tcMar>
              <w:top w:w="80" w:type="dxa"/>
              <w:start w:w="80" w:type="dxa"/>
              <w:bottom w:w="80" w:type="dxa"/>
              <w:end w:w="80" w:type="dxa"/>
            </w:tcMar>
          </w:tcPr>
          <w:p>
            <w:pPr>
              <w:spacing w:after="0" w:before="0"/>
            </w:pPr>
            <w:r>
              <w:rPr>
                <w:rFonts w:ascii="Arial" w:hAnsi="Arial"/>
                <w:sz w:val="15"/>
              </w:rPr>
              <w:t>________</w:t>
            </w:r>
          </w:p>
        </w:tc>
        <w:tc>
          <w:tcPr>
            <w:tcW w:type="dxa" w:w="2040"/>
            <w:vAlign w:val="center"/>
            <w:tcMar>
              <w:top w:w="80" w:type="dxa"/>
              <w:start w:w="80" w:type="dxa"/>
              <w:bottom w:w="80" w:type="dxa"/>
              <w:end w:w="80" w:type="dxa"/>
            </w:tcMar>
          </w:tcPr>
          <w:p>
            <w:pPr>
              <w:spacing w:after="0" w:before="0"/>
            </w:pPr>
            <w:r>
              <w:rPr>
                <w:rFonts w:ascii="Arial" w:hAnsi="Arial"/>
                <w:sz w:val="15"/>
              </w:rPr>
              <w:t>________ %</w:t>
            </w:r>
          </w:p>
        </w:tc>
        <w:tc>
          <w:tcPr>
            <w:tcW w:type="dxa" w:w="2040"/>
            <w:vAlign w:val="center"/>
            <w:tcMar>
              <w:top w:w="80" w:type="dxa"/>
              <w:start w:w="80" w:type="dxa"/>
              <w:bottom w:w="80" w:type="dxa"/>
              <w:end w:w="80" w:type="dxa"/>
            </w:tcMar>
          </w:tcPr>
          <w:p>
            <w:pPr>
              <w:spacing w:after="0" w:before="0"/>
            </w:pPr>
            <w:r>
              <w:rPr>
                <w:rFonts w:ascii="Arial" w:hAnsi="Arial"/>
                <w:sz w:val="15"/>
              </w:rPr>
              <w:t>Personal, energie/utilități, ambalare, consumabile, echipamente, igienizare și alte costuri de preparare</w:t>
            </w:r>
          </w:p>
        </w:tc>
        <w:tc>
          <w:tcPr>
            <w:tcW w:type="dxa" w:w="2040"/>
            <w:vAlign w:val="center"/>
            <w:tcMar>
              <w:top w:w="80" w:type="dxa"/>
              <w:start w:w="80" w:type="dxa"/>
              <w:bottom w:w="80" w:type="dxa"/>
              <w:end w:w="80" w:type="dxa"/>
            </w:tcMar>
          </w:tcPr>
          <w:p>
            <w:pPr>
              <w:spacing w:after="0" w:before="0"/>
            </w:pPr>
            <w:r>
              <w:rPr>
                <w:rFonts w:ascii="Arial" w:hAnsi="Arial"/>
                <w:sz w:val="15"/>
              </w:rPr>
              <w:t>Calcul intern / documente relevante</w:t>
            </w:r>
          </w:p>
        </w:tc>
      </w:tr>
      <w:tr>
        <w:tc>
          <w:tcPr>
            <w:tcW w:type="dxa" w:w="2040"/>
            <w:vAlign w:val="center"/>
            <w:tcMar>
              <w:top w:w="80" w:type="dxa"/>
              <w:start w:w="80" w:type="dxa"/>
              <w:bottom w:w="80" w:type="dxa"/>
              <w:end w:w="80" w:type="dxa"/>
            </w:tcMar>
          </w:tcPr>
          <w:p>
            <w:pPr>
              <w:spacing w:after="0" w:before="0"/>
            </w:pPr>
            <w:r>
              <w:rPr>
                <w:rFonts w:ascii="Arial" w:hAnsi="Arial"/>
                <w:sz w:val="15"/>
              </w:rPr>
              <w:t>C. Transport</w:t>
            </w:r>
          </w:p>
        </w:tc>
        <w:tc>
          <w:tcPr>
            <w:tcW w:type="dxa" w:w="2040"/>
            <w:vAlign w:val="center"/>
            <w:tcMar>
              <w:top w:w="80" w:type="dxa"/>
              <w:start w:w="80" w:type="dxa"/>
              <w:bottom w:w="80" w:type="dxa"/>
              <w:end w:w="80" w:type="dxa"/>
            </w:tcMar>
          </w:tcPr>
          <w:p>
            <w:pPr>
              <w:spacing w:after="0" w:before="0"/>
            </w:pPr>
            <w:r>
              <w:rPr>
                <w:rFonts w:ascii="Arial" w:hAnsi="Arial"/>
                <w:sz w:val="15"/>
              </w:rPr>
              <w:t>________</w:t>
            </w:r>
          </w:p>
        </w:tc>
        <w:tc>
          <w:tcPr>
            <w:tcW w:type="dxa" w:w="2040"/>
            <w:vAlign w:val="center"/>
            <w:tcMar>
              <w:top w:w="80" w:type="dxa"/>
              <w:start w:w="80" w:type="dxa"/>
              <w:bottom w:w="80" w:type="dxa"/>
              <w:end w:w="80" w:type="dxa"/>
            </w:tcMar>
          </w:tcPr>
          <w:p>
            <w:pPr>
              <w:spacing w:after="0" w:before="0"/>
            </w:pPr>
            <w:r>
              <w:rPr>
                <w:rFonts w:ascii="Arial" w:hAnsi="Arial"/>
                <w:sz w:val="15"/>
              </w:rPr>
              <w:t>________ %</w:t>
            </w:r>
          </w:p>
        </w:tc>
        <w:tc>
          <w:tcPr>
            <w:tcW w:type="dxa" w:w="2040"/>
            <w:vAlign w:val="center"/>
            <w:tcMar>
              <w:top w:w="80" w:type="dxa"/>
              <w:start w:w="80" w:type="dxa"/>
              <w:bottom w:w="80" w:type="dxa"/>
              <w:end w:w="80" w:type="dxa"/>
            </w:tcMar>
          </w:tcPr>
          <w:p>
            <w:pPr>
              <w:spacing w:after="0" w:before="0"/>
            </w:pPr>
            <w:r>
              <w:rPr>
                <w:rFonts w:ascii="Arial" w:hAnsi="Arial"/>
                <w:sz w:val="15"/>
              </w:rPr>
              <w:t>Transport, combustibil/energie, personal transport, igienizare mijloc transport etc.</w:t>
            </w:r>
          </w:p>
        </w:tc>
        <w:tc>
          <w:tcPr>
            <w:tcW w:type="dxa" w:w="2040"/>
            <w:vAlign w:val="center"/>
            <w:tcMar>
              <w:top w:w="80" w:type="dxa"/>
              <w:start w:w="80" w:type="dxa"/>
              <w:bottom w:w="80" w:type="dxa"/>
              <w:end w:w="80" w:type="dxa"/>
            </w:tcMar>
          </w:tcPr>
          <w:p>
            <w:pPr>
              <w:spacing w:after="0" w:before="0"/>
            </w:pPr>
            <w:r>
              <w:rPr>
                <w:rFonts w:ascii="Arial" w:hAnsi="Arial"/>
                <w:sz w:val="15"/>
              </w:rPr>
              <w:t>Calcul intern / documente relevante</w:t>
            </w:r>
          </w:p>
        </w:tc>
      </w:tr>
      <w:tr>
        <w:tc>
          <w:tcPr>
            <w:tcW w:type="dxa" w:w="2040"/>
            <w:vAlign w:val="center"/>
            <w:tcMar>
              <w:top w:w="80" w:type="dxa"/>
              <w:start w:w="80" w:type="dxa"/>
              <w:bottom w:w="80" w:type="dxa"/>
              <w:end w:w="80" w:type="dxa"/>
            </w:tcMar>
          </w:tcPr>
          <w:p>
            <w:pPr>
              <w:spacing w:after="0" w:before="0"/>
            </w:pPr>
            <w:r>
              <w:rPr>
                <w:rFonts w:ascii="Arial" w:hAnsi="Arial"/>
                <w:sz w:val="15"/>
              </w:rPr>
              <w:t>TOTAL PREȚ UNITAR FĂRĂ TVA</w:t>
            </w:r>
          </w:p>
        </w:tc>
        <w:tc>
          <w:tcPr>
            <w:tcW w:type="dxa" w:w="2040"/>
            <w:vAlign w:val="center"/>
            <w:tcMar>
              <w:top w:w="80" w:type="dxa"/>
              <w:start w:w="80" w:type="dxa"/>
              <w:bottom w:w="80" w:type="dxa"/>
              <w:end w:w="80" w:type="dxa"/>
            </w:tcMar>
          </w:tcPr>
          <w:p>
            <w:pPr>
              <w:spacing w:after="0" w:before="0"/>
            </w:pPr>
            <w:r>
              <w:rPr>
                <w:rFonts w:ascii="Arial" w:hAnsi="Arial"/>
                <w:sz w:val="15"/>
              </w:rPr>
              <w:t>________</w:t>
            </w:r>
          </w:p>
        </w:tc>
        <w:tc>
          <w:tcPr>
            <w:tcW w:type="dxa" w:w="2040"/>
            <w:vAlign w:val="center"/>
            <w:tcMar>
              <w:top w:w="80" w:type="dxa"/>
              <w:start w:w="80" w:type="dxa"/>
              <w:bottom w:w="80" w:type="dxa"/>
              <w:end w:w="80" w:type="dxa"/>
            </w:tcMar>
          </w:tcPr>
          <w:p>
            <w:pPr>
              <w:spacing w:after="0" w:before="0"/>
            </w:pPr>
            <w:r>
              <w:rPr>
                <w:rFonts w:ascii="Arial" w:hAnsi="Arial"/>
                <w:sz w:val="15"/>
              </w:rPr>
              <w:t>100,00 %</w:t>
            </w:r>
          </w:p>
        </w:tc>
        <w:tc>
          <w:tcPr>
            <w:tcW w:type="dxa" w:w="2040"/>
            <w:vAlign w:val="center"/>
            <w:tcMar>
              <w:top w:w="80" w:type="dxa"/>
              <w:start w:w="80" w:type="dxa"/>
              <w:bottom w:w="80" w:type="dxa"/>
              <w:end w:w="80" w:type="dxa"/>
            </w:tcMar>
          </w:tcPr>
          <w:p>
            <w:pPr>
              <w:spacing w:after="0" w:before="0"/>
            </w:pPr>
            <w:r>
              <w:rPr>
                <w:rFonts w:ascii="Arial" w:hAnsi="Arial"/>
                <w:sz w:val="15"/>
              </w:rPr>
              <w:t>A + B + C</w:t>
            </w:r>
          </w:p>
        </w:tc>
        <w:tc>
          <w:tcPr>
            <w:tcW w:type="dxa" w:w="2040"/>
            <w:vAlign w:val="center"/>
            <w:tcMar>
              <w:top w:w="80" w:type="dxa"/>
              <w:start w:w="80" w:type="dxa"/>
              <w:bottom w:w="80" w:type="dxa"/>
              <w:end w:w="80" w:type="dxa"/>
            </w:tcMar>
          </w:tcPr>
          <w:p>
            <w:pPr>
              <w:spacing w:after="0" w:before="0"/>
            </w:pPr>
            <w:r>
              <w:rPr>
                <w:rFonts w:ascii="Arial" w:hAnsi="Arial"/>
                <w:sz w:val="15"/>
              </w:rPr>
            </w:r>
          </w:p>
        </w:tc>
      </w:tr>
    </w:tbl>
    <w:p>
      <w:r>
        <w:t>Formula ponderii materiei prime (MP):</w:t>
      </w:r>
    </w:p>
    <w:p>
      <w:pPr>
        <w:jc w:val="center"/>
      </w:pPr>
      <w:r>
        <w:rPr>
          <w:b/>
          <w:sz w:val="24"/>
        </w:rPr>
        <w:t>MP (%) = [A / (A + B + C)] × 100</w:t>
      </w:r>
    </w:p>
    <w:p>
      <w:r>
        <w:t>Ponderea materiei prime ofertată și asumată: __________________ % (cu două zecimale).</w:t>
      </w:r>
    </w:p>
    <w:p>
      <w:r>
        <w:t>Valoarea materiei prime fără TVA/porție: __________________ lei.</w:t>
      </w:r>
    </w:p>
    <w:p>
      <w:r>
        <w:t>Prețul unitar total fără TVA/porție: __________________ lei.</w:t>
      </w:r>
    </w:p>
    <w:p>
      <w:r>
        <w:rPr>
          <w:b/>
          <w:sz w:val="18"/>
        </w:rPr>
        <w:t>NOTĂ: Ponderea declarată trebuie să fie realistă, sustenabilă și verificabilă. Ea va fi evaluată pe baza documentelor de fundamentare și, pentru ofertantul câștigător, va deveni obligație contractuală.</w:t>
      </w:r>
    </w:p>
    <w:p>
      <w:r>
        <w:br/>
        <w:t>Data: ________________</w:t>
      </w:r>
    </w:p>
    <w:p>
      <w:r>
        <w:t>Operator economic: ______________________________________________</w:t>
      </w:r>
    </w:p>
    <w:p>
      <w:r>
        <w:t>Reprezentant legal / împuternicit: ________________________________</w:t>
      </w:r>
    </w:p>
    <w:p>
      <w:r>
        <w:t>Semnătura: ________________________________</w:t>
      </w:r>
    </w:p>
    <w:p>
      <w:pPr>
        <w:pageBreakBefore/>
        <w:jc w:val="center"/>
      </w:pPr>
      <w:r>
        <w:rPr>
          <w:rFonts w:ascii="Arial" w:hAnsi="Arial"/>
          <w:b/>
          <w:sz w:val="28"/>
        </w:rPr>
        <w:t>FORMULARUL F17</w:t>
        <w:br/>
        <w:t>CENTRALIZATOR JUSTIFICATIV AL COSTULUI MATERIILOR PRIME</w:t>
      </w:r>
    </w:p>
    <w:p>
      <w:pPr>
        <w:jc w:val="center"/>
      </w:pPr>
      <w:r>
        <w:rPr>
          <w:rFonts w:ascii="Arial" w:hAnsi="Arial"/>
          <w:i/>
          <w:sz w:val="18"/>
        </w:rPr>
        <w:t>Achiziție: Servicii de catering pentru asigurarea suportului alimentar – masă caldă – pentru elevii Școlii Gimnaziale Bălăcița, în cadrul PNMS 2026</w:t>
      </w:r>
    </w:p>
    <w:p>
      <w:r>
        <w:t>Centralizatorul trebuie să permită urmărirea de la ingredient și gramaj până la documentul de preț și costul rezultat pe porție. Dacă prețurile diferă între meniuri, se vor prezenta fișe distincte/medii ponderate explicate.</w:t>
      </w:r>
    </w:p>
    <w:tbl>
      <w:tblPr>
        <w:tblStyle w:val="TableGrid"/>
        <w:tblW w:type="auto" w:w="0"/>
        <w:jc w:val="center"/>
        <w:tblLook w:firstColumn="1" w:firstRow="1" w:lastColumn="0" w:lastRow="0" w:noHBand="0" w:noVBand="1" w:val="04A0"/>
      </w:tblPr>
      <w:tblGrid>
        <w:gridCol w:w="1020"/>
        <w:gridCol w:w="1020"/>
        <w:gridCol w:w="1020"/>
        <w:gridCol w:w="1020"/>
        <w:gridCol w:w="1020"/>
        <w:gridCol w:w="1020"/>
        <w:gridCol w:w="1020"/>
        <w:gridCol w:w="1020"/>
        <w:gridCol w:w="1020"/>
        <w:gridCol w:w="1020"/>
      </w:tblGrid>
      <w:tr>
        <w:trPr>
          <w:tblHeader w:val="true"/>
        </w:trPr>
        <w:tc>
          <w:tcPr>
            <w:tcW w:type="dxa" w:w="1020"/>
            <w:vAlign w:val="center"/>
            <w:tcMar>
              <w:top w:w="80" w:type="dxa"/>
              <w:start w:w="80" w:type="dxa"/>
              <w:bottom w:w="80" w:type="dxa"/>
              <w:end w:w="80" w:type="dxa"/>
            </w:tcMar>
            <w:shd w:fill="D9EAF7"/>
          </w:tcPr>
          <w:p>
            <w:pPr>
              <w:spacing w:after="0" w:before="0"/>
            </w:pPr>
            <w:r>
              <w:rPr>
                <w:rFonts w:ascii="Arial" w:hAnsi="Arial"/>
                <w:b/>
                <w:sz w:val="11"/>
              </w:rPr>
              <w:t>Nr.</w:t>
            </w:r>
          </w:p>
        </w:tc>
        <w:tc>
          <w:tcPr>
            <w:tcW w:type="dxa" w:w="1020"/>
            <w:vAlign w:val="center"/>
            <w:tcMar>
              <w:top w:w="80" w:type="dxa"/>
              <w:start w:w="80" w:type="dxa"/>
              <w:bottom w:w="80" w:type="dxa"/>
              <w:end w:w="80" w:type="dxa"/>
            </w:tcMar>
            <w:shd w:fill="D9EAF7"/>
          </w:tcPr>
          <w:p>
            <w:pPr>
              <w:spacing w:after="0" w:before="0"/>
            </w:pPr>
            <w:r>
              <w:rPr>
                <w:rFonts w:ascii="Arial" w:hAnsi="Arial"/>
                <w:b/>
                <w:sz w:val="11"/>
              </w:rPr>
              <w:t>Ingredient/produs</w:t>
            </w:r>
          </w:p>
        </w:tc>
        <w:tc>
          <w:tcPr>
            <w:tcW w:type="dxa" w:w="1020"/>
            <w:vAlign w:val="center"/>
            <w:tcMar>
              <w:top w:w="80" w:type="dxa"/>
              <w:start w:w="80" w:type="dxa"/>
              <w:bottom w:w="80" w:type="dxa"/>
              <w:end w:w="80" w:type="dxa"/>
            </w:tcMar>
            <w:shd w:fill="D9EAF7"/>
          </w:tcPr>
          <w:p>
            <w:pPr>
              <w:spacing w:after="0" w:before="0"/>
            </w:pPr>
            <w:r>
              <w:rPr>
                <w:rFonts w:ascii="Arial" w:hAnsi="Arial"/>
                <w:b/>
                <w:sz w:val="11"/>
              </w:rPr>
              <w:t>Furnizor</w:t>
            </w:r>
          </w:p>
        </w:tc>
        <w:tc>
          <w:tcPr>
            <w:tcW w:type="dxa" w:w="1020"/>
            <w:vAlign w:val="center"/>
            <w:tcMar>
              <w:top w:w="80" w:type="dxa"/>
              <w:start w:w="80" w:type="dxa"/>
              <w:bottom w:w="80" w:type="dxa"/>
              <w:end w:w="80" w:type="dxa"/>
            </w:tcMar>
            <w:shd w:fill="D9EAF7"/>
          </w:tcPr>
          <w:p>
            <w:pPr>
              <w:spacing w:after="0" w:before="0"/>
            </w:pPr>
            <w:r>
              <w:rPr>
                <w:rFonts w:ascii="Arial" w:hAnsi="Arial"/>
                <w:b/>
                <w:sz w:val="11"/>
              </w:rPr>
              <w:t>Document preț (factură/ofertă)</w:t>
            </w:r>
          </w:p>
        </w:tc>
        <w:tc>
          <w:tcPr>
            <w:tcW w:type="dxa" w:w="1020"/>
            <w:vAlign w:val="center"/>
            <w:tcMar>
              <w:top w:w="80" w:type="dxa"/>
              <w:start w:w="80" w:type="dxa"/>
              <w:bottom w:w="80" w:type="dxa"/>
              <w:end w:w="80" w:type="dxa"/>
            </w:tcMar>
            <w:shd w:fill="D9EAF7"/>
          </w:tcPr>
          <w:p>
            <w:pPr>
              <w:spacing w:after="0" w:before="0"/>
            </w:pPr>
            <w:r>
              <w:rPr>
                <w:rFonts w:ascii="Arial" w:hAnsi="Arial"/>
                <w:b/>
                <w:sz w:val="11"/>
              </w:rPr>
              <w:t>Data document</w:t>
            </w:r>
          </w:p>
        </w:tc>
        <w:tc>
          <w:tcPr>
            <w:tcW w:type="dxa" w:w="1020"/>
            <w:vAlign w:val="center"/>
            <w:tcMar>
              <w:top w:w="80" w:type="dxa"/>
              <w:start w:w="80" w:type="dxa"/>
              <w:bottom w:w="80" w:type="dxa"/>
              <w:end w:w="80" w:type="dxa"/>
            </w:tcMar>
            <w:shd w:fill="D9EAF7"/>
          </w:tcPr>
          <w:p>
            <w:pPr>
              <w:spacing w:after="0" w:before="0"/>
            </w:pPr>
            <w:r>
              <w:rPr>
                <w:rFonts w:ascii="Arial" w:hAnsi="Arial"/>
                <w:b/>
                <w:sz w:val="11"/>
              </w:rPr>
              <w:t>U.M. achiziție</w:t>
            </w:r>
          </w:p>
        </w:tc>
        <w:tc>
          <w:tcPr>
            <w:tcW w:type="dxa" w:w="1020"/>
            <w:vAlign w:val="center"/>
            <w:tcMar>
              <w:top w:w="80" w:type="dxa"/>
              <w:start w:w="80" w:type="dxa"/>
              <w:bottom w:w="80" w:type="dxa"/>
              <w:end w:w="80" w:type="dxa"/>
            </w:tcMar>
            <w:shd w:fill="D9EAF7"/>
          </w:tcPr>
          <w:p>
            <w:pPr>
              <w:spacing w:after="0" w:before="0"/>
            </w:pPr>
            <w:r>
              <w:rPr>
                <w:rFonts w:ascii="Arial" w:hAnsi="Arial"/>
                <w:b/>
                <w:sz w:val="11"/>
              </w:rPr>
              <w:t>Preț fără TVA/U.M.</w:t>
            </w:r>
          </w:p>
        </w:tc>
        <w:tc>
          <w:tcPr>
            <w:tcW w:type="dxa" w:w="1020"/>
            <w:vAlign w:val="center"/>
            <w:tcMar>
              <w:top w:w="80" w:type="dxa"/>
              <w:start w:w="80" w:type="dxa"/>
              <w:bottom w:w="80" w:type="dxa"/>
              <w:end w:w="80" w:type="dxa"/>
            </w:tcMar>
            <w:shd w:fill="D9EAF7"/>
          </w:tcPr>
          <w:p>
            <w:pPr>
              <w:spacing w:after="0" w:before="0"/>
            </w:pPr>
            <w:r>
              <w:rPr>
                <w:rFonts w:ascii="Arial" w:hAnsi="Arial"/>
                <w:b/>
                <w:sz w:val="11"/>
              </w:rPr>
              <w:t>Cantitate medie/porție</w:t>
            </w:r>
          </w:p>
        </w:tc>
        <w:tc>
          <w:tcPr>
            <w:tcW w:type="dxa" w:w="1020"/>
            <w:vAlign w:val="center"/>
            <w:tcMar>
              <w:top w:w="80" w:type="dxa"/>
              <w:start w:w="80" w:type="dxa"/>
              <w:bottom w:w="80" w:type="dxa"/>
              <w:end w:w="80" w:type="dxa"/>
            </w:tcMar>
            <w:shd w:fill="D9EAF7"/>
          </w:tcPr>
          <w:p>
            <w:pPr>
              <w:spacing w:after="0" w:before="0"/>
            </w:pPr>
            <w:r>
              <w:rPr>
                <w:rFonts w:ascii="Arial" w:hAnsi="Arial"/>
                <w:b/>
                <w:sz w:val="11"/>
              </w:rPr>
              <w:t>Cost fără TVA/porție</w:t>
            </w:r>
          </w:p>
        </w:tc>
        <w:tc>
          <w:tcPr>
            <w:tcW w:type="dxa" w:w="1020"/>
            <w:vAlign w:val="center"/>
            <w:tcMar>
              <w:top w:w="80" w:type="dxa"/>
              <w:start w:w="80" w:type="dxa"/>
              <w:bottom w:w="80" w:type="dxa"/>
              <w:end w:w="80" w:type="dxa"/>
            </w:tcMar>
            <w:shd w:fill="D9EAF7"/>
          </w:tcPr>
          <w:p>
            <w:pPr>
              <w:spacing w:after="0" w:before="0"/>
            </w:pPr>
            <w:r>
              <w:rPr>
                <w:rFonts w:ascii="Arial" w:hAnsi="Arial"/>
                <w:b/>
                <w:sz w:val="11"/>
              </w:rPr>
              <w:t>Meniuri în care se utilizează</w:t>
            </w:r>
          </w:p>
        </w:tc>
      </w:tr>
      <w:tr>
        <w:tc>
          <w:tcPr>
            <w:tcW w:type="dxa" w:w="1020"/>
            <w:vAlign w:val="center"/>
            <w:tcMar>
              <w:top w:w="80" w:type="dxa"/>
              <w:start w:w="80" w:type="dxa"/>
              <w:bottom w:w="80" w:type="dxa"/>
              <w:end w:w="80" w:type="dxa"/>
            </w:tcMar>
          </w:tcPr>
          <w:p>
            <w:pPr>
              <w:spacing w:after="0" w:before="0"/>
            </w:pPr>
            <w:r>
              <w:rPr>
                <w:rFonts w:ascii="Arial" w:hAnsi="Arial"/>
                <w:sz w:val="11"/>
              </w:rPr>
              <w:t>1</w:t>
            </w: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r>
      <w:tr>
        <w:tc>
          <w:tcPr>
            <w:tcW w:type="dxa" w:w="1020"/>
            <w:vAlign w:val="center"/>
            <w:tcMar>
              <w:top w:w="80" w:type="dxa"/>
              <w:start w:w="80" w:type="dxa"/>
              <w:bottom w:w="80" w:type="dxa"/>
              <w:end w:w="80" w:type="dxa"/>
            </w:tcMar>
          </w:tcPr>
          <w:p>
            <w:pPr>
              <w:spacing w:after="0" w:before="0"/>
            </w:pPr>
            <w:r>
              <w:rPr>
                <w:rFonts w:ascii="Arial" w:hAnsi="Arial"/>
                <w:sz w:val="11"/>
              </w:rPr>
              <w:t>2</w:t>
            </w: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r>
      <w:tr>
        <w:tc>
          <w:tcPr>
            <w:tcW w:type="dxa" w:w="1020"/>
            <w:vAlign w:val="center"/>
            <w:tcMar>
              <w:top w:w="80" w:type="dxa"/>
              <w:start w:w="80" w:type="dxa"/>
              <w:bottom w:w="80" w:type="dxa"/>
              <w:end w:w="80" w:type="dxa"/>
            </w:tcMar>
          </w:tcPr>
          <w:p>
            <w:pPr>
              <w:spacing w:after="0" w:before="0"/>
            </w:pPr>
            <w:r>
              <w:rPr>
                <w:rFonts w:ascii="Arial" w:hAnsi="Arial"/>
                <w:sz w:val="11"/>
              </w:rPr>
              <w:t>3</w:t>
            </w: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r>
      <w:tr>
        <w:tc>
          <w:tcPr>
            <w:tcW w:type="dxa" w:w="1020"/>
            <w:vAlign w:val="center"/>
            <w:tcMar>
              <w:top w:w="80" w:type="dxa"/>
              <w:start w:w="80" w:type="dxa"/>
              <w:bottom w:w="80" w:type="dxa"/>
              <w:end w:w="80" w:type="dxa"/>
            </w:tcMar>
          </w:tcPr>
          <w:p>
            <w:pPr>
              <w:spacing w:after="0" w:before="0"/>
            </w:pPr>
            <w:r>
              <w:rPr>
                <w:rFonts w:ascii="Arial" w:hAnsi="Arial"/>
                <w:sz w:val="11"/>
              </w:rPr>
              <w:t>4</w:t>
            </w: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r>
      <w:tr>
        <w:tc>
          <w:tcPr>
            <w:tcW w:type="dxa" w:w="1020"/>
            <w:vAlign w:val="center"/>
            <w:tcMar>
              <w:top w:w="80" w:type="dxa"/>
              <w:start w:w="80" w:type="dxa"/>
              <w:bottom w:w="80" w:type="dxa"/>
              <w:end w:w="80" w:type="dxa"/>
            </w:tcMar>
          </w:tcPr>
          <w:p>
            <w:pPr>
              <w:spacing w:after="0" w:before="0"/>
            </w:pPr>
            <w:r>
              <w:rPr>
                <w:rFonts w:ascii="Arial" w:hAnsi="Arial"/>
                <w:sz w:val="11"/>
              </w:rPr>
              <w:t>5</w:t>
            </w: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r>
      <w:tr>
        <w:tc>
          <w:tcPr>
            <w:tcW w:type="dxa" w:w="1020"/>
            <w:vAlign w:val="center"/>
            <w:tcMar>
              <w:top w:w="80" w:type="dxa"/>
              <w:start w:w="80" w:type="dxa"/>
              <w:bottom w:w="80" w:type="dxa"/>
              <w:end w:w="80" w:type="dxa"/>
            </w:tcMar>
          </w:tcPr>
          <w:p>
            <w:pPr>
              <w:spacing w:after="0" w:before="0"/>
            </w:pPr>
            <w:r>
              <w:rPr>
                <w:rFonts w:ascii="Arial" w:hAnsi="Arial"/>
                <w:sz w:val="11"/>
              </w:rPr>
              <w:t>6</w:t>
            </w: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r>
      <w:tr>
        <w:tc>
          <w:tcPr>
            <w:tcW w:type="dxa" w:w="1020"/>
            <w:vAlign w:val="center"/>
            <w:tcMar>
              <w:top w:w="80" w:type="dxa"/>
              <w:start w:w="80" w:type="dxa"/>
              <w:bottom w:w="80" w:type="dxa"/>
              <w:end w:w="80" w:type="dxa"/>
            </w:tcMar>
          </w:tcPr>
          <w:p>
            <w:pPr>
              <w:spacing w:after="0" w:before="0"/>
            </w:pPr>
            <w:r>
              <w:rPr>
                <w:rFonts w:ascii="Arial" w:hAnsi="Arial"/>
                <w:sz w:val="11"/>
              </w:rPr>
              <w:t>7</w:t>
            </w: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r>
      <w:tr>
        <w:tc>
          <w:tcPr>
            <w:tcW w:type="dxa" w:w="1020"/>
            <w:vAlign w:val="center"/>
            <w:tcMar>
              <w:top w:w="80" w:type="dxa"/>
              <w:start w:w="80" w:type="dxa"/>
              <w:bottom w:w="80" w:type="dxa"/>
              <w:end w:w="80" w:type="dxa"/>
            </w:tcMar>
          </w:tcPr>
          <w:p>
            <w:pPr>
              <w:spacing w:after="0" w:before="0"/>
            </w:pPr>
            <w:r>
              <w:rPr>
                <w:rFonts w:ascii="Arial" w:hAnsi="Arial"/>
                <w:sz w:val="11"/>
              </w:rPr>
              <w:t>8</w:t>
            </w: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r>
      <w:tr>
        <w:tc>
          <w:tcPr>
            <w:tcW w:type="dxa" w:w="1020"/>
            <w:vAlign w:val="center"/>
            <w:tcMar>
              <w:top w:w="80" w:type="dxa"/>
              <w:start w:w="80" w:type="dxa"/>
              <w:bottom w:w="80" w:type="dxa"/>
              <w:end w:w="80" w:type="dxa"/>
            </w:tcMar>
          </w:tcPr>
          <w:p>
            <w:pPr>
              <w:spacing w:after="0" w:before="0"/>
            </w:pPr>
            <w:r>
              <w:rPr>
                <w:rFonts w:ascii="Arial" w:hAnsi="Arial"/>
                <w:sz w:val="11"/>
              </w:rPr>
              <w:t>9</w:t>
            </w: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r>
      <w:tr>
        <w:tc>
          <w:tcPr>
            <w:tcW w:type="dxa" w:w="1020"/>
            <w:vAlign w:val="center"/>
            <w:tcMar>
              <w:top w:w="80" w:type="dxa"/>
              <w:start w:w="80" w:type="dxa"/>
              <w:bottom w:w="80" w:type="dxa"/>
              <w:end w:w="80" w:type="dxa"/>
            </w:tcMar>
          </w:tcPr>
          <w:p>
            <w:pPr>
              <w:spacing w:after="0" w:before="0"/>
            </w:pPr>
            <w:r>
              <w:rPr>
                <w:rFonts w:ascii="Arial" w:hAnsi="Arial"/>
                <w:sz w:val="11"/>
              </w:rPr>
              <w:t>10</w:t>
            </w: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r>
      <w:tr>
        <w:tc>
          <w:tcPr>
            <w:tcW w:type="dxa" w:w="1020"/>
            <w:vAlign w:val="center"/>
            <w:tcMar>
              <w:top w:w="80" w:type="dxa"/>
              <w:start w:w="80" w:type="dxa"/>
              <w:bottom w:w="80" w:type="dxa"/>
              <w:end w:w="80" w:type="dxa"/>
            </w:tcMar>
          </w:tcPr>
          <w:p>
            <w:pPr>
              <w:spacing w:after="0" w:before="0"/>
            </w:pPr>
            <w:r>
              <w:rPr>
                <w:rFonts w:ascii="Arial" w:hAnsi="Arial"/>
                <w:sz w:val="11"/>
              </w:rPr>
              <w:t>11</w:t>
            </w: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r>
      <w:tr>
        <w:tc>
          <w:tcPr>
            <w:tcW w:type="dxa" w:w="1020"/>
            <w:vAlign w:val="center"/>
            <w:tcMar>
              <w:top w:w="80" w:type="dxa"/>
              <w:start w:w="80" w:type="dxa"/>
              <w:bottom w:w="80" w:type="dxa"/>
              <w:end w:w="80" w:type="dxa"/>
            </w:tcMar>
          </w:tcPr>
          <w:p>
            <w:pPr>
              <w:spacing w:after="0" w:before="0"/>
            </w:pPr>
            <w:r>
              <w:rPr>
                <w:rFonts w:ascii="Arial" w:hAnsi="Arial"/>
                <w:sz w:val="11"/>
              </w:rPr>
              <w:t>12</w:t>
            </w: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r>
      <w:tr>
        <w:tc>
          <w:tcPr>
            <w:tcW w:type="dxa" w:w="1020"/>
            <w:vAlign w:val="center"/>
            <w:tcMar>
              <w:top w:w="80" w:type="dxa"/>
              <w:start w:w="80" w:type="dxa"/>
              <w:bottom w:w="80" w:type="dxa"/>
              <w:end w:w="80" w:type="dxa"/>
            </w:tcMar>
          </w:tcPr>
          <w:p>
            <w:pPr>
              <w:spacing w:after="0" w:before="0"/>
            </w:pPr>
            <w:r>
              <w:rPr>
                <w:rFonts w:ascii="Arial" w:hAnsi="Arial"/>
                <w:sz w:val="11"/>
              </w:rPr>
              <w:t>13</w:t>
            </w: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r>
      <w:tr>
        <w:tc>
          <w:tcPr>
            <w:tcW w:type="dxa" w:w="1020"/>
            <w:vAlign w:val="center"/>
            <w:tcMar>
              <w:top w:w="80" w:type="dxa"/>
              <w:start w:w="80" w:type="dxa"/>
              <w:bottom w:w="80" w:type="dxa"/>
              <w:end w:w="80" w:type="dxa"/>
            </w:tcMar>
          </w:tcPr>
          <w:p>
            <w:pPr>
              <w:spacing w:after="0" w:before="0"/>
            </w:pPr>
            <w:r>
              <w:rPr>
                <w:rFonts w:ascii="Arial" w:hAnsi="Arial"/>
                <w:sz w:val="11"/>
              </w:rPr>
              <w:t>14</w:t>
            </w: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r>
      <w:tr>
        <w:tc>
          <w:tcPr>
            <w:tcW w:type="dxa" w:w="1020"/>
            <w:vAlign w:val="center"/>
            <w:tcMar>
              <w:top w:w="80" w:type="dxa"/>
              <w:start w:w="80" w:type="dxa"/>
              <w:bottom w:w="80" w:type="dxa"/>
              <w:end w:w="80" w:type="dxa"/>
            </w:tcMar>
          </w:tcPr>
          <w:p>
            <w:pPr>
              <w:spacing w:after="0" w:before="0"/>
            </w:pPr>
            <w:r>
              <w:rPr>
                <w:rFonts w:ascii="Arial" w:hAnsi="Arial"/>
                <w:sz w:val="11"/>
              </w:rPr>
              <w:t>15</w:t>
            </w: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r>
      <w:tr>
        <w:tc>
          <w:tcPr>
            <w:tcW w:type="dxa" w:w="1020"/>
            <w:vAlign w:val="center"/>
            <w:tcMar>
              <w:top w:w="80" w:type="dxa"/>
              <w:start w:w="80" w:type="dxa"/>
              <w:bottom w:w="80" w:type="dxa"/>
              <w:end w:w="80" w:type="dxa"/>
            </w:tcMar>
          </w:tcPr>
          <w:p>
            <w:pPr>
              <w:spacing w:after="0" w:before="0"/>
            </w:pPr>
            <w:r>
              <w:rPr>
                <w:rFonts w:ascii="Arial" w:hAnsi="Arial"/>
                <w:sz w:val="11"/>
              </w:rPr>
              <w:t>16</w:t>
            </w: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r>
      <w:tr>
        <w:tc>
          <w:tcPr>
            <w:tcW w:type="dxa" w:w="1020"/>
            <w:vAlign w:val="center"/>
            <w:tcMar>
              <w:top w:w="80" w:type="dxa"/>
              <w:start w:w="80" w:type="dxa"/>
              <w:bottom w:w="80" w:type="dxa"/>
              <w:end w:w="80" w:type="dxa"/>
            </w:tcMar>
          </w:tcPr>
          <w:p>
            <w:pPr>
              <w:spacing w:after="0" w:before="0"/>
            </w:pPr>
            <w:r>
              <w:rPr>
                <w:rFonts w:ascii="Arial" w:hAnsi="Arial"/>
                <w:sz w:val="11"/>
              </w:rPr>
              <w:t>17</w:t>
            </w: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c>
          <w:tcPr>
            <w:tcW w:type="dxa" w:w="1020"/>
            <w:vAlign w:val="center"/>
            <w:tcMar>
              <w:top w:w="80" w:type="dxa"/>
              <w:start w:w="80" w:type="dxa"/>
              <w:bottom w:w="80" w:type="dxa"/>
              <w:end w:w="80" w:type="dxa"/>
            </w:tcMar>
          </w:tcPr>
          <w:p>
            <w:pPr>
              <w:spacing w:after="0" w:before="0"/>
            </w:pPr>
          </w:p>
        </w:tc>
      </w:tr>
    </w:tbl>
    <w:p>
      <w:pPr>
        <w:pStyle w:val="Heading2"/>
        <w:keepNext/>
      </w:pPr>
      <w:r>
        <w:rPr>
          <w:b/>
        </w:rPr>
        <w:t>Reconcilierea costului materiei prime cu ponderea ofertată</w:t>
      </w:r>
    </w:p>
    <w:tbl>
      <w:tblPr>
        <w:tblStyle w:val="TableGrid"/>
        <w:tblW w:type="auto" w:w="0"/>
        <w:jc w:val="center"/>
        <w:tblLook w:firstColumn="1" w:firstRow="1" w:lastColumn="0" w:lastRow="0" w:noHBand="0" w:noVBand="1" w:val="04A0"/>
      </w:tblPr>
      <w:tblGrid>
        <w:gridCol w:w="2550"/>
        <w:gridCol w:w="2550"/>
        <w:gridCol w:w="2550"/>
        <w:gridCol w:w="2550"/>
      </w:tblGrid>
      <w:tr>
        <w:trPr>
          <w:tblHeader w:val="true"/>
        </w:trPr>
        <w:tc>
          <w:tcPr>
            <w:tcW w:type="dxa" w:w="2550"/>
            <w:vAlign w:val="center"/>
            <w:tcMar>
              <w:top w:w="80" w:type="dxa"/>
              <w:start w:w="80" w:type="dxa"/>
              <w:bottom w:w="80" w:type="dxa"/>
              <w:end w:w="80" w:type="dxa"/>
            </w:tcMar>
            <w:shd w:fill="D9EAF7"/>
          </w:tcPr>
          <w:p>
            <w:pPr>
              <w:spacing w:after="0" w:before="0"/>
            </w:pPr>
            <w:r>
              <w:rPr>
                <w:rFonts w:ascii="Arial" w:hAnsi="Arial"/>
                <w:b/>
                <w:sz w:val="16"/>
              </w:rPr>
              <w:t>Indicator</w:t>
            </w:r>
          </w:p>
        </w:tc>
        <w:tc>
          <w:tcPr>
            <w:tcW w:type="dxa" w:w="2550"/>
            <w:vAlign w:val="center"/>
            <w:tcMar>
              <w:top w:w="80" w:type="dxa"/>
              <w:start w:w="80" w:type="dxa"/>
              <w:bottom w:w="80" w:type="dxa"/>
              <w:end w:w="80" w:type="dxa"/>
            </w:tcMar>
            <w:shd w:fill="D9EAF7"/>
          </w:tcPr>
          <w:p>
            <w:pPr>
              <w:spacing w:after="0" w:before="0"/>
            </w:pPr>
            <w:r>
              <w:rPr>
                <w:rFonts w:ascii="Arial" w:hAnsi="Arial"/>
                <w:b/>
                <w:sz w:val="16"/>
              </w:rPr>
              <w:t>Valoare</w:t>
            </w:r>
          </w:p>
        </w:tc>
        <w:tc>
          <w:tcPr>
            <w:tcW w:type="dxa" w:w="2550"/>
            <w:vAlign w:val="center"/>
            <w:tcMar>
              <w:top w:w="80" w:type="dxa"/>
              <w:start w:w="80" w:type="dxa"/>
              <w:bottom w:w="80" w:type="dxa"/>
              <w:end w:w="80" w:type="dxa"/>
            </w:tcMar>
            <w:shd w:fill="D9EAF7"/>
          </w:tcPr>
          <w:p>
            <w:pPr>
              <w:spacing w:after="0" w:before="0"/>
            </w:pPr>
            <w:r>
              <w:rPr>
                <w:rFonts w:ascii="Arial" w:hAnsi="Arial"/>
                <w:b/>
                <w:sz w:val="16"/>
              </w:rPr>
              <w:t>Metoda de calcul</w:t>
            </w:r>
          </w:p>
        </w:tc>
        <w:tc>
          <w:tcPr>
            <w:tcW w:type="dxa" w:w="2550"/>
            <w:vAlign w:val="center"/>
            <w:tcMar>
              <w:top w:w="80" w:type="dxa"/>
              <w:start w:w="80" w:type="dxa"/>
              <w:bottom w:w="80" w:type="dxa"/>
              <w:end w:w="80" w:type="dxa"/>
            </w:tcMar>
            <w:shd w:fill="D9EAF7"/>
          </w:tcPr>
          <w:p>
            <w:pPr>
              <w:spacing w:after="0" w:before="0"/>
            </w:pPr>
            <w:r>
              <w:rPr>
                <w:rFonts w:ascii="Arial" w:hAnsi="Arial"/>
                <w:b/>
                <w:sz w:val="16"/>
              </w:rPr>
              <w:t>Observații</w:t>
            </w:r>
          </w:p>
        </w:tc>
      </w:tr>
      <w:tr>
        <w:tc>
          <w:tcPr>
            <w:tcW w:type="dxa" w:w="2550"/>
            <w:vAlign w:val="center"/>
            <w:tcMar>
              <w:top w:w="80" w:type="dxa"/>
              <w:start w:w="80" w:type="dxa"/>
              <w:bottom w:w="80" w:type="dxa"/>
              <w:end w:w="80" w:type="dxa"/>
            </w:tcMar>
          </w:tcPr>
          <w:p>
            <w:pPr>
              <w:spacing w:after="0" w:before="0"/>
            </w:pPr>
            <w:r>
              <w:rPr>
                <w:rFonts w:ascii="Arial" w:hAnsi="Arial"/>
                <w:sz w:val="16"/>
              </w:rPr>
              <w:t>Cost mediu materie primă/porție fără TVA</w:t>
            </w:r>
          </w:p>
        </w:tc>
        <w:tc>
          <w:tcPr>
            <w:tcW w:type="dxa" w:w="2550"/>
            <w:vAlign w:val="center"/>
            <w:tcMar>
              <w:top w:w="80" w:type="dxa"/>
              <w:start w:w="80" w:type="dxa"/>
              <w:bottom w:w="80" w:type="dxa"/>
              <w:end w:w="80" w:type="dxa"/>
            </w:tcMar>
          </w:tcPr>
          <w:p>
            <w:pPr>
              <w:spacing w:after="0" w:before="0"/>
            </w:pPr>
            <w:r>
              <w:rPr>
                <w:rFonts w:ascii="Arial" w:hAnsi="Arial"/>
                <w:sz w:val="16"/>
              </w:rPr>
              <w:t>________ lei</w:t>
            </w:r>
          </w:p>
        </w:tc>
        <w:tc>
          <w:tcPr>
            <w:tcW w:type="dxa" w:w="2550"/>
            <w:vAlign w:val="center"/>
            <w:tcMar>
              <w:top w:w="80" w:type="dxa"/>
              <w:start w:w="80" w:type="dxa"/>
              <w:bottom w:w="80" w:type="dxa"/>
              <w:end w:w="80" w:type="dxa"/>
            </w:tcMar>
          </w:tcPr>
          <w:p>
            <w:pPr>
              <w:spacing w:after="0" w:before="0"/>
            </w:pPr>
            <w:r>
              <w:rPr>
                <w:rFonts w:ascii="Arial" w:hAnsi="Arial"/>
                <w:sz w:val="16"/>
              </w:rPr>
              <w:t>conform fișelor de rețetar/centralizator</w:t>
            </w:r>
          </w:p>
        </w:tc>
        <w:tc>
          <w:tcPr>
            <w:tcW w:type="dxa" w:w="2550"/>
            <w:vAlign w:val="center"/>
            <w:tcMar>
              <w:top w:w="80" w:type="dxa"/>
              <w:start w:w="80" w:type="dxa"/>
              <w:bottom w:w="80" w:type="dxa"/>
              <w:end w:w="80" w:type="dxa"/>
            </w:tcMar>
          </w:tcPr>
          <w:p>
            <w:pPr>
              <w:spacing w:after="0" w:before="0"/>
            </w:pPr>
            <w:r>
              <w:rPr>
                <w:rFonts w:ascii="Arial" w:hAnsi="Arial"/>
                <w:sz w:val="16"/>
              </w:rPr>
            </w:r>
          </w:p>
        </w:tc>
      </w:tr>
      <w:tr>
        <w:tc>
          <w:tcPr>
            <w:tcW w:type="dxa" w:w="2550"/>
            <w:vAlign w:val="center"/>
            <w:tcMar>
              <w:top w:w="80" w:type="dxa"/>
              <w:start w:w="80" w:type="dxa"/>
              <w:bottom w:w="80" w:type="dxa"/>
              <w:end w:w="80" w:type="dxa"/>
            </w:tcMar>
          </w:tcPr>
          <w:p>
            <w:pPr>
              <w:spacing w:after="0" w:before="0"/>
            </w:pPr>
            <w:r>
              <w:rPr>
                <w:rFonts w:ascii="Arial" w:hAnsi="Arial"/>
                <w:sz w:val="16"/>
              </w:rPr>
              <w:t>Preț unitar total fără TVA</w:t>
            </w:r>
          </w:p>
        </w:tc>
        <w:tc>
          <w:tcPr>
            <w:tcW w:type="dxa" w:w="2550"/>
            <w:vAlign w:val="center"/>
            <w:tcMar>
              <w:top w:w="80" w:type="dxa"/>
              <w:start w:w="80" w:type="dxa"/>
              <w:bottom w:w="80" w:type="dxa"/>
              <w:end w:w="80" w:type="dxa"/>
            </w:tcMar>
          </w:tcPr>
          <w:p>
            <w:pPr>
              <w:spacing w:after="0" w:before="0"/>
            </w:pPr>
            <w:r>
              <w:rPr>
                <w:rFonts w:ascii="Arial" w:hAnsi="Arial"/>
                <w:sz w:val="16"/>
              </w:rPr>
              <w:t>________ lei</w:t>
            </w:r>
          </w:p>
        </w:tc>
        <w:tc>
          <w:tcPr>
            <w:tcW w:type="dxa" w:w="2550"/>
            <w:vAlign w:val="center"/>
            <w:tcMar>
              <w:top w:w="80" w:type="dxa"/>
              <w:start w:w="80" w:type="dxa"/>
              <w:bottom w:w="80" w:type="dxa"/>
              <w:end w:w="80" w:type="dxa"/>
            </w:tcMar>
          </w:tcPr>
          <w:p>
            <w:pPr>
              <w:spacing w:after="0" w:before="0"/>
            </w:pPr>
            <w:r>
              <w:rPr>
                <w:rFonts w:ascii="Arial" w:hAnsi="Arial"/>
                <w:sz w:val="16"/>
              </w:rPr>
              <w:t>conform F15/F16</w:t>
            </w:r>
          </w:p>
        </w:tc>
        <w:tc>
          <w:tcPr>
            <w:tcW w:type="dxa" w:w="2550"/>
            <w:vAlign w:val="center"/>
            <w:tcMar>
              <w:top w:w="80" w:type="dxa"/>
              <w:start w:w="80" w:type="dxa"/>
              <w:bottom w:w="80" w:type="dxa"/>
              <w:end w:w="80" w:type="dxa"/>
            </w:tcMar>
          </w:tcPr>
          <w:p>
            <w:pPr>
              <w:spacing w:after="0" w:before="0"/>
            </w:pPr>
            <w:r>
              <w:rPr>
                <w:rFonts w:ascii="Arial" w:hAnsi="Arial"/>
                <w:sz w:val="16"/>
              </w:rPr>
            </w:r>
          </w:p>
        </w:tc>
      </w:tr>
      <w:tr>
        <w:tc>
          <w:tcPr>
            <w:tcW w:type="dxa" w:w="2550"/>
            <w:vAlign w:val="center"/>
            <w:tcMar>
              <w:top w:w="80" w:type="dxa"/>
              <w:start w:w="80" w:type="dxa"/>
              <w:bottom w:w="80" w:type="dxa"/>
              <w:end w:w="80" w:type="dxa"/>
            </w:tcMar>
          </w:tcPr>
          <w:p>
            <w:pPr>
              <w:spacing w:after="0" w:before="0"/>
            </w:pPr>
            <w:r>
              <w:rPr>
                <w:rFonts w:ascii="Arial" w:hAnsi="Arial"/>
                <w:sz w:val="16"/>
              </w:rPr>
              <w:t>Pondere materie primă</w:t>
            </w:r>
          </w:p>
        </w:tc>
        <w:tc>
          <w:tcPr>
            <w:tcW w:type="dxa" w:w="2550"/>
            <w:vAlign w:val="center"/>
            <w:tcMar>
              <w:top w:w="80" w:type="dxa"/>
              <w:start w:w="80" w:type="dxa"/>
              <w:bottom w:w="80" w:type="dxa"/>
              <w:end w:w="80" w:type="dxa"/>
            </w:tcMar>
          </w:tcPr>
          <w:p>
            <w:pPr>
              <w:spacing w:after="0" w:before="0"/>
            </w:pPr>
            <w:r>
              <w:rPr>
                <w:rFonts w:ascii="Arial" w:hAnsi="Arial"/>
                <w:sz w:val="16"/>
              </w:rPr>
              <w:t>________ %</w:t>
            </w:r>
          </w:p>
        </w:tc>
        <w:tc>
          <w:tcPr>
            <w:tcW w:type="dxa" w:w="2550"/>
            <w:vAlign w:val="center"/>
            <w:tcMar>
              <w:top w:w="80" w:type="dxa"/>
              <w:start w:w="80" w:type="dxa"/>
              <w:bottom w:w="80" w:type="dxa"/>
              <w:end w:w="80" w:type="dxa"/>
            </w:tcMar>
          </w:tcPr>
          <w:p>
            <w:pPr>
              <w:spacing w:after="0" w:before="0"/>
            </w:pPr>
            <w:r>
              <w:rPr>
                <w:rFonts w:ascii="Arial" w:hAnsi="Arial"/>
                <w:sz w:val="16"/>
              </w:rPr>
              <w:t>cost MP / preț unitar × 100</w:t>
            </w:r>
          </w:p>
        </w:tc>
        <w:tc>
          <w:tcPr>
            <w:tcW w:type="dxa" w:w="2550"/>
            <w:vAlign w:val="center"/>
            <w:tcMar>
              <w:top w:w="80" w:type="dxa"/>
              <w:start w:w="80" w:type="dxa"/>
              <w:bottom w:w="80" w:type="dxa"/>
              <w:end w:w="80" w:type="dxa"/>
            </w:tcMar>
          </w:tcPr>
          <w:p>
            <w:pPr>
              <w:spacing w:after="0" w:before="0"/>
            </w:pPr>
            <w:r>
              <w:rPr>
                <w:rFonts w:ascii="Arial" w:hAnsi="Arial"/>
                <w:sz w:val="16"/>
              </w:rPr>
            </w:r>
          </w:p>
        </w:tc>
      </w:tr>
    </w:tbl>
    <w:p>
      <w:r>
        <w:br/>
        <w:t>Data: ________________</w:t>
      </w:r>
    </w:p>
    <w:p>
      <w:r>
        <w:t>Operator economic: ______________________________________________</w:t>
      </w:r>
    </w:p>
    <w:p>
      <w:r>
        <w:t>Reprezentant legal / împuternicit: ________________________________</w:t>
      </w:r>
    </w:p>
    <w:p>
      <w:r>
        <w:t>Semnătura: ________________________________</w:t>
      </w:r>
    </w:p>
    <w:p>
      <w:pPr>
        <w:pageBreakBefore/>
        <w:jc w:val="center"/>
      </w:pPr>
      <w:r>
        <w:rPr>
          <w:rFonts w:ascii="Arial" w:hAnsi="Arial"/>
          <w:b/>
          <w:sz w:val="28"/>
        </w:rPr>
        <w:t>FORMULARUL F18</w:t>
        <w:br/>
        <w:t>ANGAJAMENT PRIVIND PONDEREA MATERIEI PRIME – FACTOR DE EVALUARE</w:t>
      </w:r>
    </w:p>
    <w:p>
      <w:pPr>
        <w:jc w:val="center"/>
      </w:pPr>
      <w:r>
        <w:rPr>
          <w:rFonts w:ascii="Arial" w:hAnsi="Arial"/>
          <w:i/>
          <w:sz w:val="18"/>
        </w:rPr>
        <w:t>Achiziție: Servicii de catering pentru asigurarea suportului alimentar – masă caldă – pentru elevii Școlii Gimnaziale Bălăcița, în cadrul PNMS 2026</w:t>
      </w:r>
    </w:p>
    <w:p>
      <w:r>
        <w:t>Declarăm și ne angajăm irevocabil că ponderea valorică a materiei prime/produselor alimentare în prețul unitar fără TVA al porției, asumată prin oferta noastră, este de:</w:t>
      </w:r>
    </w:p>
    <w:p>
      <w:pPr>
        <w:jc w:val="center"/>
      </w:pPr>
      <w:r>
        <w:rPr>
          <w:b/>
          <w:sz w:val="36"/>
        </w:rPr>
        <w:t>__________________ %</w:t>
      </w:r>
    </w:p>
    <w:p>
      <w:r>
        <w:t>Această pondere este calculată pe baza valorii de __________________ lei fără TVA/porție alocată materiei prime și a prețului unitar total de __________________ lei fără TVA/porție.</w:t>
      </w:r>
    </w:p>
    <w:p>
      <w:pPr>
        <w:pStyle w:val="ListBullet"/>
      </w:pPr>
      <w:r>
        <w:t>☐ procentul este susținut de defalcarea costului, rețetarele, gramajele și documentele justificative anexate;</w:t>
      </w:r>
    </w:p>
    <w:p>
      <w:pPr>
        <w:pStyle w:val="ListBullet"/>
      </w:pPr>
      <w:r>
        <w:t>☐ procentul nu reprezintă o simplă declarație, ci o alocare economică reală și sustenabilă;</w:t>
      </w:r>
    </w:p>
    <w:p>
      <w:pPr>
        <w:pStyle w:val="ListBullet"/>
      </w:pPr>
      <w:r>
        <w:t>☐ vom menține pe durata executării contractului ponderea asumată, în condițiile și limitele legale/contractuale;</w:t>
      </w:r>
    </w:p>
    <w:p>
      <w:pPr>
        <w:pStyle w:val="ListBullet"/>
      </w:pPr>
      <w:r>
        <w:t>☐ vom furniza autorității contractante, la solicitare, documente rezonabile pentru verificarea respectării ponderii asumate;</w:t>
      </w:r>
    </w:p>
    <w:p>
      <w:pPr>
        <w:pStyle w:val="ListBullet"/>
      </w:pPr>
      <w:r>
        <w:t>☐ înțelegem că prezentarea unei ponderi nereale/nejustificate poate conduce la solicitări de clarificări și, după caz, la consecințele prevăzute de documentație și contract.</w:t>
      </w:r>
    </w:p>
    <w:p>
      <w:r>
        <w:br/>
        <w:t>Data: ________________</w:t>
      </w:r>
    </w:p>
    <w:p>
      <w:r>
        <w:t>Operator economic: ______________________________________________</w:t>
      </w:r>
    </w:p>
    <w:p>
      <w:r>
        <w:t>Reprezentant legal / împuternicit: ________________________________</w:t>
      </w:r>
    </w:p>
    <w:p>
      <w:r>
        <w:t>Semnătura: ________________________________</w:t>
      </w:r>
    </w:p>
    <w:p>
      <w:pPr>
        <w:pageBreakBefore/>
        <w:jc w:val="center"/>
      </w:pPr>
      <w:r>
        <w:rPr>
          <w:rFonts w:ascii="Arial" w:hAnsi="Arial"/>
          <w:b/>
          <w:sz w:val="28"/>
        </w:rPr>
        <w:t>FORMULARUL F19</w:t>
        <w:br/>
        <w:t>DECLARAȚIE PRIVIND INCLUDEREA TUTUROR COSTURILOR ÎN PREȚ</w:t>
      </w:r>
    </w:p>
    <w:p>
      <w:pPr>
        <w:jc w:val="center"/>
      </w:pPr>
      <w:r>
        <w:rPr>
          <w:rFonts w:ascii="Arial" w:hAnsi="Arial"/>
          <w:i/>
          <w:sz w:val="18"/>
        </w:rPr>
        <w:t>Achiziție: Servicii de catering pentru asigurarea suportului alimentar – masă caldă – pentru elevii Școlii Gimnaziale Bălăcița, în cadrul PNMS 2026</w:t>
      </w:r>
    </w:p>
    <w:p>
      <w:r>
        <w:t>Declarăm că prețul unitar ofertat include integral toate costurile directe și indirecte necesare executării conforme a contractului, inclusiv, fără a se limita la:</w:t>
      </w:r>
    </w:p>
    <w:p>
      <w:pPr>
        <w:pStyle w:val="ListBullet"/>
      </w:pPr>
      <w:r>
        <w:t>☐ materii prime și produse alimentare;</w:t>
      </w:r>
    </w:p>
    <w:p>
      <w:pPr>
        <w:pStyle w:val="ListBullet"/>
      </w:pPr>
      <w:r>
        <w:t>☐ personal de preparare, manipulare, porționare, ambalare, transport și coordonare;</w:t>
      </w:r>
    </w:p>
    <w:p>
      <w:pPr>
        <w:pStyle w:val="ListBullet"/>
      </w:pPr>
      <w:r>
        <w:t>☐ utilități, energie, apă, combustibili;</w:t>
      </w:r>
    </w:p>
    <w:p>
      <w:pPr>
        <w:pStyle w:val="ListBullet"/>
      </w:pPr>
      <w:r>
        <w:t>☐ ambalaje, etichete, tacâmuri, șervețele și consumabile necesare;</w:t>
      </w:r>
    </w:p>
    <w:p>
      <w:pPr>
        <w:pStyle w:val="ListBullet"/>
      </w:pPr>
      <w:r>
        <w:t>☐ transportul și menținerea condițiilor de temperatură/igienă;</w:t>
      </w:r>
    </w:p>
    <w:p>
      <w:pPr>
        <w:pStyle w:val="ListBullet"/>
      </w:pPr>
      <w:r>
        <w:t>☐ igienizare, dezinfecție, controale interne și HACCP;</w:t>
      </w:r>
    </w:p>
    <w:p>
      <w:pPr>
        <w:pStyle w:val="ListBullet"/>
      </w:pPr>
      <w:r>
        <w:t>☐ colectarea și transportul deșeurilor aferente prestării;</w:t>
      </w:r>
    </w:p>
    <w:p>
      <w:pPr>
        <w:pStyle w:val="ListBullet"/>
      </w:pPr>
      <w:r>
        <w:t>☐ cheltuieli administrative, asigurări, amortizare, profit și orice alte costuri necesare.</w:t>
      </w:r>
    </w:p>
    <w:p>
      <w:r>
        <w:t>Nu vom solicita costuri suplimentare distincte pentru transport, ambalaje, colectare deșeuri sau alte componente necesare prestării, în afara prețului contractat și a situațiilor de modificare permise de lege și contract.</w:t>
      </w:r>
    </w:p>
    <w:p>
      <w:r>
        <w:br/>
        <w:t>Data: ________________</w:t>
      </w:r>
    </w:p>
    <w:p>
      <w:r>
        <w:t>Operator economic: ______________________________________________</w:t>
      </w:r>
    </w:p>
    <w:p>
      <w:r>
        <w:t>Reprezentant legal / împuternicit: ________________________________</w:t>
      </w:r>
    </w:p>
    <w:p>
      <w:r>
        <w:t>Semnătura: ________________________________</w:t>
      </w:r>
    </w:p>
    <w:p>
      <w:pPr>
        <w:pageBreakBefore/>
        <w:jc w:val="center"/>
      </w:pPr>
      <w:r>
        <w:rPr>
          <w:rFonts w:ascii="Arial" w:hAnsi="Arial"/>
          <w:b/>
          <w:sz w:val="28"/>
        </w:rPr>
        <w:t>FORMULARUL F20</w:t>
        <w:br/>
        <w:t>DECLARAȚIE PRIVIND VALABILITATEA OFERTEI ȘI ACCEPTAREA CONDIȚIILOR</w:t>
      </w:r>
    </w:p>
    <w:p>
      <w:pPr>
        <w:jc w:val="center"/>
      </w:pPr>
      <w:r>
        <w:rPr>
          <w:rFonts w:ascii="Arial" w:hAnsi="Arial"/>
          <w:i/>
          <w:sz w:val="18"/>
        </w:rPr>
        <w:t>Achiziție: Servicii de catering pentru asigurarea suportului alimentar – masă caldă – pentru elevii Școlii Gimnaziale Bălăcița, în cadrul PNMS 2026</w:t>
      </w:r>
    </w:p>
    <w:p>
      <w:pPr>
        <w:pStyle w:val="ListBullet"/>
      </w:pPr>
      <w:r>
        <w:t>☐ Oferta este valabilă minimum 30 de zile de la data-limită de depunere / ______ zile, conform ofertei noastre.</w:t>
      </w:r>
    </w:p>
    <w:p>
      <w:pPr>
        <w:pStyle w:val="ListBullet"/>
      </w:pPr>
      <w:r>
        <w:t>☐ Acceptăm integral cerințele caietului de sarcini și eventualele clarificări publicate/comunicate de autoritatea contractantă.</w:t>
      </w:r>
    </w:p>
    <w:p>
      <w:pPr>
        <w:pStyle w:val="ListBullet"/>
      </w:pPr>
      <w:r>
        <w:t>☐ Înțelegem că numărul de 12.351 porții este o cantitate maximă estimată și nu este garantată.</w:t>
      </w:r>
    </w:p>
    <w:p>
      <w:pPr>
        <w:pStyle w:val="ListBullet"/>
      </w:pPr>
      <w:r>
        <w:t>☐ Acceptăm că prestarea și decontarea se realizează numai pentru porțiile efectiv comandate, livrate, recepționate și confirmate.</w:t>
      </w:r>
    </w:p>
    <w:p>
      <w:pPr>
        <w:pStyle w:val="ListBullet"/>
      </w:pPr>
      <w:r>
        <w:t>☐ Acceptăm perioada contractuală 07.09.2026–31.12.2026, cu prestări efective exclusiv în zilele de curs și în funcție de prezența elevilor.</w:t>
      </w:r>
    </w:p>
    <w:p>
      <w:pPr>
        <w:pStyle w:val="ListBullet"/>
      </w:pPr>
      <w:r>
        <w:t>☐ În cazul desemnării noastre drept câștigător, vom prezenta documentele solicitate pentru finalizare și vom semna contractul în condițiile documentației.</w:t>
      </w:r>
    </w:p>
    <w:p>
      <w:r>
        <w:br/>
        <w:t>Data: ________________</w:t>
      </w:r>
    </w:p>
    <w:p>
      <w:r>
        <w:t>Operator economic: ______________________________________________</w:t>
      </w:r>
    </w:p>
    <w:p>
      <w:r>
        <w:t>Reprezentant legal / împuternicit: ________________________________</w:t>
      </w:r>
    </w:p>
    <w:p>
      <w:r>
        <w:t>Semnătura: ________________________________</w:t>
      </w:r>
    </w:p>
    <w:p>
      <w:pPr>
        <w:pageBreakBefore/>
        <w:jc w:val="center"/>
      </w:pPr>
      <w:r>
        <w:rPr>
          <w:rFonts w:ascii="Arial" w:hAnsi="Arial"/>
          <w:b/>
          <w:sz w:val="28"/>
        </w:rPr>
        <w:t>FORMULARUL F21</w:t>
        <w:br/>
        <w:t>DECLARAȚIE PRIVIND ASOCIAȚII, SUBCONTRACTANȚII ȘI TERȚII – DACĂ ESTE CAZUL</w:t>
      </w:r>
    </w:p>
    <w:p>
      <w:pPr>
        <w:jc w:val="center"/>
      </w:pPr>
      <w:r>
        <w:rPr>
          <w:rFonts w:ascii="Arial" w:hAnsi="Arial"/>
          <w:i/>
          <w:sz w:val="18"/>
        </w:rPr>
        <w:t>Achiziție: Servicii de catering pentru asigurarea suportului alimentar – masă caldă – pentru elevii Școlii Gimnaziale Bălăcița, în cadrul PNMS 2026</w:t>
      </w:r>
    </w:p>
    <w:p>
      <w:r>
        <w:t>Bifați situația aplicabilă:</w:t>
      </w:r>
    </w:p>
    <w:p>
      <w:pPr>
        <w:pStyle w:val="ListBullet"/>
      </w:pPr>
      <w:r>
        <w:t>☐ Depunem oferta ca ofertant unic, fără subcontractanți/terți.</w:t>
      </w:r>
    </w:p>
    <w:p>
      <w:pPr>
        <w:pStyle w:val="ListBullet"/>
      </w:pPr>
      <w:r>
        <w:t>☐ Depunem oferta în asociere.</w:t>
      </w:r>
    </w:p>
    <w:p>
      <w:pPr>
        <w:pStyle w:val="ListBullet"/>
      </w:pPr>
      <w:r>
        <w:t>☐ Vom utiliza subcontractant/subcontractanți.</w:t>
      </w:r>
    </w:p>
    <w:p>
      <w:pPr>
        <w:pStyle w:val="ListBullet"/>
      </w:pPr>
      <w:r>
        <w:t>☐ Beneficiem de susținerea unui/unor terți, dacă este admis și necesar.</w:t>
      </w:r>
    </w:p>
    <w:tbl>
      <w:tblPr>
        <w:tblStyle w:val="TableGrid"/>
        <w:tblW w:type="auto" w:w="0"/>
        <w:jc w:val="center"/>
        <w:tblLook w:firstColumn="1" w:firstRow="1" w:lastColumn="0" w:lastRow="0" w:noHBand="0" w:noVBand="1" w:val="04A0"/>
      </w:tblPr>
      <w:tblGrid>
        <w:gridCol w:w="1700"/>
        <w:gridCol w:w="1700"/>
        <w:gridCol w:w="1700"/>
        <w:gridCol w:w="1700"/>
        <w:gridCol w:w="1700"/>
        <w:gridCol w:w="1700"/>
      </w:tblGrid>
      <w:tr>
        <w:trPr>
          <w:tblHeader w:val="true"/>
        </w:trPr>
        <w:tc>
          <w:tcPr>
            <w:tcW w:type="dxa" w:w="1700"/>
            <w:vAlign w:val="center"/>
            <w:tcMar>
              <w:top w:w="80" w:type="dxa"/>
              <w:start w:w="80" w:type="dxa"/>
              <w:bottom w:w="80" w:type="dxa"/>
              <w:end w:w="80" w:type="dxa"/>
            </w:tcMar>
            <w:shd w:fill="D9EAF7"/>
          </w:tcPr>
          <w:p>
            <w:pPr>
              <w:spacing w:after="0" w:before="0"/>
            </w:pPr>
            <w:r>
              <w:rPr>
                <w:rFonts w:ascii="Arial" w:hAnsi="Arial"/>
                <w:b/>
                <w:sz w:val="15"/>
              </w:rPr>
              <w:t>Nr.</w:t>
            </w:r>
          </w:p>
        </w:tc>
        <w:tc>
          <w:tcPr>
            <w:tcW w:type="dxa" w:w="1700"/>
            <w:vAlign w:val="center"/>
            <w:tcMar>
              <w:top w:w="80" w:type="dxa"/>
              <w:start w:w="80" w:type="dxa"/>
              <w:bottom w:w="80" w:type="dxa"/>
              <w:end w:w="80" w:type="dxa"/>
            </w:tcMar>
            <w:shd w:fill="D9EAF7"/>
          </w:tcPr>
          <w:p>
            <w:pPr>
              <w:spacing w:after="0" w:before="0"/>
            </w:pPr>
            <w:r>
              <w:rPr>
                <w:rFonts w:ascii="Arial" w:hAnsi="Arial"/>
                <w:b/>
                <w:sz w:val="15"/>
              </w:rPr>
              <w:t>Entitate</w:t>
            </w:r>
          </w:p>
        </w:tc>
        <w:tc>
          <w:tcPr>
            <w:tcW w:type="dxa" w:w="1700"/>
            <w:vAlign w:val="center"/>
            <w:tcMar>
              <w:top w:w="80" w:type="dxa"/>
              <w:start w:w="80" w:type="dxa"/>
              <w:bottom w:w="80" w:type="dxa"/>
              <w:end w:w="80" w:type="dxa"/>
            </w:tcMar>
            <w:shd w:fill="D9EAF7"/>
          </w:tcPr>
          <w:p>
            <w:pPr>
              <w:spacing w:after="0" w:before="0"/>
            </w:pPr>
            <w:r>
              <w:rPr>
                <w:rFonts w:ascii="Arial" w:hAnsi="Arial"/>
                <w:b/>
                <w:sz w:val="15"/>
              </w:rPr>
              <w:t>Calitate</w:t>
            </w:r>
          </w:p>
        </w:tc>
        <w:tc>
          <w:tcPr>
            <w:tcW w:type="dxa" w:w="1700"/>
            <w:vAlign w:val="center"/>
            <w:tcMar>
              <w:top w:w="80" w:type="dxa"/>
              <w:start w:w="80" w:type="dxa"/>
              <w:bottom w:w="80" w:type="dxa"/>
              <w:end w:w="80" w:type="dxa"/>
            </w:tcMar>
            <w:shd w:fill="D9EAF7"/>
          </w:tcPr>
          <w:p>
            <w:pPr>
              <w:spacing w:after="0" w:before="0"/>
            </w:pPr>
            <w:r>
              <w:rPr>
                <w:rFonts w:ascii="Arial" w:hAnsi="Arial"/>
                <w:b/>
                <w:sz w:val="15"/>
              </w:rPr>
              <w:t>Date identificare</w:t>
            </w:r>
          </w:p>
        </w:tc>
        <w:tc>
          <w:tcPr>
            <w:tcW w:type="dxa" w:w="1700"/>
            <w:vAlign w:val="center"/>
            <w:tcMar>
              <w:top w:w="80" w:type="dxa"/>
              <w:start w:w="80" w:type="dxa"/>
              <w:bottom w:w="80" w:type="dxa"/>
              <w:end w:w="80" w:type="dxa"/>
            </w:tcMar>
            <w:shd w:fill="D9EAF7"/>
          </w:tcPr>
          <w:p>
            <w:pPr>
              <w:spacing w:after="0" w:before="0"/>
            </w:pPr>
            <w:r>
              <w:rPr>
                <w:rFonts w:ascii="Arial" w:hAnsi="Arial"/>
                <w:b/>
                <w:sz w:val="15"/>
              </w:rPr>
              <w:t>Activități/parte contract</w:t>
            </w:r>
          </w:p>
        </w:tc>
        <w:tc>
          <w:tcPr>
            <w:tcW w:type="dxa" w:w="1700"/>
            <w:vAlign w:val="center"/>
            <w:tcMar>
              <w:top w:w="80" w:type="dxa"/>
              <w:start w:w="80" w:type="dxa"/>
              <w:bottom w:w="80" w:type="dxa"/>
              <w:end w:w="80" w:type="dxa"/>
            </w:tcMar>
            <w:shd w:fill="D9EAF7"/>
          </w:tcPr>
          <w:p>
            <w:pPr>
              <w:spacing w:after="0" w:before="0"/>
            </w:pPr>
            <w:r>
              <w:rPr>
                <w:rFonts w:ascii="Arial" w:hAnsi="Arial"/>
                <w:b/>
                <w:sz w:val="15"/>
              </w:rPr>
              <w:t>Procent/valoare estimată</w:t>
            </w:r>
          </w:p>
        </w:tc>
      </w:tr>
      <w:tr>
        <w:tc>
          <w:tcPr>
            <w:tcW w:type="dxa" w:w="1700"/>
            <w:vAlign w:val="center"/>
            <w:tcMar>
              <w:top w:w="80" w:type="dxa"/>
              <w:start w:w="80" w:type="dxa"/>
              <w:bottom w:w="80" w:type="dxa"/>
              <w:end w:w="80" w:type="dxa"/>
            </w:tcMar>
          </w:tcPr>
          <w:p>
            <w:pPr>
              <w:spacing w:after="0" w:before="0"/>
            </w:pPr>
            <w:r>
              <w:rPr>
                <w:rFonts w:ascii="Arial" w:hAnsi="Arial"/>
                <w:sz w:val="15"/>
              </w:rPr>
              <w:t>1</w:t>
            </w: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r>
      <w:tr>
        <w:tc>
          <w:tcPr>
            <w:tcW w:type="dxa" w:w="1700"/>
            <w:vAlign w:val="center"/>
            <w:tcMar>
              <w:top w:w="80" w:type="dxa"/>
              <w:start w:w="80" w:type="dxa"/>
              <w:bottom w:w="80" w:type="dxa"/>
              <w:end w:w="80" w:type="dxa"/>
            </w:tcMar>
          </w:tcPr>
          <w:p>
            <w:pPr>
              <w:spacing w:after="0" w:before="0"/>
            </w:pPr>
            <w:r>
              <w:rPr>
                <w:rFonts w:ascii="Arial" w:hAnsi="Arial"/>
                <w:sz w:val="15"/>
              </w:rPr>
              <w:t>2</w:t>
            </w: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r>
      <w:tr>
        <w:tc>
          <w:tcPr>
            <w:tcW w:type="dxa" w:w="1700"/>
            <w:vAlign w:val="center"/>
            <w:tcMar>
              <w:top w:w="80" w:type="dxa"/>
              <w:start w:w="80" w:type="dxa"/>
              <w:bottom w:w="80" w:type="dxa"/>
              <w:end w:w="80" w:type="dxa"/>
            </w:tcMar>
          </w:tcPr>
          <w:p>
            <w:pPr>
              <w:spacing w:after="0" w:before="0"/>
            </w:pPr>
            <w:r>
              <w:rPr>
                <w:rFonts w:ascii="Arial" w:hAnsi="Arial"/>
                <w:sz w:val="15"/>
              </w:rPr>
              <w:t>3</w:t>
            </w: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r>
      <w:tr>
        <w:tc>
          <w:tcPr>
            <w:tcW w:type="dxa" w:w="1700"/>
            <w:vAlign w:val="center"/>
            <w:tcMar>
              <w:top w:w="80" w:type="dxa"/>
              <w:start w:w="80" w:type="dxa"/>
              <w:bottom w:w="80" w:type="dxa"/>
              <w:end w:w="80" w:type="dxa"/>
            </w:tcMar>
          </w:tcPr>
          <w:p>
            <w:pPr>
              <w:spacing w:after="0" w:before="0"/>
            </w:pPr>
            <w:r>
              <w:rPr>
                <w:rFonts w:ascii="Arial" w:hAnsi="Arial"/>
                <w:sz w:val="15"/>
              </w:rPr>
              <w:t>4</w:t>
            </w: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r>
      <w:tr>
        <w:tc>
          <w:tcPr>
            <w:tcW w:type="dxa" w:w="1700"/>
            <w:vAlign w:val="center"/>
            <w:tcMar>
              <w:top w:w="80" w:type="dxa"/>
              <w:start w:w="80" w:type="dxa"/>
              <w:bottom w:w="80" w:type="dxa"/>
              <w:end w:w="80" w:type="dxa"/>
            </w:tcMar>
          </w:tcPr>
          <w:p>
            <w:pPr>
              <w:spacing w:after="0" w:before="0"/>
            </w:pPr>
            <w:r>
              <w:rPr>
                <w:rFonts w:ascii="Arial" w:hAnsi="Arial"/>
                <w:sz w:val="15"/>
              </w:rPr>
              <w:t>5</w:t>
            </w: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c>
          <w:tcPr>
            <w:tcW w:type="dxa" w:w="1700"/>
            <w:vAlign w:val="center"/>
            <w:tcMar>
              <w:top w:w="80" w:type="dxa"/>
              <w:start w:w="80" w:type="dxa"/>
              <w:bottom w:w="80" w:type="dxa"/>
              <w:end w:w="80" w:type="dxa"/>
            </w:tcMar>
          </w:tcPr>
          <w:p>
            <w:pPr>
              <w:spacing w:after="0" w:before="0"/>
            </w:pPr>
          </w:p>
        </w:tc>
      </w:tr>
    </w:tbl>
    <w:p>
      <w:r>
        <w:rPr>
          <w:b/>
          <w:sz w:val="18"/>
        </w:rPr>
        <w:t>NOTĂ: Pentru fiecare entitate indicată se vor anexa, după caz, documentele și declarațiile solicitate prin documentație și de legislația aplicabilă.</w:t>
      </w:r>
    </w:p>
    <w:p>
      <w:r>
        <w:br/>
        <w:t>Data: ________________</w:t>
      </w:r>
    </w:p>
    <w:p>
      <w:r>
        <w:t>Operator economic: ______________________________________________</w:t>
      </w:r>
    </w:p>
    <w:p>
      <w:r>
        <w:t>Reprezentant legal / împuternicit: ________________________________</w:t>
      </w:r>
    </w:p>
    <w:p>
      <w:r>
        <w:t>Semnătura: ________________________________</w:t>
      </w:r>
    </w:p>
    <w:p>
      <w:pPr>
        <w:pageBreakBefore/>
        <w:jc w:val="center"/>
      </w:pPr>
      <w:r>
        <w:rPr>
          <w:rFonts w:ascii="Arial" w:hAnsi="Arial"/>
          <w:b/>
          <w:sz w:val="28"/>
        </w:rPr>
        <w:t>FORMULARUL F22</w:t>
        <w:br/>
        <w:t>DECLARAȚIE PRIVIND INFORMAȚIILE CONFIDENȚIALE DIN OFERTĂ</w:t>
      </w:r>
    </w:p>
    <w:p>
      <w:pPr>
        <w:jc w:val="center"/>
      </w:pPr>
      <w:r>
        <w:rPr>
          <w:rFonts w:ascii="Arial" w:hAnsi="Arial"/>
          <w:i/>
          <w:sz w:val="18"/>
        </w:rPr>
        <w:t>Achiziție: Servicii de catering pentru asigurarea suportului alimentar – masă caldă – pentru elevii Școlii Gimnaziale Bălăcița, în cadrul PNMS 2026</w:t>
      </w:r>
    </w:p>
    <w:p>
      <w:r>
        <w:t>Declarăm că următoarele informații/documente din ofertă sunt considerate confidențiale, în măsura permisă de lege, deoarece conțin secrete tehnice/comerciale sau alte informații protejate și justificăm caracterul confidențial astfel:</w:t>
      </w:r>
    </w:p>
    <w:tbl>
      <w:tblPr>
        <w:tblStyle w:val="TableGrid"/>
        <w:tblW w:type="auto" w:w="0"/>
        <w:jc w:val="center"/>
        <w:tblLook w:firstColumn="1" w:firstRow="1" w:lastColumn="0" w:lastRow="0" w:noHBand="0" w:noVBand="1" w:val="04A0"/>
      </w:tblPr>
      <w:tblGrid>
        <w:gridCol w:w="2550"/>
        <w:gridCol w:w="2550"/>
        <w:gridCol w:w="2550"/>
        <w:gridCol w:w="2550"/>
      </w:tblGrid>
      <w:tr>
        <w:trPr>
          <w:tblHeader w:val="true"/>
        </w:trPr>
        <w:tc>
          <w:tcPr>
            <w:tcW w:type="dxa" w:w="2550"/>
            <w:vAlign w:val="center"/>
            <w:tcMar>
              <w:top w:w="80" w:type="dxa"/>
              <w:start w:w="80" w:type="dxa"/>
              <w:bottom w:w="80" w:type="dxa"/>
              <w:end w:w="80" w:type="dxa"/>
            </w:tcMar>
            <w:shd w:fill="D9EAF7"/>
          </w:tcPr>
          <w:p>
            <w:pPr>
              <w:spacing w:after="0" w:before="0"/>
            </w:pPr>
            <w:r>
              <w:rPr>
                <w:rFonts w:ascii="Arial" w:hAnsi="Arial"/>
                <w:b/>
                <w:sz w:val="16"/>
              </w:rPr>
              <w:t>Nr.</w:t>
            </w:r>
          </w:p>
        </w:tc>
        <w:tc>
          <w:tcPr>
            <w:tcW w:type="dxa" w:w="2550"/>
            <w:vAlign w:val="center"/>
            <w:tcMar>
              <w:top w:w="80" w:type="dxa"/>
              <w:start w:w="80" w:type="dxa"/>
              <w:bottom w:w="80" w:type="dxa"/>
              <w:end w:w="80" w:type="dxa"/>
            </w:tcMar>
            <w:shd w:fill="D9EAF7"/>
          </w:tcPr>
          <w:p>
            <w:pPr>
              <w:spacing w:after="0" w:before="0"/>
            </w:pPr>
            <w:r>
              <w:rPr>
                <w:rFonts w:ascii="Arial" w:hAnsi="Arial"/>
                <w:b/>
                <w:sz w:val="16"/>
              </w:rPr>
              <w:t>Document/pagini</w:t>
            </w:r>
          </w:p>
        </w:tc>
        <w:tc>
          <w:tcPr>
            <w:tcW w:type="dxa" w:w="2550"/>
            <w:vAlign w:val="center"/>
            <w:tcMar>
              <w:top w:w="80" w:type="dxa"/>
              <w:start w:w="80" w:type="dxa"/>
              <w:bottom w:w="80" w:type="dxa"/>
              <w:end w:w="80" w:type="dxa"/>
            </w:tcMar>
            <w:shd w:fill="D9EAF7"/>
          </w:tcPr>
          <w:p>
            <w:pPr>
              <w:spacing w:after="0" w:before="0"/>
            </w:pPr>
            <w:r>
              <w:rPr>
                <w:rFonts w:ascii="Arial" w:hAnsi="Arial"/>
                <w:b/>
                <w:sz w:val="16"/>
              </w:rPr>
              <w:t>Informație indicată ca fiind confidențială</w:t>
            </w:r>
          </w:p>
        </w:tc>
        <w:tc>
          <w:tcPr>
            <w:tcW w:type="dxa" w:w="2550"/>
            <w:vAlign w:val="center"/>
            <w:tcMar>
              <w:top w:w="80" w:type="dxa"/>
              <w:start w:w="80" w:type="dxa"/>
              <w:bottom w:w="80" w:type="dxa"/>
              <w:end w:w="80" w:type="dxa"/>
            </w:tcMar>
            <w:shd w:fill="D9EAF7"/>
          </w:tcPr>
          <w:p>
            <w:pPr>
              <w:spacing w:after="0" w:before="0"/>
            </w:pPr>
            <w:r>
              <w:rPr>
                <w:rFonts w:ascii="Arial" w:hAnsi="Arial"/>
                <w:b/>
                <w:sz w:val="16"/>
              </w:rPr>
              <w:t>Motivare concretă și temei/dovadă</w:t>
            </w:r>
          </w:p>
        </w:tc>
      </w:tr>
      <w:tr>
        <w:tc>
          <w:tcPr>
            <w:tcW w:type="dxa" w:w="2550"/>
            <w:vAlign w:val="center"/>
            <w:tcMar>
              <w:top w:w="80" w:type="dxa"/>
              <w:start w:w="80" w:type="dxa"/>
              <w:bottom w:w="80" w:type="dxa"/>
              <w:end w:w="80" w:type="dxa"/>
            </w:tcMar>
          </w:tcPr>
          <w:p>
            <w:pPr>
              <w:spacing w:after="0" w:before="0"/>
            </w:pPr>
            <w:r>
              <w:rPr>
                <w:rFonts w:ascii="Arial" w:hAnsi="Arial"/>
                <w:sz w:val="16"/>
              </w:rPr>
              <w:t>1</w:t>
            </w:r>
          </w:p>
        </w:tc>
        <w:tc>
          <w:tcPr>
            <w:tcW w:type="dxa" w:w="2550"/>
            <w:vAlign w:val="center"/>
            <w:tcMar>
              <w:top w:w="80" w:type="dxa"/>
              <w:start w:w="80" w:type="dxa"/>
              <w:bottom w:w="80" w:type="dxa"/>
              <w:end w:w="80" w:type="dxa"/>
            </w:tcMar>
          </w:tcPr>
          <w:p>
            <w:pPr>
              <w:spacing w:after="0" w:before="0"/>
            </w:pPr>
          </w:p>
        </w:tc>
        <w:tc>
          <w:tcPr>
            <w:tcW w:type="dxa" w:w="2550"/>
            <w:vAlign w:val="center"/>
            <w:tcMar>
              <w:top w:w="80" w:type="dxa"/>
              <w:start w:w="80" w:type="dxa"/>
              <w:bottom w:w="80" w:type="dxa"/>
              <w:end w:w="80" w:type="dxa"/>
            </w:tcMar>
          </w:tcPr>
          <w:p>
            <w:pPr>
              <w:spacing w:after="0" w:before="0"/>
            </w:pPr>
          </w:p>
        </w:tc>
        <w:tc>
          <w:tcPr>
            <w:tcW w:type="dxa" w:w="2550"/>
            <w:vAlign w:val="center"/>
            <w:tcMar>
              <w:top w:w="80" w:type="dxa"/>
              <w:start w:w="80" w:type="dxa"/>
              <w:bottom w:w="80" w:type="dxa"/>
              <w:end w:w="80" w:type="dxa"/>
            </w:tcMar>
          </w:tcPr>
          <w:p>
            <w:pPr>
              <w:spacing w:after="0" w:before="0"/>
            </w:pPr>
          </w:p>
        </w:tc>
      </w:tr>
      <w:tr>
        <w:tc>
          <w:tcPr>
            <w:tcW w:type="dxa" w:w="2550"/>
            <w:vAlign w:val="center"/>
            <w:tcMar>
              <w:top w:w="80" w:type="dxa"/>
              <w:start w:w="80" w:type="dxa"/>
              <w:bottom w:w="80" w:type="dxa"/>
              <w:end w:w="80" w:type="dxa"/>
            </w:tcMar>
          </w:tcPr>
          <w:p>
            <w:pPr>
              <w:spacing w:after="0" w:before="0"/>
            </w:pPr>
            <w:r>
              <w:rPr>
                <w:rFonts w:ascii="Arial" w:hAnsi="Arial"/>
                <w:sz w:val="16"/>
              </w:rPr>
              <w:t>2</w:t>
            </w:r>
          </w:p>
        </w:tc>
        <w:tc>
          <w:tcPr>
            <w:tcW w:type="dxa" w:w="2550"/>
            <w:vAlign w:val="center"/>
            <w:tcMar>
              <w:top w:w="80" w:type="dxa"/>
              <w:start w:w="80" w:type="dxa"/>
              <w:bottom w:w="80" w:type="dxa"/>
              <w:end w:w="80" w:type="dxa"/>
            </w:tcMar>
          </w:tcPr>
          <w:p>
            <w:pPr>
              <w:spacing w:after="0" w:before="0"/>
            </w:pPr>
          </w:p>
        </w:tc>
        <w:tc>
          <w:tcPr>
            <w:tcW w:type="dxa" w:w="2550"/>
            <w:vAlign w:val="center"/>
            <w:tcMar>
              <w:top w:w="80" w:type="dxa"/>
              <w:start w:w="80" w:type="dxa"/>
              <w:bottom w:w="80" w:type="dxa"/>
              <w:end w:w="80" w:type="dxa"/>
            </w:tcMar>
          </w:tcPr>
          <w:p>
            <w:pPr>
              <w:spacing w:after="0" w:before="0"/>
            </w:pPr>
          </w:p>
        </w:tc>
        <w:tc>
          <w:tcPr>
            <w:tcW w:type="dxa" w:w="2550"/>
            <w:vAlign w:val="center"/>
            <w:tcMar>
              <w:top w:w="80" w:type="dxa"/>
              <w:start w:w="80" w:type="dxa"/>
              <w:bottom w:w="80" w:type="dxa"/>
              <w:end w:w="80" w:type="dxa"/>
            </w:tcMar>
          </w:tcPr>
          <w:p>
            <w:pPr>
              <w:spacing w:after="0" w:before="0"/>
            </w:pPr>
          </w:p>
        </w:tc>
      </w:tr>
      <w:tr>
        <w:tc>
          <w:tcPr>
            <w:tcW w:type="dxa" w:w="2550"/>
            <w:vAlign w:val="center"/>
            <w:tcMar>
              <w:top w:w="80" w:type="dxa"/>
              <w:start w:w="80" w:type="dxa"/>
              <w:bottom w:w="80" w:type="dxa"/>
              <w:end w:w="80" w:type="dxa"/>
            </w:tcMar>
          </w:tcPr>
          <w:p>
            <w:pPr>
              <w:spacing w:after="0" w:before="0"/>
            </w:pPr>
            <w:r>
              <w:rPr>
                <w:rFonts w:ascii="Arial" w:hAnsi="Arial"/>
                <w:sz w:val="16"/>
              </w:rPr>
              <w:t>3</w:t>
            </w:r>
          </w:p>
        </w:tc>
        <w:tc>
          <w:tcPr>
            <w:tcW w:type="dxa" w:w="2550"/>
            <w:vAlign w:val="center"/>
            <w:tcMar>
              <w:top w:w="80" w:type="dxa"/>
              <w:start w:w="80" w:type="dxa"/>
              <w:bottom w:w="80" w:type="dxa"/>
              <w:end w:w="80" w:type="dxa"/>
            </w:tcMar>
          </w:tcPr>
          <w:p>
            <w:pPr>
              <w:spacing w:after="0" w:before="0"/>
            </w:pPr>
          </w:p>
        </w:tc>
        <w:tc>
          <w:tcPr>
            <w:tcW w:type="dxa" w:w="2550"/>
            <w:vAlign w:val="center"/>
            <w:tcMar>
              <w:top w:w="80" w:type="dxa"/>
              <w:start w:w="80" w:type="dxa"/>
              <w:bottom w:w="80" w:type="dxa"/>
              <w:end w:w="80" w:type="dxa"/>
            </w:tcMar>
          </w:tcPr>
          <w:p>
            <w:pPr>
              <w:spacing w:after="0" w:before="0"/>
            </w:pPr>
          </w:p>
        </w:tc>
        <w:tc>
          <w:tcPr>
            <w:tcW w:type="dxa" w:w="2550"/>
            <w:vAlign w:val="center"/>
            <w:tcMar>
              <w:top w:w="80" w:type="dxa"/>
              <w:start w:w="80" w:type="dxa"/>
              <w:bottom w:w="80" w:type="dxa"/>
              <w:end w:w="80" w:type="dxa"/>
            </w:tcMar>
          </w:tcPr>
          <w:p>
            <w:pPr>
              <w:spacing w:after="0" w:before="0"/>
            </w:pPr>
          </w:p>
        </w:tc>
      </w:tr>
      <w:tr>
        <w:tc>
          <w:tcPr>
            <w:tcW w:type="dxa" w:w="2550"/>
            <w:vAlign w:val="center"/>
            <w:tcMar>
              <w:top w:w="80" w:type="dxa"/>
              <w:start w:w="80" w:type="dxa"/>
              <w:bottom w:w="80" w:type="dxa"/>
              <w:end w:w="80" w:type="dxa"/>
            </w:tcMar>
          </w:tcPr>
          <w:p>
            <w:pPr>
              <w:spacing w:after="0" w:before="0"/>
            </w:pPr>
            <w:r>
              <w:rPr>
                <w:rFonts w:ascii="Arial" w:hAnsi="Arial"/>
                <w:sz w:val="16"/>
              </w:rPr>
              <w:t>4</w:t>
            </w:r>
          </w:p>
        </w:tc>
        <w:tc>
          <w:tcPr>
            <w:tcW w:type="dxa" w:w="2550"/>
            <w:vAlign w:val="center"/>
            <w:tcMar>
              <w:top w:w="80" w:type="dxa"/>
              <w:start w:w="80" w:type="dxa"/>
              <w:bottom w:w="80" w:type="dxa"/>
              <w:end w:w="80" w:type="dxa"/>
            </w:tcMar>
          </w:tcPr>
          <w:p>
            <w:pPr>
              <w:spacing w:after="0" w:before="0"/>
            </w:pPr>
          </w:p>
        </w:tc>
        <w:tc>
          <w:tcPr>
            <w:tcW w:type="dxa" w:w="2550"/>
            <w:vAlign w:val="center"/>
            <w:tcMar>
              <w:top w:w="80" w:type="dxa"/>
              <w:start w:w="80" w:type="dxa"/>
              <w:bottom w:w="80" w:type="dxa"/>
              <w:end w:w="80" w:type="dxa"/>
            </w:tcMar>
          </w:tcPr>
          <w:p>
            <w:pPr>
              <w:spacing w:after="0" w:before="0"/>
            </w:pPr>
          </w:p>
        </w:tc>
        <w:tc>
          <w:tcPr>
            <w:tcW w:type="dxa" w:w="2550"/>
            <w:vAlign w:val="center"/>
            <w:tcMar>
              <w:top w:w="80" w:type="dxa"/>
              <w:start w:w="80" w:type="dxa"/>
              <w:bottom w:w="80" w:type="dxa"/>
              <w:end w:w="80" w:type="dxa"/>
            </w:tcMar>
          </w:tcPr>
          <w:p>
            <w:pPr>
              <w:spacing w:after="0" w:before="0"/>
            </w:pPr>
          </w:p>
        </w:tc>
      </w:tr>
      <w:tr>
        <w:tc>
          <w:tcPr>
            <w:tcW w:type="dxa" w:w="2550"/>
            <w:vAlign w:val="center"/>
            <w:tcMar>
              <w:top w:w="80" w:type="dxa"/>
              <w:start w:w="80" w:type="dxa"/>
              <w:bottom w:w="80" w:type="dxa"/>
              <w:end w:w="80" w:type="dxa"/>
            </w:tcMar>
          </w:tcPr>
          <w:p>
            <w:pPr>
              <w:spacing w:after="0" w:before="0"/>
            </w:pPr>
            <w:r>
              <w:rPr>
                <w:rFonts w:ascii="Arial" w:hAnsi="Arial"/>
                <w:sz w:val="16"/>
              </w:rPr>
              <w:t>5</w:t>
            </w:r>
          </w:p>
        </w:tc>
        <w:tc>
          <w:tcPr>
            <w:tcW w:type="dxa" w:w="2550"/>
            <w:vAlign w:val="center"/>
            <w:tcMar>
              <w:top w:w="80" w:type="dxa"/>
              <w:start w:w="80" w:type="dxa"/>
              <w:bottom w:w="80" w:type="dxa"/>
              <w:end w:w="80" w:type="dxa"/>
            </w:tcMar>
          </w:tcPr>
          <w:p>
            <w:pPr>
              <w:spacing w:after="0" w:before="0"/>
            </w:pPr>
          </w:p>
        </w:tc>
        <w:tc>
          <w:tcPr>
            <w:tcW w:type="dxa" w:w="2550"/>
            <w:vAlign w:val="center"/>
            <w:tcMar>
              <w:top w:w="80" w:type="dxa"/>
              <w:start w:w="80" w:type="dxa"/>
              <w:bottom w:w="80" w:type="dxa"/>
              <w:end w:w="80" w:type="dxa"/>
            </w:tcMar>
          </w:tcPr>
          <w:p>
            <w:pPr>
              <w:spacing w:after="0" w:before="0"/>
            </w:pPr>
          </w:p>
        </w:tc>
        <w:tc>
          <w:tcPr>
            <w:tcW w:type="dxa" w:w="2550"/>
            <w:vAlign w:val="center"/>
            <w:tcMar>
              <w:top w:w="80" w:type="dxa"/>
              <w:start w:w="80" w:type="dxa"/>
              <w:bottom w:w="80" w:type="dxa"/>
              <w:end w:w="80" w:type="dxa"/>
            </w:tcMar>
          </w:tcPr>
          <w:p>
            <w:pPr>
              <w:spacing w:after="0" w:before="0"/>
            </w:pPr>
          </w:p>
        </w:tc>
      </w:tr>
    </w:tbl>
    <w:p>
      <w:pPr>
        <w:pStyle w:val="ListBullet"/>
      </w:pPr>
      <w:r>
        <w:t>☐ Nu declarăm informații confidențiale în ofertă.</w:t>
      </w:r>
    </w:p>
    <w:p>
      <w:r>
        <w:rPr>
          <w:b/>
          <w:sz w:val="18"/>
        </w:rPr>
        <w:t>NOTĂ: Simpla menționare generică a întregii oferte ca fiind confidențială nu este suficientă; se individualizează informațiile și se justifică protecția solicitată.</w:t>
      </w:r>
    </w:p>
    <w:p>
      <w:r>
        <w:br/>
        <w:t>Data: ________________</w:t>
      </w:r>
    </w:p>
    <w:p>
      <w:r>
        <w:t>Operator economic: ______________________________________________</w:t>
      </w:r>
    </w:p>
    <w:p>
      <w:r>
        <w:t>Reprezentant legal / împuternicit: ________________________________</w:t>
      </w:r>
    </w:p>
    <w:p>
      <w:r>
        <w:t>Semnătura: ________________________________</w:t>
      </w:r>
    </w:p>
    <w:p>
      <w:pPr>
        <w:pageBreakBefore/>
        <w:jc w:val="center"/>
      </w:pPr>
      <w:r>
        <w:rPr>
          <w:rFonts w:ascii="Arial" w:hAnsi="Arial"/>
          <w:b/>
          <w:sz w:val="28"/>
        </w:rPr>
        <w:t>FORMULARUL F23</w:t>
        <w:br/>
        <w:t>LISTA DOCUMENTELOR SUPORT ANEXATE</w:t>
      </w:r>
    </w:p>
    <w:p>
      <w:pPr>
        <w:jc w:val="center"/>
      </w:pPr>
      <w:r>
        <w:rPr>
          <w:rFonts w:ascii="Arial" w:hAnsi="Arial"/>
          <w:i/>
          <w:sz w:val="18"/>
        </w:rPr>
        <w:t>Achiziție: Servicii de catering pentru asigurarea suportului alimentar – masă caldă – pentru elevii Școlii Gimnaziale Bălăcița, în cadrul PNMS 2026</w:t>
      </w:r>
    </w:p>
    <w:tbl>
      <w:tblPr>
        <w:tblStyle w:val="TableGrid"/>
        <w:tblW w:type="auto" w:w="0"/>
        <w:jc w:val="center"/>
        <w:tblLook w:firstColumn="1" w:firstRow="1" w:lastColumn="0" w:lastRow="0" w:noHBand="0" w:noVBand="1" w:val="04A0"/>
      </w:tblPr>
      <w:tblGrid>
        <w:gridCol w:w="2550"/>
        <w:gridCol w:w="2550"/>
        <w:gridCol w:w="2550"/>
        <w:gridCol w:w="2550"/>
      </w:tblGrid>
      <w:tr>
        <w:trPr>
          <w:tblHeader w:val="true"/>
        </w:trPr>
        <w:tc>
          <w:tcPr>
            <w:tcW w:type="dxa" w:w="2550"/>
            <w:vAlign w:val="center"/>
            <w:tcMar>
              <w:top w:w="80" w:type="dxa"/>
              <w:start w:w="80" w:type="dxa"/>
              <w:bottom w:w="80" w:type="dxa"/>
              <w:end w:w="80" w:type="dxa"/>
            </w:tcMar>
            <w:shd w:fill="D9EAF7"/>
          </w:tcPr>
          <w:p>
            <w:pPr>
              <w:spacing w:after="0" w:before="0"/>
            </w:pPr>
            <w:r>
              <w:rPr>
                <w:rFonts w:ascii="Arial" w:hAnsi="Arial"/>
                <w:b/>
                <w:sz w:val="15"/>
              </w:rPr>
              <w:t>Nr.</w:t>
            </w:r>
          </w:p>
        </w:tc>
        <w:tc>
          <w:tcPr>
            <w:tcW w:type="dxa" w:w="2550"/>
            <w:vAlign w:val="center"/>
            <w:tcMar>
              <w:top w:w="80" w:type="dxa"/>
              <w:start w:w="80" w:type="dxa"/>
              <w:bottom w:w="80" w:type="dxa"/>
              <w:end w:w="80" w:type="dxa"/>
            </w:tcMar>
            <w:shd w:fill="D9EAF7"/>
          </w:tcPr>
          <w:p>
            <w:pPr>
              <w:spacing w:after="0" w:before="0"/>
            </w:pPr>
            <w:r>
              <w:rPr>
                <w:rFonts w:ascii="Arial" w:hAnsi="Arial"/>
                <w:b/>
                <w:sz w:val="15"/>
              </w:rPr>
              <w:t>Document</w:t>
            </w:r>
          </w:p>
        </w:tc>
        <w:tc>
          <w:tcPr>
            <w:tcW w:type="dxa" w:w="2550"/>
            <w:vAlign w:val="center"/>
            <w:tcMar>
              <w:top w:w="80" w:type="dxa"/>
              <w:start w:w="80" w:type="dxa"/>
              <w:bottom w:w="80" w:type="dxa"/>
              <w:end w:w="80" w:type="dxa"/>
            </w:tcMar>
            <w:shd w:fill="D9EAF7"/>
          </w:tcPr>
          <w:p>
            <w:pPr>
              <w:spacing w:after="0" w:before="0"/>
            </w:pPr>
            <w:r>
              <w:rPr>
                <w:rFonts w:ascii="Arial" w:hAnsi="Arial"/>
                <w:b/>
                <w:sz w:val="15"/>
              </w:rPr>
              <w:t>Anexat (DA/NU/NU E CAZUL)</w:t>
            </w:r>
          </w:p>
        </w:tc>
        <w:tc>
          <w:tcPr>
            <w:tcW w:type="dxa" w:w="2550"/>
            <w:vAlign w:val="center"/>
            <w:tcMar>
              <w:top w:w="80" w:type="dxa"/>
              <w:start w:w="80" w:type="dxa"/>
              <w:bottom w:w="80" w:type="dxa"/>
              <w:end w:w="80" w:type="dxa"/>
            </w:tcMar>
            <w:shd w:fill="D9EAF7"/>
          </w:tcPr>
          <w:p>
            <w:pPr>
              <w:spacing w:after="0" w:before="0"/>
            </w:pPr>
            <w:r>
              <w:rPr>
                <w:rFonts w:ascii="Arial" w:hAnsi="Arial"/>
                <w:b/>
                <w:sz w:val="15"/>
              </w:rPr>
              <w:t>Nr. pagină / observații</w:t>
            </w:r>
          </w:p>
        </w:tc>
      </w:tr>
      <w:tr>
        <w:tc>
          <w:tcPr>
            <w:tcW w:type="dxa" w:w="2550"/>
            <w:vAlign w:val="center"/>
            <w:tcMar>
              <w:top w:w="80" w:type="dxa"/>
              <w:start w:w="80" w:type="dxa"/>
              <w:bottom w:w="80" w:type="dxa"/>
              <w:end w:w="80" w:type="dxa"/>
            </w:tcMar>
          </w:tcPr>
          <w:p>
            <w:pPr>
              <w:spacing w:after="0" w:before="0"/>
            </w:pPr>
            <w:r>
              <w:rPr>
                <w:rFonts w:ascii="Arial" w:hAnsi="Arial"/>
                <w:sz w:val="15"/>
              </w:rPr>
              <w:t>1</w:t>
            </w:r>
          </w:p>
        </w:tc>
        <w:tc>
          <w:tcPr>
            <w:tcW w:type="dxa" w:w="2550"/>
            <w:vAlign w:val="center"/>
            <w:tcMar>
              <w:top w:w="80" w:type="dxa"/>
              <w:start w:w="80" w:type="dxa"/>
              <w:bottom w:w="80" w:type="dxa"/>
              <w:end w:w="80" w:type="dxa"/>
            </w:tcMar>
          </w:tcPr>
          <w:p>
            <w:pPr>
              <w:spacing w:after="0" w:before="0"/>
            </w:pPr>
            <w:r>
              <w:rPr>
                <w:rFonts w:ascii="Arial" w:hAnsi="Arial"/>
                <w:sz w:val="15"/>
              </w:rPr>
              <w:t>Certificat constatator ONRC / document echivalent</w:t>
            </w:r>
          </w:p>
        </w:tc>
        <w:tc>
          <w:tcPr>
            <w:tcW w:type="dxa" w:w="2550"/>
            <w:vAlign w:val="center"/>
            <w:tcMar>
              <w:top w:w="80" w:type="dxa"/>
              <w:start w:w="80" w:type="dxa"/>
              <w:bottom w:w="80" w:type="dxa"/>
              <w:end w:w="80" w:type="dxa"/>
            </w:tcMar>
          </w:tcPr>
          <w:p>
            <w:pPr>
              <w:spacing w:after="0" w:before="0"/>
            </w:pPr>
            <w:r>
              <w:rPr>
                <w:rFonts w:ascii="Arial" w:hAnsi="Arial"/>
                <w:sz w:val="15"/>
              </w:rPr>
            </w:r>
          </w:p>
        </w:tc>
        <w:tc>
          <w:tcPr>
            <w:tcW w:type="dxa" w:w="2550"/>
            <w:vAlign w:val="center"/>
            <w:tcMar>
              <w:top w:w="80" w:type="dxa"/>
              <w:start w:w="80" w:type="dxa"/>
              <w:bottom w:w="80" w:type="dxa"/>
              <w:end w:w="80" w:type="dxa"/>
            </w:tcMar>
          </w:tcPr>
          <w:p>
            <w:pPr>
              <w:spacing w:after="0" w:before="0"/>
            </w:pPr>
            <w:r>
              <w:rPr>
                <w:rFonts w:ascii="Arial" w:hAnsi="Arial"/>
                <w:sz w:val="15"/>
              </w:rPr>
            </w:r>
          </w:p>
        </w:tc>
      </w:tr>
      <w:tr>
        <w:tc>
          <w:tcPr>
            <w:tcW w:type="dxa" w:w="2550"/>
            <w:vAlign w:val="center"/>
            <w:tcMar>
              <w:top w:w="80" w:type="dxa"/>
              <w:start w:w="80" w:type="dxa"/>
              <w:bottom w:w="80" w:type="dxa"/>
              <w:end w:w="80" w:type="dxa"/>
            </w:tcMar>
          </w:tcPr>
          <w:p>
            <w:pPr>
              <w:spacing w:after="0" w:before="0"/>
            </w:pPr>
            <w:r>
              <w:rPr>
                <w:rFonts w:ascii="Arial" w:hAnsi="Arial"/>
                <w:sz w:val="15"/>
              </w:rPr>
              <w:t>2</w:t>
            </w:r>
          </w:p>
        </w:tc>
        <w:tc>
          <w:tcPr>
            <w:tcW w:type="dxa" w:w="2550"/>
            <w:vAlign w:val="center"/>
            <w:tcMar>
              <w:top w:w="80" w:type="dxa"/>
              <w:start w:w="80" w:type="dxa"/>
              <w:bottom w:w="80" w:type="dxa"/>
              <w:end w:w="80" w:type="dxa"/>
            </w:tcMar>
          </w:tcPr>
          <w:p>
            <w:pPr>
              <w:spacing w:after="0" w:before="0"/>
            </w:pPr>
            <w:r>
              <w:rPr>
                <w:rFonts w:ascii="Arial" w:hAnsi="Arial"/>
                <w:sz w:val="15"/>
              </w:rPr>
              <w:t>Documente privind autorizarea/înregistrarea sanitar-veterinară a unității de preparare</w:t>
            </w:r>
          </w:p>
        </w:tc>
        <w:tc>
          <w:tcPr>
            <w:tcW w:type="dxa" w:w="2550"/>
            <w:vAlign w:val="center"/>
            <w:tcMar>
              <w:top w:w="80" w:type="dxa"/>
              <w:start w:w="80" w:type="dxa"/>
              <w:bottom w:w="80" w:type="dxa"/>
              <w:end w:w="80" w:type="dxa"/>
            </w:tcMar>
          </w:tcPr>
          <w:p>
            <w:pPr>
              <w:spacing w:after="0" w:before="0"/>
            </w:pPr>
            <w:r>
              <w:rPr>
                <w:rFonts w:ascii="Arial" w:hAnsi="Arial"/>
                <w:sz w:val="15"/>
              </w:rPr>
            </w:r>
          </w:p>
        </w:tc>
        <w:tc>
          <w:tcPr>
            <w:tcW w:type="dxa" w:w="2550"/>
            <w:vAlign w:val="center"/>
            <w:tcMar>
              <w:top w:w="80" w:type="dxa"/>
              <w:start w:w="80" w:type="dxa"/>
              <w:bottom w:w="80" w:type="dxa"/>
              <w:end w:w="80" w:type="dxa"/>
            </w:tcMar>
          </w:tcPr>
          <w:p>
            <w:pPr>
              <w:spacing w:after="0" w:before="0"/>
            </w:pPr>
            <w:r>
              <w:rPr>
                <w:rFonts w:ascii="Arial" w:hAnsi="Arial"/>
                <w:sz w:val="15"/>
              </w:rPr>
            </w:r>
          </w:p>
        </w:tc>
      </w:tr>
      <w:tr>
        <w:tc>
          <w:tcPr>
            <w:tcW w:type="dxa" w:w="2550"/>
            <w:vAlign w:val="center"/>
            <w:tcMar>
              <w:top w:w="80" w:type="dxa"/>
              <w:start w:w="80" w:type="dxa"/>
              <w:bottom w:w="80" w:type="dxa"/>
              <w:end w:w="80" w:type="dxa"/>
            </w:tcMar>
          </w:tcPr>
          <w:p>
            <w:pPr>
              <w:spacing w:after="0" w:before="0"/>
            </w:pPr>
            <w:r>
              <w:rPr>
                <w:rFonts w:ascii="Arial" w:hAnsi="Arial"/>
                <w:sz w:val="15"/>
              </w:rPr>
              <w:t>3</w:t>
            </w:r>
          </w:p>
        </w:tc>
        <w:tc>
          <w:tcPr>
            <w:tcW w:type="dxa" w:w="2550"/>
            <w:vAlign w:val="center"/>
            <w:tcMar>
              <w:top w:w="80" w:type="dxa"/>
              <w:start w:w="80" w:type="dxa"/>
              <w:bottom w:w="80" w:type="dxa"/>
              <w:end w:w="80" w:type="dxa"/>
            </w:tcMar>
          </w:tcPr>
          <w:p>
            <w:pPr>
              <w:spacing w:after="0" w:before="0"/>
            </w:pPr>
            <w:r>
              <w:rPr>
                <w:rFonts w:ascii="Arial" w:hAnsi="Arial"/>
                <w:sz w:val="15"/>
              </w:rPr>
              <w:t>Documente privind autorizarea/înregistrarea mijloacelor de transport</w:t>
            </w:r>
          </w:p>
        </w:tc>
        <w:tc>
          <w:tcPr>
            <w:tcW w:type="dxa" w:w="2550"/>
            <w:vAlign w:val="center"/>
            <w:tcMar>
              <w:top w:w="80" w:type="dxa"/>
              <w:start w:w="80" w:type="dxa"/>
              <w:bottom w:w="80" w:type="dxa"/>
              <w:end w:w="80" w:type="dxa"/>
            </w:tcMar>
          </w:tcPr>
          <w:p>
            <w:pPr>
              <w:spacing w:after="0" w:before="0"/>
            </w:pPr>
            <w:r>
              <w:rPr>
                <w:rFonts w:ascii="Arial" w:hAnsi="Arial"/>
                <w:sz w:val="15"/>
              </w:rPr>
            </w:r>
          </w:p>
        </w:tc>
        <w:tc>
          <w:tcPr>
            <w:tcW w:type="dxa" w:w="2550"/>
            <w:vAlign w:val="center"/>
            <w:tcMar>
              <w:top w:w="80" w:type="dxa"/>
              <w:start w:w="80" w:type="dxa"/>
              <w:bottom w:w="80" w:type="dxa"/>
              <w:end w:w="80" w:type="dxa"/>
            </w:tcMar>
          </w:tcPr>
          <w:p>
            <w:pPr>
              <w:spacing w:after="0" w:before="0"/>
            </w:pPr>
            <w:r>
              <w:rPr>
                <w:rFonts w:ascii="Arial" w:hAnsi="Arial"/>
                <w:sz w:val="15"/>
              </w:rPr>
            </w:r>
          </w:p>
        </w:tc>
      </w:tr>
      <w:tr>
        <w:tc>
          <w:tcPr>
            <w:tcW w:type="dxa" w:w="2550"/>
            <w:vAlign w:val="center"/>
            <w:tcMar>
              <w:top w:w="80" w:type="dxa"/>
              <w:start w:w="80" w:type="dxa"/>
              <w:bottom w:w="80" w:type="dxa"/>
              <w:end w:w="80" w:type="dxa"/>
            </w:tcMar>
          </w:tcPr>
          <w:p>
            <w:pPr>
              <w:spacing w:after="0" w:before="0"/>
            </w:pPr>
            <w:r>
              <w:rPr>
                <w:rFonts w:ascii="Arial" w:hAnsi="Arial"/>
                <w:sz w:val="15"/>
              </w:rPr>
              <w:t>4</w:t>
            </w:r>
          </w:p>
        </w:tc>
        <w:tc>
          <w:tcPr>
            <w:tcW w:type="dxa" w:w="2550"/>
            <w:vAlign w:val="center"/>
            <w:tcMar>
              <w:top w:w="80" w:type="dxa"/>
              <w:start w:w="80" w:type="dxa"/>
              <w:bottom w:w="80" w:type="dxa"/>
              <w:end w:w="80" w:type="dxa"/>
            </w:tcMar>
          </w:tcPr>
          <w:p>
            <w:pPr>
              <w:spacing w:after="0" w:before="0"/>
            </w:pPr>
            <w:r>
              <w:rPr>
                <w:rFonts w:ascii="Arial" w:hAnsi="Arial"/>
                <w:sz w:val="15"/>
              </w:rPr>
              <w:t>Documente/declarații privind HACCP</w:t>
            </w:r>
          </w:p>
        </w:tc>
        <w:tc>
          <w:tcPr>
            <w:tcW w:type="dxa" w:w="2550"/>
            <w:vAlign w:val="center"/>
            <w:tcMar>
              <w:top w:w="80" w:type="dxa"/>
              <w:start w:w="80" w:type="dxa"/>
              <w:bottom w:w="80" w:type="dxa"/>
              <w:end w:w="80" w:type="dxa"/>
            </w:tcMar>
          </w:tcPr>
          <w:p>
            <w:pPr>
              <w:spacing w:after="0" w:before="0"/>
            </w:pPr>
            <w:r>
              <w:rPr>
                <w:rFonts w:ascii="Arial" w:hAnsi="Arial"/>
                <w:sz w:val="15"/>
              </w:rPr>
            </w:r>
          </w:p>
        </w:tc>
        <w:tc>
          <w:tcPr>
            <w:tcW w:type="dxa" w:w="2550"/>
            <w:vAlign w:val="center"/>
            <w:tcMar>
              <w:top w:w="80" w:type="dxa"/>
              <w:start w:w="80" w:type="dxa"/>
              <w:bottom w:w="80" w:type="dxa"/>
              <w:end w:w="80" w:type="dxa"/>
            </w:tcMar>
          </w:tcPr>
          <w:p>
            <w:pPr>
              <w:spacing w:after="0" w:before="0"/>
            </w:pPr>
            <w:r>
              <w:rPr>
                <w:rFonts w:ascii="Arial" w:hAnsi="Arial"/>
                <w:sz w:val="15"/>
              </w:rPr>
            </w:r>
          </w:p>
        </w:tc>
      </w:tr>
      <w:tr>
        <w:tc>
          <w:tcPr>
            <w:tcW w:type="dxa" w:w="2550"/>
            <w:vAlign w:val="center"/>
            <w:tcMar>
              <w:top w:w="80" w:type="dxa"/>
              <w:start w:w="80" w:type="dxa"/>
              <w:bottom w:w="80" w:type="dxa"/>
              <w:end w:w="80" w:type="dxa"/>
            </w:tcMar>
          </w:tcPr>
          <w:p>
            <w:pPr>
              <w:spacing w:after="0" w:before="0"/>
            </w:pPr>
            <w:r>
              <w:rPr>
                <w:rFonts w:ascii="Arial" w:hAnsi="Arial"/>
                <w:sz w:val="15"/>
              </w:rPr>
              <w:t>5</w:t>
            </w:r>
          </w:p>
        </w:tc>
        <w:tc>
          <w:tcPr>
            <w:tcW w:type="dxa" w:w="2550"/>
            <w:vAlign w:val="center"/>
            <w:tcMar>
              <w:top w:w="80" w:type="dxa"/>
              <w:start w:w="80" w:type="dxa"/>
              <w:bottom w:w="80" w:type="dxa"/>
              <w:end w:w="80" w:type="dxa"/>
            </w:tcMar>
          </w:tcPr>
          <w:p>
            <w:pPr>
              <w:spacing w:after="0" w:before="0"/>
            </w:pPr>
            <w:r>
              <w:rPr>
                <w:rFonts w:ascii="Arial" w:hAnsi="Arial"/>
                <w:sz w:val="15"/>
              </w:rPr>
              <w:t>Documente privind instruirea de igienă și aptitudinea personalului, în forma permisă/solicitată</w:t>
            </w:r>
          </w:p>
        </w:tc>
        <w:tc>
          <w:tcPr>
            <w:tcW w:type="dxa" w:w="2550"/>
            <w:vAlign w:val="center"/>
            <w:tcMar>
              <w:top w:w="80" w:type="dxa"/>
              <w:start w:w="80" w:type="dxa"/>
              <w:bottom w:w="80" w:type="dxa"/>
              <w:end w:w="80" w:type="dxa"/>
            </w:tcMar>
          </w:tcPr>
          <w:p>
            <w:pPr>
              <w:spacing w:after="0" w:before="0"/>
            </w:pPr>
            <w:r>
              <w:rPr>
                <w:rFonts w:ascii="Arial" w:hAnsi="Arial"/>
                <w:sz w:val="15"/>
              </w:rPr>
            </w:r>
          </w:p>
        </w:tc>
        <w:tc>
          <w:tcPr>
            <w:tcW w:type="dxa" w:w="2550"/>
            <w:vAlign w:val="center"/>
            <w:tcMar>
              <w:top w:w="80" w:type="dxa"/>
              <w:start w:w="80" w:type="dxa"/>
              <w:bottom w:w="80" w:type="dxa"/>
              <w:end w:w="80" w:type="dxa"/>
            </w:tcMar>
          </w:tcPr>
          <w:p>
            <w:pPr>
              <w:spacing w:after="0" w:before="0"/>
            </w:pPr>
            <w:r>
              <w:rPr>
                <w:rFonts w:ascii="Arial" w:hAnsi="Arial"/>
                <w:sz w:val="15"/>
              </w:rPr>
            </w:r>
          </w:p>
        </w:tc>
      </w:tr>
      <w:tr>
        <w:tc>
          <w:tcPr>
            <w:tcW w:type="dxa" w:w="2550"/>
            <w:vAlign w:val="center"/>
            <w:tcMar>
              <w:top w:w="80" w:type="dxa"/>
              <w:start w:w="80" w:type="dxa"/>
              <w:bottom w:w="80" w:type="dxa"/>
              <w:end w:w="80" w:type="dxa"/>
            </w:tcMar>
          </w:tcPr>
          <w:p>
            <w:pPr>
              <w:spacing w:after="0" w:before="0"/>
            </w:pPr>
            <w:r>
              <w:rPr>
                <w:rFonts w:ascii="Arial" w:hAnsi="Arial"/>
                <w:sz w:val="15"/>
              </w:rPr>
              <w:t>6</w:t>
            </w:r>
          </w:p>
        </w:tc>
        <w:tc>
          <w:tcPr>
            <w:tcW w:type="dxa" w:w="2550"/>
            <w:vAlign w:val="center"/>
            <w:tcMar>
              <w:top w:w="80" w:type="dxa"/>
              <w:start w:w="80" w:type="dxa"/>
              <w:bottom w:w="80" w:type="dxa"/>
              <w:end w:w="80" w:type="dxa"/>
            </w:tcMar>
          </w:tcPr>
          <w:p>
            <w:pPr>
              <w:spacing w:after="0" w:before="0"/>
            </w:pPr>
            <w:r>
              <w:rPr>
                <w:rFonts w:ascii="Arial" w:hAnsi="Arial"/>
                <w:sz w:val="15"/>
              </w:rPr>
              <w:t>Propunerea tehnică completată și planul de lucru</w:t>
            </w:r>
          </w:p>
        </w:tc>
        <w:tc>
          <w:tcPr>
            <w:tcW w:type="dxa" w:w="2550"/>
            <w:vAlign w:val="center"/>
            <w:tcMar>
              <w:top w:w="80" w:type="dxa"/>
              <w:start w:w="80" w:type="dxa"/>
              <w:bottom w:w="80" w:type="dxa"/>
              <w:end w:w="80" w:type="dxa"/>
            </w:tcMar>
          </w:tcPr>
          <w:p>
            <w:pPr>
              <w:spacing w:after="0" w:before="0"/>
            </w:pPr>
            <w:r>
              <w:rPr>
                <w:rFonts w:ascii="Arial" w:hAnsi="Arial"/>
                <w:sz w:val="15"/>
              </w:rPr>
            </w:r>
          </w:p>
        </w:tc>
        <w:tc>
          <w:tcPr>
            <w:tcW w:type="dxa" w:w="2550"/>
            <w:vAlign w:val="center"/>
            <w:tcMar>
              <w:top w:w="80" w:type="dxa"/>
              <w:start w:w="80" w:type="dxa"/>
              <w:bottom w:w="80" w:type="dxa"/>
              <w:end w:w="80" w:type="dxa"/>
            </w:tcMar>
          </w:tcPr>
          <w:p>
            <w:pPr>
              <w:spacing w:after="0" w:before="0"/>
            </w:pPr>
            <w:r>
              <w:rPr>
                <w:rFonts w:ascii="Arial" w:hAnsi="Arial"/>
                <w:sz w:val="15"/>
              </w:rPr>
            </w:r>
          </w:p>
        </w:tc>
      </w:tr>
      <w:tr>
        <w:tc>
          <w:tcPr>
            <w:tcW w:type="dxa" w:w="2550"/>
            <w:vAlign w:val="center"/>
            <w:tcMar>
              <w:top w:w="80" w:type="dxa"/>
              <w:start w:w="80" w:type="dxa"/>
              <w:bottom w:w="80" w:type="dxa"/>
              <w:end w:w="80" w:type="dxa"/>
            </w:tcMar>
          </w:tcPr>
          <w:p>
            <w:pPr>
              <w:spacing w:after="0" w:before="0"/>
            </w:pPr>
            <w:r>
              <w:rPr>
                <w:rFonts w:ascii="Arial" w:hAnsi="Arial"/>
                <w:sz w:val="15"/>
              </w:rPr>
              <w:t>7</w:t>
            </w:r>
          </w:p>
        </w:tc>
        <w:tc>
          <w:tcPr>
            <w:tcW w:type="dxa" w:w="2550"/>
            <w:vAlign w:val="center"/>
            <w:tcMar>
              <w:top w:w="80" w:type="dxa"/>
              <w:start w:w="80" w:type="dxa"/>
              <w:bottom w:w="80" w:type="dxa"/>
              <w:end w:w="80" w:type="dxa"/>
            </w:tcMar>
          </w:tcPr>
          <w:p>
            <w:pPr>
              <w:spacing w:after="0" w:before="0"/>
            </w:pPr>
            <w:r>
              <w:rPr>
                <w:rFonts w:ascii="Arial" w:hAnsi="Arial"/>
                <w:sz w:val="15"/>
              </w:rPr>
              <w:t>Meniu orientativ pentru minimum 10 zile consecutive</w:t>
            </w:r>
          </w:p>
        </w:tc>
        <w:tc>
          <w:tcPr>
            <w:tcW w:type="dxa" w:w="2550"/>
            <w:vAlign w:val="center"/>
            <w:tcMar>
              <w:top w:w="80" w:type="dxa"/>
              <w:start w:w="80" w:type="dxa"/>
              <w:bottom w:w="80" w:type="dxa"/>
              <w:end w:w="80" w:type="dxa"/>
            </w:tcMar>
          </w:tcPr>
          <w:p>
            <w:pPr>
              <w:spacing w:after="0" w:before="0"/>
            </w:pPr>
            <w:r>
              <w:rPr>
                <w:rFonts w:ascii="Arial" w:hAnsi="Arial"/>
                <w:sz w:val="15"/>
              </w:rPr>
            </w:r>
          </w:p>
        </w:tc>
        <w:tc>
          <w:tcPr>
            <w:tcW w:type="dxa" w:w="2550"/>
            <w:vAlign w:val="center"/>
            <w:tcMar>
              <w:top w:w="80" w:type="dxa"/>
              <w:start w:w="80" w:type="dxa"/>
              <w:bottom w:w="80" w:type="dxa"/>
              <w:end w:w="80" w:type="dxa"/>
            </w:tcMar>
          </w:tcPr>
          <w:p>
            <w:pPr>
              <w:spacing w:after="0" w:before="0"/>
            </w:pPr>
            <w:r>
              <w:rPr>
                <w:rFonts w:ascii="Arial" w:hAnsi="Arial"/>
                <w:sz w:val="15"/>
              </w:rPr>
            </w:r>
          </w:p>
        </w:tc>
      </w:tr>
      <w:tr>
        <w:tc>
          <w:tcPr>
            <w:tcW w:type="dxa" w:w="2550"/>
            <w:vAlign w:val="center"/>
            <w:tcMar>
              <w:top w:w="80" w:type="dxa"/>
              <w:start w:w="80" w:type="dxa"/>
              <w:bottom w:w="80" w:type="dxa"/>
              <w:end w:w="80" w:type="dxa"/>
            </w:tcMar>
          </w:tcPr>
          <w:p>
            <w:pPr>
              <w:spacing w:after="0" w:before="0"/>
            </w:pPr>
            <w:r>
              <w:rPr>
                <w:rFonts w:ascii="Arial" w:hAnsi="Arial"/>
                <w:sz w:val="15"/>
              </w:rPr>
              <w:t>8</w:t>
            </w:r>
          </w:p>
        </w:tc>
        <w:tc>
          <w:tcPr>
            <w:tcW w:type="dxa" w:w="2550"/>
            <w:vAlign w:val="center"/>
            <w:tcMar>
              <w:top w:w="80" w:type="dxa"/>
              <w:start w:w="80" w:type="dxa"/>
              <w:bottom w:w="80" w:type="dxa"/>
              <w:end w:w="80" w:type="dxa"/>
            </w:tcMar>
          </w:tcPr>
          <w:p>
            <w:pPr>
              <w:spacing w:after="0" w:before="0"/>
            </w:pPr>
            <w:r>
              <w:rPr>
                <w:rFonts w:ascii="Arial" w:hAnsi="Arial"/>
                <w:sz w:val="15"/>
              </w:rPr>
              <w:t>Fișe rețetar/ingrediente/gramaje/valori nutriționale/alergeni</w:t>
            </w:r>
          </w:p>
        </w:tc>
        <w:tc>
          <w:tcPr>
            <w:tcW w:type="dxa" w:w="2550"/>
            <w:vAlign w:val="center"/>
            <w:tcMar>
              <w:top w:w="80" w:type="dxa"/>
              <w:start w:w="80" w:type="dxa"/>
              <w:bottom w:w="80" w:type="dxa"/>
              <w:end w:w="80" w:type="dxa"/>
            </w:tcMar>
          </w:tcPr>
          <w:p>
            <w:pPr>
              <w:spacing w:after="0" w:before="0"/>
            </w:pPr>
            <w:r>
              <w:rPr>
                <w:rFonts w:ascii="Arial" w:hAnsi="Arial"/>
                <w:sz w:val="15"/>
              </w:rPr>
            </w:r>
          </w:p>
        </w:tc>
        <w:tc>
          <w:tcPr>
            <w:tcW w:type="dxa" w:w="2550"/>
            <w:vAlign w:val="center"/>
            <w:tcMar>
              <w:top w:w="80" w:type="dxa"/>
              <w:start w:w="80" w:type="dxa"/>
              <w:bottom w:w="80" w:type="dxa"/>
              <w:end w:w="80" w:type="dxa"/>
            </w:tcMar>
          </w:tcPr>
          <w:p>
            <w:pPr>
              <w:spacing w:after="0" w:before="0"/>
            </w:pPr>
            <w:r>
              <w:rPr>
                <w:rFonts w:ascii="Arial" w:hAnsi="Arial"/>
                <w:sz w:val="15"/>
              </w:rPr>
            </w:r>
          </w:p>
        </w:tc>
      </w:tr>
      <w:tr>
        <w:tc>
          <w:tcPr>
            <w:tcW w:type="dxa" w:w="2550"/>
            <w:vAlign w:val="center"/>
            <w:tcMar>
              <w:top w:w="80" w:type="dxa"/>
              <w:start w:w="80" w:type="dxa"/>
              <w:bottom w:w="80" w:type="dxa"/>
              <w:end w:w="80" w:type="dxa"/>
            </w:tcMar>
          </w:tcPr>
          <w:p>
            <w:pPr>
              <w:spacing w:after="0" w:before="0"/>
            </w:pPr>
            <w:r>
              <w:rPr>
                <w:rFonts w:ascii="Arial" w:hAnsi="Arial"/>
                <w:sz w:val="15"/>
              </w:rPr>
              <w:t>9</w:t>
            </w:r>
          </w:p>
        </w:tc>
        <w:tc>
          <w:tcPr>
            <w:tcW w:type="dxa" w:w="2550"/>
            <w:vAlign w:val="center"/>
            <w:tcMar>
              <w:top w:w="80" w:type="dxa"/>
              <w:start w:w="80" w:type="dxa"/>
              <w:bottom w:w="80" w:type="dxa"/>
              <w:end w:w="80" w:type="dxa"/>
            </w:tcMar>
          </w:tcPr>
          <w:p>
            <w:pPr>
              <w:spacing w:after="0" w:before="0"/>
            </w:pPr>
            <w:r>
              <w:rPr>
                <w:rFonts w:ascii="Arial" w:hAnsi="Arial"/>
                <w:sz w:val="15"/>
              </w:rPr>
              <w:t>Oferta financiară</w:t>
            </w:r>
          </w:p>
        </w:tc>
        <w:tc>
          <w:tcPr>
            <w:tcW w:type="dxa" w:w="2550"/>
            <w:vAlign w:val="center"/>
            <w:tcMar>
              <w:top w:w="80" w:type="dxa"/>
              <w:start w:w="80" w:type="dxa"/>
              <w:bottom w:w="80" w:type="dxa"/>
              <w:end w:w="80" w:type="dxa"/>
            </w:tcMar>
          </w:tcPr>
          <w:p>
            <w:pPr>
              <w:spacing w:after="0" w:before="0"/>
            </w:pPr>
            <w:r>
              <w:rPr>
                <w:rFonts w:ascii="Arial" w:hAnsi="Arial"/>
                <w:sz w:val="15"/>
              </w:rPr>
            </w:r>
          </w:p>
        </w:tc>
        <w:tc>
          <w:tcPr>
            <w:tcW w:type="dxa" w:w="2550"/>
            <w:vAlign w:val="center"/>
            <w:tcMar>
              <w:top w:w="80" w:type="dxa"/>
              <w:start w:w="80" w:type="dxa"/>
              <w:bottom w:w="80" w:type="dxa"/>
              <w:end w:w="80" w:type="dxa"/>
            </w:tcMar>
          </w:tcPr>
          <w:p>
            <w:pPr>
              <w:spacing w:after="0" w:before="0"/>
            </w:pPr>
            <w:r>
              <w:rPr>
                <w:rFonts w:ascii="Arial" w:hAnsi="Arial"/>
                <w:sz w:val="15"/>
              </w:rPr>
            </w:r>
          </w:p>
        </w:tc>
      </w:tr>
      <w:tr>
        <w:tc>
          <w:tcPr>
            <w:tcW w:type="dxa" w:w="2550"/>
            <w:vAlign w:val="center"/>
            <w:tcMar>
              <w:top w:w="80" w:type="dxa"/>
              <w:start w:w="80" w:type="dxa"/>
              <w:bottom w:w="80" w:type="dxa"/>
              <w:end w:w="80" w:type="dxa"/>
            </w:tcMar>
          </w:tcPr>
          <w:p>
            <w:pPr>
              <w:spacing w:after="0" w:before="0"/>
            </w:pPr>
            <w:r>
              <w:rPr>
                <w:rFonts w:ascii="Arial" w:hAnsi="Arial"/>
                <w:sz w:val="15"/>
              </w:rPr>
              <w:t>10</w:t>
            </w:r>
          </w:p>
        </w:tc>
        <w:tc>
          <w:tcPr>
            <w:tcW w:type="dxa" w:w="2550"/>
            <w:vAlign w:val="center"/>
            <w:tcMar>
              <w:top w:w="80" w:type="dxa"/>
              <w:start w:w="80" w:type="dxa"/>
              <w:bottom w:w="80" w:type="dxa"/>
              <w:end w:w="80" w:type="dxa"/>
            </w:tcMar>
          </w:tcPr>
          <w:p>
            <w:pPr>
              <w:spacing w:after="0" w:before="0"/>
            </w:pPr>
            <w:r>
              <w:rPr>
                <w:rFonts w:ascii="Arial" w:hAnsi="Arial"/>
                <w:sz w:val="15"/>
              </w:rPr>
              <w:t>Defalcarea costului/porție</w:t>
            </w:r>
          </w:p>
        </w:tc>
        <w:tc>
          <w:tcPr>
            <w:tcW w:type="dxa" w:w="2550"/>
            <w:vAlign w:val="center"/>
            <w:tcMar>
              <w:top w:w="80" w:type="dxa"/>
              <w:start w:w="80" w:type="dxa"/>
              <w:bottom w:w="80" w:type="dxa"/>
              <w:end w:w="80" w:type="dxa"/>
            </w:tcMar>
          </w:tcPr>
          <w:p>
            <w:pPr>
              <w:spacing w:after="0" w:before="0"/>
            </w:pPr>
            <w:r>
              <w:rPr>
                <w:rFonts w:ascii="Arial" w:hAnsi="Arial"/>
                <w:sz w:val="15"/>
              </w:rPr>
            </w:r>
          </w:p>
        </w:tc>
        <w:tc>
          <w:tcPr>
            <w:tcW w:type="dxa" w:w="2550"/>
            <w:vAlign w:val="center"/>
            <w:tcMar>
              <w:top w:w="80" w:type="dxa"/>
              <w:start w:w="80" w:type="dxa"/>
              <w:bottom w:w="80" w:type="dxa"/>
              <w:end w:w="80" w:type="dxa"/>
            </w:tcMar>
          </w:tcPr>
          <w:p>
            <w:pPr>
              <w:spacing w:after="0" w:before="0"/>
            </w:pPr>
            <w:r>
              <w:rPr>
                <w:rFonts w:ascii="Arial" w:hAnsi="Arial"/>
                <w:sz w:val="15"/>
              </w:rPr>
            </w:r>
          </w:p>
        </w:tc>
      </w:tr>
      <w:tr>
        <w:tc>
          <w:tcPr>
            <w:tcW w:type="dxa" w:w="2550"/>
            <w:vAlign w:val="center"/>
            <w:tcMar>
              <w:top w:w="80" w:type="dxa"/>
              <w:start w:w="80" w:type="dxa"/>
              <w:bottom w:w="80" w:type="dxa"/>
              <w:end w:w="80" w:type="dxa"/>
            </w:tcMar>
          </w:tcPr>
          <w:p>
            <w:pPr>
              <w:spacing w:after="0" w:before="0"/>
            </w:pPr>
            <w:r>
              <w:rPr>
                <w:rFonts w:ascii="Arial" w:hAnsi="Arial"/>
                <w:sz w:val="15"/>
              </w:rPr>
              <w:t>11</w:t>
            </w:r>
          </w:p>
        </w:tc>
        <w:tc>
          <w:tcPr>
            <w:tcW w:type="dxa" w:w="2550"/>
            <w:vAlign w:val="center"/>
            <w:tcMar>
              <w:top w:w="80" w:type="dxa"/>
              <w:start w:w="80" w:type="dxa"/>
              <w:bottom w:w="80" w:type="dxa"/>
              <w:end w:w="80" w:type="dxa"/>
            </w:tcMar>
          </w:tcPr>
          <w:p>
            <w:pPr>
              <w:spacing w:after="0" w:before="0"/>
            </w:pPr>
            <w:r>
              <w:rPr>
                <w:rFonts w:ascii="Arial" w:hAnsi="Arial"/>
                <w:sz w:val="15"/>
              </w:rPr>
              <w:t>Facturi recente pentru materii prime și/sau oferte de preț de la furnizori și/sau documente echivalente</w:t>
            </w:r>
          </w:p>
        </w:tc>
        <w:tc>
          <w:tcPr>
            <w:tcW w:type="dxa" w:w="2550"/>
            <w:vAlign w:val="center"/>
            <w:tcMar>
              <w:top w:w="80" w:type="dxa"/>
              <w:start w:w="80" w:type="dxa"/>
              <w:bottom w:w="80" w:type="dxa"/>
              <w:end w:w="80" w:type="dxa"/>
            </w:tcMar>
          </w:tcPr>
          <w:p>
            <w:pPr>
              <w:spacing w:after="0" w:before="0"/>
            </w:pPr>
            <w:r>
              <w:rPr>
                <w:rFonts w:ascii="Arial" w:hAnsi="Arial"/>
                <w:sz w:val="15"/>
              </w:rPr>
            </w:r>
          </w:p>
        </w:tc>
        <w:tc>
          <w:tcPr>
            <w:tcW w:type="dxa" w:w="2550"/>
            <w:vAlign w:val="center"/>
            <w:tcMar>
              <w:top w:w="80" w:type="dxa"/>
              <w:start w:w="80" w:type="dxa"/>
              <w:bottom w:w="80" w:type="dxa"/>
              <w:end w:w="80" w:type="dxa"/>
            </w:tcMar>
          </w:tcPr>
          <w:p>
            <w:pPr>
              <w:spacing w:after="0" w:before="0"/>
            </w:pPr>
            <w:r>
              <w:rPr>
                <w:rFonts w:ascii="Arial" w:hAnsi="Arial"/>
                <w:sz w:val="15"/>
              </w:rPr>
            </w:r>
          </w:p>
        </w:tc>
      </w:tr>
      <w:tr>
        <w:tc>
          <w:tcPr>
            <w:tcW w:type="dxa" w:w="2550"/>
            <w:vAlign w:val="center"/>
            <w:tcMar>
              <w:top w:w="80" w:type="dxa"/>
              <w:start w:w="80" w:type="dxa"/>
              <w:bottom w:w="80" w:type="dxa"/>
              <w:end w:w="80" w:type="dxa"/>
            </w:tcMar>
          </w:tcPr>
          <w:p>
            <w:pPr>
              <w:spacing w:after="0" w:before="0"/>
            </w:pPr>
            <w:r>
              <w:rPr>
                <w:rFonts w:ascii="Arial" w:hAnsi="Arial"/>
                <w:sz w:val="15"/>
              </w:rPr>
              <w:t>12</w:t>
            </w:r>
          </w:p>
        </w:tc>
        <w:tc>
          <w:tcPr>
            <w:tcW w:type="dxa" w:w="2550"/>
            <w:vAlign w:val="center"/>
            <w:tcMar>
              <w:top w:w="80" w:type="dxa"/>
              <w:start w:w="80" w:type="dxa"/>
              <w:bottom w:w="80" w:type="dxa"/>
              <w:end w:w="80" w:type="dxa"/>
            </w:tcMar>
          </w:tcPr>
          <w:p>
            <w:pPr>
              <w:spacing w:after="0" w:before="0"/>
            </w:pPr>
            <w:r>
              <w:rPr>
                <w:rFonts w:ascii="Arial" w:hAnsi="Arial"/>
                <w:sz w:val="15"/>
              </w:rPr>
              <w:t>Centralizatorul justificativ al costului materiilor prime</w:t>
            </w:r>
          </w:p>
        </w:tc>
        <w:tc>
          <w:tcPr>
            <w:tcW w:type="dxa" w:w="2550"/>
            <w:vAlign w:val="center"/>
            <w:tcMar>
              <w:top w:w="80" w:type="dxa"/>
              <w:start w:w="80" w:type="dxa"/>
              <w:bottom w:w="80" w:type="dxa"/>
              <w:end w:w="80" w:type="dxa"/>
            </w:tcMar>
          </w:tcPr>
          <w:p>
            <w:pPr>
              <w:spacing w:after="0" w:before="0"/>
            </w:pPr>
            <w:r>
              <w:rPr>
                <w:rFonts w:ascii="Arial" w:hAnsi="Arial"/>
                <w:sz w:val="15"/>
              </w:rPr>
            </w:r>
          </w:p>
        </w:tc>
        <w:tc>
          <w:tcPr>
            <w:tcW w:type="dxa" w:w="2550"/>
            <w:vAlign w:val="center"/>
            <w:tcMar>
              <w:top w:w="80" w:type="dxa"/>
              <w:start w:w="80" w:type="dxa"/>
              <w:bottom w:w="80" w:type="dxa"/>
              <w:end w:w="80" w:type="dxa"/>
            </w:tcMar>
          </w:tcPr>
          <w:p>
            <w:pPr>
              <w:spacing w:after="0" w:before="0"/>
            </w:pPr>
            <w:r>
              <w:rPr>
                <w:rFonts w:ascii="Arial" w:hAnsi="Arial"/>
                <w:sz w:val="15"/>
              </w:rPr>
            </w:r>
          </w:p>
        </w:tc>
      </w:tr>
      <w:tr>
        <w:tc>
          <w:tcPr>
            <w:tcW w:type="dxa" w:w="2550"/>
            <w:vAlign w:val="center"/>
            <w:tcMar>
              <w:top w:w="80" w:type="dxa"/>
              <w:start w:w="80" w:type="dxa"/>
              <w:bottom w:w="80" w:type="dxa"/>
              <w:end w:w="80" w:type="dxa"/>
            </w:tcMar>
          </w:tcPr>
          <w:p>
            <w:pPr>
              <w:spacing w:after="0" w:before="0"/>
            </w:pPr>
            <w:r>
              <w:rPr>
                <w:rFonts w:ascii="Arial" w:hAnsi="Arial"/>
                <w:sz w:val="15"/>
              </w:rPr>
              <w:t>13</w:t>
            </w:r>
          </w:p>
        </w:tc>
        <w:tc>
          <w:tcPr>
            <w:tcW w:type="dxa" w:w="2550"/>
            <w:vAlign w:val="center"/>
            <w:tcMar>
              <w:top w:w="80" w:type="dxa"/>
              <w:start w:w="80" w:type="dxa"/>
              <w:bottom w:w="80" w:type="dxa"/>
              <w:end w:w="80" w:type="dxa"/>
            </w:tcMar>
          </w:tcPr>
          <w:p>
            <w:pPr>
              <w:spacing w:after="0" w:before="0"/>
            </w:pPr>
            <w:r>
              <w:rPr>
                <w:rFonts w:ascii="Arial" w:hAnsi="Arial"/>
                <w:sz w:val="15"/>
              </w:rPr>
              <w:t>Angajamentul privind ponderea materiei prime</w:t>
            </w:r>
          </w:p>
        </w:tc>
        <w:tc>
          <w:tcPr>
            <w:tcW w:type="dxa" w:w="2550"/>
            <w:vAlign w:val="center"/>
            <w:tcMar>
              <w:top w:w="80" w:type="dxa"/>
              <w:start w:w="80" w:type="dxa"/>
              <w:bottom w:w="80" w:type="dxa"/>
              <w:end w:w="80" w:type="dxa"/>
            </w:tcMar>
          </w:tcPr>
          <w:p>
            <w:pPr>
              <w:spacing w:after="0" w:before="0"/>
            </w:pPr>
            <w:r>
              <w:rPr>
                <w:rFonts w:ascii="Arial" w:hAnsi="Arial"/>
                <w:sz w:val="15"/>
              </w:rPr>
            </w:r>
          </w:p>
        </w:tc>
        <w:tc>
          <w:tcPr>
            <w:tcW w:type="dxa" w:w="2550"/>
            <w:vAlign w:val="center"/>
            <w:tcMar>
              <w:top w:w="80" w:type="dxa"/>
              <w:start w:w="80" w:type="dxa"/>
              <w:bottom w:w="80" w:type="dxa"/>
              <w:end w:w="80" w:type="dxa"/>
            </w:tcMar>
          </w:tcPr>
          <w:p>
            <w:pPr>
              <w:spacing w:after="0" w:before="0"/>
            </w:pPr>
            <w:r>
              <w:rPr>
                <w:rFonts w:ascii="Arial" w:hAnsi="Arial"/>
                <w:sz w:val="15"/>
              </w:rPr>
            </w:r>
          </w:p>
        </w:tc>
      </w:tr>
      <w:tr>
        <w:tc>
          <w:tcPr>
            <w:tcW w:type="dxa" w:w="2550"/>
            <w:vAlign w:val="center"/>
            <w:tcMar>
              <w:top w:w="80" w:type="dxa"/>
              <w:start w:w="80" w:type="dxa"/>
              <w:bottom w:w="80" w:type="dxa"/>
              <w:end w:w="80" w:type="dxa"/>
            </w:tcMar>
          </w:tcPr>
          <w:p>
            <w:pPr>
              <w:spacing w:after="0" w:before="0"/>
            </w:pPr>
            <w:r>
              <w:rPr>
                <w:rFonts w:ascii="Arial" w:hAnsi="Arial"/>
                <w:sz w:val="15"/>
              </w:rPr>
              <w:t>14</w:t>
            </w:r>
          </w:p>
        </w:tc>
        <w:tc>
          <w:tcPr>
            <w:tcW w:type="dxa" w:w="2550"/>
            <w:vAlign w:val="center"/>
            <w:tcMar>
              <w:top w:w="80" w:type="dxa"/>
              <w:start w:w="80" w:type="dxa"/>
              <w:bottom w:w="80" w:type="dxa"/>
              <w:end w:w="80" w:type="dxa"/>
            </w:tcMar>
          </w:tcPr>
          <w:p>
            <w:pPr>
              <w:spacing w:after="0" w:before="0"/>
            </w:pPr>
            <w:r>
              <w:rPr>
                <w:rFonts w:ascii="Arial" w:hAnsi="Arial"/>
                <w:sz w:val="15"/>
              </w:rPr>
              <w:t>Declarațiile privind excluderea și conflictul de interese</w:t>
            </w:r>
          </w:p>
        </w:tc>
        <w:tc>
          <w:tcPr>
            <w:tcW w:type="dxa" w:w="2550"/>
            <w:vAlign w:val="center"/>
            <w:tcMar>
              <w:top w:w="80" w:type="dxa"/>
              <w:start w:w="80" w:type="dxa"/>
              <w:bottom w:w="80" w:type="dxa"/>
              <w:end w:w="80" w:type="dxa"/>
            </w:tcMar>
          </w:tcPr>
          <w:p>
            <w:pPr>
              <w:spacing w:after="0" w:before="0"/>
            </w:pPr>
            <w:r>
              <w:rPr>
                <w:rFonts w:ascii="Arial" w:hAnsi="Arial"/>
                <w:sz w:val="15"/>
              </w:rPr>
            </w:r>
          </w:p>
        </w:tc>
        <w:tc>
          <w:tcPr>
            <w:tcW w:type="dxa" w:w="2550"/>
            <w:vAlign w:val="center"/>
            <w:tcMar>
              <w:top w:w="80" w:type="dxa"/>
              <w:start w:w="80" w:type="dxa"/>
              <w:bottom w:w="80" w:type="dxa"/>
              <w:end w:w="80" w:type="dxa"/>
            </w:tcMar>
          </w:tcPr>
          <w:p>
            <w:pPr>
              <w:spacing w:after="0" w:before="0"/>
            </w:pPr>
            <w:r>
              <w:rPr>
                <w:rFonts w:ascii="Arial" w:hAnsi="Arial"/>
                <w:sz w:val="15"/>
              </w:rPr>
            </w:r>
          </w:p>
        </w:tc>
      </w:tr>
      <w:tr>
        <w:tc>
          <w:tcPr>
            <w:tcW w:type="dxa" w:w="2550"/>
            <w:vAlign w:val="center"/>
            <w:tcMar>
              <w:top w:w="80" w:type="dxa"/>
              <w:start w:w="80" w:type="dxa"/>
              <w:bottom w:w="80" w:type="dxa"/>
              <w:end w:w="80" w:type="dxa"/>
            </w:tcMar>
          </w:tcPr>
          <w:p>
            <w:pPr>
              <w:spacing w:after="0" w:before="0"/>
            </w:pPr>
            <w:r>
              <w:rPr>
                <w:rFonts w:ascii="Arial" w:hAnsi="Arial"/>
                <w:sz w:val="15"/>
              </w:rPr>
              <w:t>15</w:t>
            </w:r>
          </w:p>
        </w:tc>
        <w:tc>
          <w:tcPr>
            <w:tcW w:type="dxa" w:w="2550"/>
            <w:vAlign w:val="center"/>
            <w:tcMar>
              <w:top w:w="80" w:type="dxa"/>
              <w:start w:w="80" w:type="dxa"/>
              <w:bottom w:w="80" w:type="dxa"/>
              <w:end w:w="80" w:type="dxa"/>
            </w:tcMar>
          </w:tcPr>
          <w:p>
            <w:pPr>
              <w:spacing w:after="0" w:before="0"/>
            </w:pPr>
            <w:r>
              <w:rPr>
                <w:rFonts w:ascii="Arial" w:hAnsi="Arial"/>
                <w:sz w:val="15"/>
              </w:rPr>
              <w:t>Împuternicirea, dacă oferta nu este semnată de reprezentantul legal</w:t>
            </w:r>
          </w:p>
        </w:tc>
        <w:tc>
          <w:tcPr>
            <w:tcW w:type="dxa" w:w="2550"/>
            <w:vAlign w:val="center"/>
            <w:tcMar>
              <w:top w:w="80" w:type="dxa"/>
              <w:start w:w="80" w:type="dxa"/>
              <w:bottom w:w="80" w:type="dxa"/>
              <w:end w:w="80" w:type="dxa"/>
            </w:tcMar>
          </w:tcPr>
          <w:p>
            <w:pPr>
              <w:spacing w:after="0" w:before="0"/>
            </w:pPr>
            <w:r>
              <w:rPr>
                <w:rFonts w:ascii="Arial" w:hAnsi="Arial"/>
                <w:sz w:val="15"/>
              </w:rPr>
            </w:r>
          </w:p>
        </w:tc>
        <w:tc>
          <w:tcPr>
            <w:tcW w:type="dxa" w:w="2550"/>
            <w:vAlign w:val="center"/>
            <w:tcMar>
              <w:top w:w="80" w:type="dxa"/>
              <w:start w:w="80" w:type="dxa"/>
              <w:bottom w:w="80" w:type="dxa"/>
              <w:end w:w="80" w:type="dxa"/>
            </w:tcMar>
          </w:tcPr>
          <w:p>
            <w:pPr>
              <w:spacing w:after="0" w:before="0"/>
            </w:pPr>
            <w:r>
              <w:rPr>
                <w:rFonts w:ascii="Arial" w:hAnsi="Arial"/>
                <w:sz w:val="15"/>
              </w:rPr>
            </w:r>
          </w:p>
        </w:tc>
      </w:tr>
      <w:tr>
        <w:tc>
          <w:tcPr>
            <w:tcW w:type="dxa" w:w="2550"/>
            <w:vAlign w:val="center"/>
            <w:tcMar>
              <w:top w:w="80" w:type="dxa"/>
              <w:start w:w="80" w:type="dxa"/>
              <w:bottom w:w="80" w:type="dxa"/>
              <w:end w:w="80" w:type="dxa"/>
            </w:tcMar>
          </w:tcPr>
          <w:p>
            <w:pPr>
              <w:spacing w:after="0" w:before="0"/>
            </w:pPr>
            <w:r>
              <w:rPr>
                <w:rFonts w:ascii="Arial" w:hAnsi="Arial"/>
                <w:sz w:val="15"/>
              </w:rPr>
              <w:t>16</w:t>
            </w:r>
          </w:p>
        </w:tc>
        <w:tc>
          <w:tcPr>
            <w:tcW w:type="dxa" w:w="2550"/>
            <w:vAlign w:val="center"/>
            <w:tcMar>
              <w:top w:w="80" w:type="dxa"/>
              <w:start w:w="80" w:type="dxa"/>
              <w:bottom w:w="80" w:type="dxa"/>
              <w:end w:w="80" w:type="dxa"/>
            </w:tcMar>
          </w:tcPr>
          <w:p>
            <w:pPr>
              <w:spacing w:after="0" w:before="0"/>
            </w:pPr>
            <w:r>
              <w:rPr>
                <w:rFonts w:ascii="Arial" w:hAnsi="Arial"/>
                <w:sz w:val="15"/>
              </w:rPr>
              <w:t>Documente privind asocierea/subcontractarea/terții, dacă este cazul</w:t>
            </w:r>
          </w:p>
        </w:tc>
        <w:tc>
          <w:tcPr>
            <w:tcW w:type="dxa" w:w="2550"/>
            <w:vAlign w:val="center"/>
            <w:tcMar>
              <w:top w:w="80" w:type="dxa"/>
              <w:start w:w="80" w:type="dxa"/>
              <w:bottom w:w="80" w:type="dxa"/>
              <w:end w:w="80" w:type="dxa"/>
            </w:tcMar>
          </w:tcPr>
          <w:p>
            <w:pPr>
              <w:spacing w:after="0" w:before="0"/>
            </w:pPr>
            <w:r>
              <w:rPr>
                <w:rFonts w:ascii="Arial" w:hAnsi="Arial"/>
                <w:sz w:val="15"/>
              </w:rPr>
            </w:r>
          </w:p>
        </w:tc>
        <w:tc>
          <w:tcPr>
            <w:tcW w:type="dxa" w:w="2550"/>
            <w:vAlign w:val="center"/>
            <w:tcMar>
              <w:top w:w="80" w:type="dxa"/>
              <w:start w:w="80" w:type="dxa"/>
              <w:bottom w:w="80" w:type="dxa"/>
              <w:end w:w="80" w:type="dxa"/>
            </w:tcMar>
          </w:tcPr>
          <w:p>
            <w:pPr>
              <w:spacing w:after="0" w:before="0"/>
            </w:pPr>
            <w:r>
              <w:rPr>
                <w:rFonts w:ascii="Arial" w:hAnsi="Arial"/>
                <w:sz w:val="15"/>
              </w:rPr>
            </w:r>
          </w:p>
        </w:tc>
      </w:tr>
      <w:tr>
        <w:tc>
          <w:tcPr>
            <w:tcW w:type="dxa" w:w="2550"/>
            <w:vAlign w:val="center"/>
            <w:tcMar>
              <w:top w:w="80" w:type="dxa"/>
              <w:start w:w="80" w:type="dxa"/>
              <w:bottom w:w="80" w:type="dxa"/>
              <w:end w:w="80" w:type="dxa"/>
            </w:tcMar>
          </w:tcPr>
          <w:p>
            <w:pPr>
              <w:spacing w:after="0" w:before="0"/>
            </w:pPr>
            <w:r>
              <w:rPr>
                <w:rFonts w:ascii="Arial" w:hAnsi="Arial"/>
                <w:sz w:val="15"/>
              </w:rPr>
              <w:t>17</w:t>
            </w:r>
          </w:p>
        </w:tc>
        <w:tc>
          <w:tcPr>
            <w:tcW w:type="dxa" w:w="2550"/>
            <w:vAlign w:val="center"/>
            <w:tcMar>
              <w:top w:w="80" w:type="dxa"/>
              <w:start w:w="80" w:type="dxa"/>
              <w:bottom w:w="80" w:type="dxa"/>
              <w:end w:w="80" w:type="dxa"/>
            </w:tcMar>
          </w:tcPr>
          <w:p>
            <w:pPr>
              <w:spacing w:after="0" w:before="0"/>
            </w:pPr>
            <w:r>
              <w:rPr>
                <w:rFonts w:ascii="Arial" w:hAnsi="Arial"/>
                <w:sz w:val="15"/>
              </w:rPr>
              <w:t>Alte documente: ____________________________________________</w:t>
            </w:r>
          </w:p>
        </w:tc>
        <w:tc>
          <w:tcPr>
            <w:tcW w:type="dxa" w:w="2550"/>
            <w:vAlign w:val="center"/>
            <w:tcMar>
              <w:top w:w="80" w:type="dxa"/>
              <w:start w:w="80" w:type="dxa"/>
              <w:bottom w:w="80" w:type="dxa"/>
              <w:end w:w="80" w:type="dxa"/>
            </w:tcMar>
          </w:tcPr>
          <w:p>
            <w:pPr>
              <w:spacing w:after="0" w:before="0"/>
            </w:pPr>
            <w:r>
              <w:rPr>
                <w:rFonts w:ascii="Arial" w:hAnsi="Arial"/>
                <w:sz w:val="15"/>
              </w:rPr>
            </w:r>
          </w:p>
        </w:tc>
        <w:tc>
          <w:tcPr>
            <w:tcW w:type="dxa" w:w="2550"/>
            <w:vAlign w:val="center"/>
            <w:tcMar>
              <w:top w:w="80" w:type="dxa"/>
              <w:start w:w="80" w:type="dxa"/>
              <w:bottom w:w="80" w:type="dxa"/>
              <w:end w:w="80" w:type="dxa"/>
            </w:tcMar>
          </w:tcPr>
          <w:p>
            <w:pPr>
              <w:spacing w:after="0" w:before="0"/>
            </w:pPr>
            <w:r>
              <w:rPr>
                <w:rFonts w:ascii="Arial" w:hAnsi="Arial"/>
                <w:sz w:val="15"/>
              </w:rPr>
            </w:r>
          </w:p>
        </w:tc>
      </w:tr>
    </w:tbl>
    <w:p>
      <w:r>
        <w:br/>
        <w:t>Data: ________________</w:t>
      </w:r>
    </w:p>
    <w:p>
      <w:r>
        <w:t>Operator economic: ______________________________________________</w:t>
      </w:r>
    </w:p>
    <w:p>
      <w:r>
        <w:t>Reprezentant legal / împuternicit: ________________________________</w:t>
      </w:r>
    </w:p>
    <w:p>
      <w:r>
        <w:t>Semnătura: ________________________________</w:t>
      </w:r>
    </w:p>
    <w:p>
      <w:pPr>
        <w:pageBreakBefore/>
        <w:jc w:val="center"/>
      </w:pPr>
      <w:r>
        <w:rPr>
          <w:rFonts w:ascii="Arial" w:hAnsi="Arial"/>
          <w:b/>
          <w:sz w:val="28"/>
        </w:rPr>
        <w:t>FORMULARUL ANEXĂ</w:t>
        <w:br/>
        <w:t>INSTRUCȚIUNI DE CORELARE ȘI VERIFICARE ÎNAINTE DE DEPUNERE</w:t>
      </w:r>
    </w:p>
    <w:p>
      <w:pPr>
        <w:jc w:val="center"/>
      </w:pPr>
      <w:r>
        <w:rPr>
          <w:rFonts w:ascii="Arial" w:hAnsi="Arial"/>
          <w:i/>
          <w:sz w:val="18"/>
        </w:rPr>
        <w:t>Achiziție: Servicii de catering pentru asigurarea suportului alimentar – masă caldă – pentru elevii Școlii Gimnaziale Bălăcița, în cadrul PNMS 2026</w:t>
      </w:r>
    </w:p>
    <w:p>
      <w:pPr>
        <w:pStyle w:val="ListBullet"/>
      </w:pPr>
      <w:r>
        <w:t>☐ Prețul unitar fără TVA din F15 = totalul A+B+C din F16.</w:t>
      </w:r>
    </w:p>
    <w:p>
      <w:pPr>
        <w:pStyle w:val="ListBullet"/>
      </w:pPr>
      <w:r>
        <w:t>☐ Prețul unitar cu TVA din F15 nu depășește plafonul de 16,50 lei/porție, inclusiv TVA.</w:t>
      </w:r>
    </w:p>
    <w:p>
      <w:pPr>
        <w:pStyle w:val="ListBullet"/>
      </w:pPr>
      <w:r>
        <w:t>☐ Valoarea totală fără TVA din F15 = preț unitar fără TVA × 12.351 porții.</w:t>
      </w:r>
    </w:p>
    <w:p>
      <w:pPr>
        <w:pStyle w:val="ListBullet"/>
      </w:pPr>
      <w:r>
        <w:t>☐ Ponderea materiei prime din F16 = valoare materie primă fără TVA/porție ÷ preț unitar total fără TVA/porție × 100.</w:t>
      </w:r>
    </w:p>
    <w:p>
      <w:pPr>
        <w:pStyle w:val="ListBullet"/>
      </w:pPr>
      <w:r>
        <w:t>☐ Procentul din F16 este identic cu procentul asumat în F18.</w:t>
      </w:r>
    </w:p>
    <w:p>
      <w:pPr>
        <w:pStyle w:val="ListBullet"/>
      </w:pPr>
      <w:r>
        <w:t>☐ Costul materiei prime din F16 este susținut de F14 și F17 și de documentele furnizorilor.</w:t>
      </w:r>
    </w:p>
    <w:p>
      <w:pPr>
        <w:pStyle w:val="ListBullet"/>
      </w:pPr>
      <w:r>
        <w:t>☐ Meniul de 10 zile din F13 este corelat cu fișele de rețetar F14.</w:t>
      </w:r>
    </w:p>
    <w:p>
      <w:pPr>
        <w:pStyle w:val="ListBullet"/>
      </w:pPr>
      <w:r>
        <w:t>☐ Propunerea tehnică F9 indică pentru fiecare cerință modul concret de îndeplinire și documentul suport.</w:t>
      </w:r>
    </w:p>
    <w:p>
      <w:pPr>
        <w:pStyle w:val="ListBullet"/>
      </w:pPr>
      <w:r>
        <w:t>☐ Documentele de autorizare pentru unitate și transport corespund entităților/mijloacelor declarate în F7, F11 și F12.</w:t>
      </w:r>
    </w:p>
    <w:p>
      <w:pPr>
        <w:pStyle w:val="ListBullet"/>
      </w:pPr>
      <w:r>
        <w:t>☐ Toate formularele aplicabile sunt semnate de reprezentantul legal/împuternicit și sunt incluse în opis.</w:t>
      </w:r>
    </w:p>
    <w:p>
      <w:r>
        <w:rPr>
          <w:b/>
          <w:sz w:val="18"/>
        </w:rPr>
        <w:t>NOTĂ: În evaluare, factorul „Ponderea materiei prime/produse alimentare” are pondere de 80% din punctajul total; aceasta NU înseamnă că materia primă trebuie să reprezinte obligatoriu 80% din prețul porției. Se punctează procentul efectiv ofertat, justificat și verificabil.</w:t>
      </w:r>
    </w:p>
    <w:sectPr w:rsidR="00FC693F" w:rsidRPr="0006063C" w:rsidSect="00034616">
      <w:headerReference w:type="default" r:id="rId9"/>
      <w:footerReference w:type="default" r:id="rId10"/>
      <w:pgSz w:w="12240" w:h="15840"/>
      <w:pgMar w:top="850" w:right="1020" w:bottom="850" w:left="1020"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Servicii de catering – CPV 55524000-9 | Oferta operatorului economic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sz w:val="16"/>
      </w:rPr>
      <w:t>COMUNA BĂLĂCIȚA – PNMS 2026 | FORMULARE PENTRU OFERTANȚI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